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радійка книжок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радійка книжок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