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Країна, в якій нема нічого гострого</w:t>
      </w:r>
    </w:p>
    <w:p>
      <w:r>
        <w:br/>
        <w:t xml:space="preserve"> &lt;p&gt;Джованніно Ледачий був великим мандрівником. Подорожував він, подорожував і нарешті потрапив у країну, де будинки були круглі, без рогів, а дахи без гострих гребенів. Понад шляхами росли трояндові живоплоти, і Джованніно закортіло застромити собі квітку в вилогу. Він простяг руку обережно, щоб не поколотись, але раптом помітив, що колючки без вістря. Вони здавались гумовими і не кололи, а тільки лоскотали руки.</w:t>
      </w:r>
    </w:p>
    <w:p>
      <w:r>
        <w:br/>
        <w:t>— Оце-то диво! — мовив сам до себе Джованніно.</w:t>
      </w:r>
    </w:p>
    <w:p>
      <w:r>
        <w:br/>
        <w:t>З-за живоплоту виступив усміхнений поліцейський.</w:t>
      </w:r>
    </w:p>
    <w:p>
      <w:r>
        <w:br/>
        <w:t>— Хіба ви не знаєте, що рвати троянди заборонено?</w:t>
      </w:r>
    </w:p>
    <w:p>
      <w:r>
        <w:br/>
        <w:t>— Вибачте, я забув.</w:t>
      </w:r>
    </w:p>
    <w:p>
      <w:r>
        <w:br/>
        <w:t>— В такому разі вам доведеться заплатити половину штрафу,— сказав поліцейський, схожий на масляного чоловічка, що відпровадив Піноккіо в Країну Іграшок. Джованніно помітив, що поліцейський виписав штрафну квитанцію незаструганим олівцем, і в нього вихопилося:</w:t>
      </w:r>
    </w:p>
    <w:p>
      <w:r>
        <w:br/>
        <w:t>— Покажіть, будь ласка, свою шаблю.</w:t>
      </w:r>
    </w:p>
    <w:p>
      <w:r>
        <w:br/>
        <w:t>— З охотою,— відповів поліцейський.</w:t>
      </w:r>
    </w:p>
    <w:p>
      <w:r>
        <w:br/>
        <w:t>І шабля, звичайно, теж була тупа.</w:t>
      </w:r>
    </w:p>
    <w:p>
      <w:r>
        <w:br/>
        <w:t>— Та що ж це за країна? — запитав Джованніно.</w:t>
      </w:r>
    </w:p>
    <w:p>
      <w:r>
        <w:br/>
        <w:t>— Країна, в якій нема нічого гострого,— відповів поліцейський з такою чемністю, що ці слова слід би написати великими буквами.</w:t>
      </w:r>
    </w:p>
    <w:p>
      <w:r>
        <w:br/>
        <w:t>— Як же ви живете без цвяхів?</w:t>
      </w:r>
    </w:p>
    <w:p>
      <w:r>
        <w:br/>
        <w:t>— Ми вже давно їх не використовуємо, обходимось клеєм. А зараз, прошу вас, дайте мені два ляпаси.</w:t>
      </w:r>
    </w:p>
    <w:p>
      <w:r>
        <w:br/>
        <w:t>Джованніно роззявив рота, наче хотів проковтнути цілий торт.</w:t>
      </w:r>
    </w:p>
    <w:p>
      <w:r>
        <w:br/>
        <w:t>— Нізащо в світі. Адже за напад на поліцію мене запроторять до в'язниці. Та, правду кажучи, заслужив два ляпаси я, а не ви.</w:t>
      </w:r>
    </w:p>
    <w:p>
      <w:r>
        <w:br/>
        <w:t>— У нас такий звичай,— чемно пояснив поліцейський,— повний штраф — чотири ляпаси, половина штрафу — два ляпаси.</w:t>
      </w:r>
    </w:p>
    <w:p>
      <w:r>
        <w:br/>
        <w:t>— Кому? Поліції?</w:t>
      </w:r>
    </w:p>
    <w:p>
      <w:r>
        <w:br/>
        <w:t>— Поліції.</w:t>
      </w:r>
    </w:p>
    <w:p>
      <w:r>
        <w:br/>
        <w:t>— Та це несправедливо, це жахливо!</w:t>
      </w:r>
    </w:p>
    <w:p>
      <w:r>
        <w:br/>
        <w:t>— Атож, несправедливо й жахливо,— мовив поліцейський.— Але давати ляпаса невинній людині так неприємно, що законів у нас ніхто не порушує — всі шануються. Ну, давайте мені два ляпаси, і вже іншого разу будете обачніші.</w:t>
      </w:r>
    </w:p>
    <w:p>
      <w:r>
        <w:br/>
        <w:t>— Я вам не те що ляпаса, а й щигля в лоб не хочу давати. Краще я вас погладжу.</w:t>
      </w:r>
    </w:p>
    <w:p>
      <w:r>
        <w:br/>
        <w:t>— Якщо так,— мовив поліцейський,— то я повинен випровадити вас за межі країни.</w:t>
      </w:r>
    </w:p>
    <w:p>
      <w:r>
        <w:br/>
        <w:t>І Джованніно довелося скоритись. Але він і досі мріє вернутися у країну, де нема нічого гострого, й зажити щасливим життям у гарненькому будиночку.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Країна, в якій нема нічого гострого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