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Літньої ночі</w:t>
      </w:r>
    </w:p>
    <w:p>
      <w:r>
        <w:br/>
        <w:t xml:space="preserve"> &lt;p&gt;Пізньої години мчить нічними полями авто. Далеко на обрії зрідка погуркує грім, звиваються блискавиці, охоплюючи хмари тремтливим голубуватим світлом. У повітрі чується паркість, запах близької грози.</w:t>
      </w:r>
    </w:p>
    <w:p>
      <w:r>
        <w:br/>
        <w:t>Машина була з тих, що вдень вражають колгоспну дітвору своїм зовнішнім блиском і білими кругами в колесах. Проносячись селами, вона здіймає куряви більше, ніж інші машини, і діти довго біжать за нею, захлинаючись пилюкою, очманіло вигукуючи:</w:t>
      </w:r>
    </w:p>
    <w:p>
      <w:r>
        <w:br/>
        <w:t>— ЗІМ! ЗІМ! ЗІМ!</w:t>
      </w:r>
    </w:p>
    <w:p>
      <w:r>
        <w:br/>
        <w:t>У цей день машина була вся закіптюжена. На скаженій швидкості пролітала селами, прошмигувала мимо польових таборів, майже ніде не зупиняючись. Лише надвечір зупинилася в рибартілі й простояла там під вербами в холодку до самих сутінків. Зацікавлені колгоспники здалеку бачили, як шофер доливав у радіатор води, а рибалки розкладали на березі вогнище.</w:t>
      </w:r>
    </w:p>
    <w:p>
      <w:r>
        <w:br/>
        <w:t>Зараз у машині, розрахованій на сімох пасажирів, сиділо всього троє: шофер за кермом, праворуч нього — обважнілий мужчина, що, видно, куняв, а за спиною в них у темряві причаївся ще хтось третій. Цей останній подавав ознаки життя лише тоді, коли його окликали.</w:t>
      </w:r>
    </w:p>
    <w:p>
      <w:r>
        <w:br/>
        <w:t>Обважнілий, безперечно, куняв. Це видно було по тому, як опали його плечі, як низько сидить на лобі напіввійськовий білий картуз, і по тому, який байдужий він до всього навколишнього: до своїх супутників, до численної комашні, що мерехтить, наче віхола, у світлі фар і, б'ючись, заліплює скло, до степових пташок, що, сполохані машиною, раз у раз свічками йдуть вгору, у височінь.</w:t>
      </w:r>
    </w:p>
    <w:p>
      <w:r>
        <w:br/>
        <w:t>Бокове скло біля шофера спущено, і чути, як свистить розітнуте машиною польове повітря.</w:t>
      </w:r>
    </w:p>
    <w:p>
      <w:r>
        <w:br/>
        <w:t>У самій машині панує тиша. Всі дверцята причинені щільно, не бряжчать, мотор працює рівно — ніякого стороннього звуку. Лише час від часу звичну тишу зненацька порушує дивний свист, короткий, переривчастий (зовсім не схожий ні на свистіння вітру за склом, ні на писк якої-небудь пташини, нагло піднятої з трави). Часом навіть той, що куняв, різко прокидався, намагаючись второпати, в чім річ.</w:t>
      </w:r>
    </w:p>
    <w:p>
      <w:r>
        <w:br/>
        <w:t>— Жухарєв, це ти свистиш?</w:t>
      </w:r>
    </w:p>
    <w:p>
      <w:r>
        <w:br/>
        <w:t>З глибини машини шанобливо відгукувалось:</w:t>
      </w:r>
    </w:p>
    <w:p>
      <w:r>
        <w:br/>
        <w:t>— Пробачте, Іване Петровичу... Це не я. Зітхнувши, обважнілий ще нижче насував на лоб</w:t>
      </w:r>
    </w:p>
    <w:p>
      <w:r>
        <w:br/>
        <w:t>картуз і знову схиляв голову, ніби в глибокій задумі. Загойданий ресорами, він швидко заспокоювався.</w:t>
      </w:r>
    </w:p>
    <w:p>
      <w:r>
        <w:br/>
        <w:t>Однак минала хввїлииа-друга, і повторювалось те ж саме: знайоме посвистування якимось чином знов оживало, близьке, набридливе, дратуюче. Іван Петрович, прокинувшись, круто повертав голову назад:</w:t>
      </w:r>
    </w:p>
    <w:p>
      <w:r>
        <w:br/>
        <w:t>— Перестанеш ти, нарешті, свистіти, Жухарєв? Ти що — навмисне вирішив нерви з мене мотати?</w:t>
      </w:r>
    </w:p>
    <w:p>
      <w:r>
        <w:br/>
        <w:t>— Клянусь честю, Іване Петровичу! — винувато, з підлеглою задушевністю долинало з темноти.— Я навіть малим цього уникав, а тим паче зараз, при обов'язках...</w:t>
      </w:r>
    </w:p>
    <w:p>
      <w:r>
        <w:br/>
        <w:t>Здається, повіривши в невинність одного, Іван Петрович покосився на другого — на шофера, густо обдавши його коньячним духом:</w:t>
      </w:r>
    </w:p>
    <w:p>
      <w:r>
        <w:br/>
        <w:t>— Чи це, може, ти?</w:t>
      </w:r>
    </w:p>
    <w:p>
      <w:r>
        <w:br/>
        <w:t>— Що — я?</w:t>
      </w:r>
    </w:p>
    <w:p>
      <w:r>
        <w:br/>
        <w:t>— Свистиш... ти?</w:t>
      </w:r>
    </w:p>
    <w:p>
      <w:r>
        <w:br/>
        <w:t>— До вашого відома, Іване Петровичу,— ображено буркнув водій,— я за баранкою ніколи не свищу. І спиртного в рот не беру.</w:t>
      </w:r>
    </w:p>
    <w:p>
      <w:r>
        <w:br/>
        <w:t>— Це що — натяк? — промовив Іван Петрович.— Ну, ну, давай критикуй, це я люблю... Але ж усе-таки дивно: і ти ні, і Жухарєв— ні... Тим часом я ж явно чув свист. Отут, біля самого вуха, посвистувало... Не коник же польовий, не цикада. Наче міліціонер підкрався і потихеньку: сьрр... сьрр... сьрр... Невже ви не чули?</w:t>
      </w:r>
    </w:p>
    <w:p>
      <w:r>
        <w:br/>
        <w:t>Жухарєв на цей раз промовчав, а водій, посміхнувшись, відповів за обох:</w:t>
      </w:r>
    </w:p>
    <w:p>
      <w:r>
        <w:br/>
        <w:t>— Чому ж не чули? Чули.</w:t>
      </w:r>
    </w:p>
    <w:p>
      <w:r>
        <w:br/>
        <w:t>— То що ж це, по-твоєму? Святий дух? — пожвавів Іван Петрович.— Чи й справді, може, таки міліціонер, як ангел-хранитель, на самім плечі мені всівся?</w:t>
      </w:r>
    </w:p>
    <w:p>
      <w:r>
        <w:br/>
        <w:t>— Який там міліціонер... Ваш власний сигнал.</w:t>
      </w:r>
    </w:p>
    <w:p>
      <w:r>
        <w:br/>
        <w:t>— Тобто як?</w:t>
      </w:r>
    </w:p>
    <w:p>
      <w:r>
        <w:br/>
        <w:t>— А дуже просто: мабуть, протягло в березі, ніс вам заклало.</w:t>
      </w:r>
    </w:p>
    <w:p>
      <w:r>
        <w:br/>
        <w:t>— Ну, це ти кинь... Щоб я своїм носом... Бути цього не може!</w:t>
      </w:r>
    </w:p>
    <w:p>
      <w:r>
        <w:br/>
        <w:t>— А ось ви попробуйте ще раз задрімати... Одразу й сюркає.</w:t>
      </w:r>
    </w:p>
    <w:p>
      <w:r>
        <w:br/>
        <w:t>— Жухарєв, це правда? — запитав Іван Петрович суворим тоном.</w:t>
      </w:r>
    </w:p>
    <w:p>
      <w:r>
        <w:br/>
        <w:t>— Пробачте, я не дочув, про що ви?..</w:t>
      </w:r>
    </w:p>
    <w:p>
      <w:r>
        <w:br/>
        <w:t>— Це ось він заливає,— недбало кивнув Іван Петрович на шофера.— Каже, нібито я сам себе розбудив власними своїми руладами... Га?</w:t>
      </w:r>
    </w:p>
    <w:p>
      <w:r>
        <w:br/>
        <w:t>— Боюсь, Іване Петровичу, чи й справді у вас не нежить... У них там вогкість у рибартілі, а ви біля тієї юшки поповозились, до підтяжок роздяглись...</w:t>
      </w:r>
    </w:p>
    <w:p>
      <w:r>
        <w:br/>
        <w:t>Іван Петрович спробував втягти носом у себе повітря.</w:t>
      </w:r>
    </w:p>
    <w:p>
      <w:r>
        <w:br/>
        <w:t>— Справді, здається, трохи закупорило...</w:t>
      </w:r>
    </w:p>
    <w:p>
      <w:r>
        <w:br/>
        <w:t>— В мене пеніцилін у таблетках є,— нахилився з темноти Жухарєв.— Може, дати під язик?</w:t>
      </w:r>
    </w:p>
    <w:p>
      <w:r>
        <w:br/>
        <w:t>— До дідька,— відмахнувся Іван Петрович і смачно позіхнув.— Як ти гадаєш, Жухарєв, буде сьогодні дощ?</w:t>
      </w:r>
    </w:p>
    <w:p>
      <w:r>
        <w:br/>
        <w:t>— Згідно з прогцозом, не повинно.</w:t>
      </w:r>
    </w:p>
    <w:p>
      <w:r>
        <w:br/>
        <w:t>— А блискавки ото чого крешуть?</w:t>
      </w:r>
    </w:p>
    <w:p>
      <w:r>
        <w:br/>
        <w:t>— Блискавки — на дощ...</w:t>
      </w:r>
    </w:p>
    <w:p>
      <w:r>
        <w:br/>
        <w:t>— І хмари все небо облягли.</w:t>
      </w:r>
    </w:p>
    <w:p>
      <w:r>
        <w:br/>
        <w:t>— То, може, пора про ночівлю подумати?</w:t>
      </w:r>
    </w:p>
    <w:p>
      <w:r>
        <w:br/>
        <w:t>— Не глиняні — не розкиснемо,— бадьоро відповів Іван Петрович.— За скільки часу вирвались, нарешті, в низи, а тепер щоб під стріхою десь ховатись? Ні-ні, жени до переможного кінця!</w:t>
      </w:r>
    </w:p>
    <w:p>
      <w:r>
        <w:br/>
        <w:t>Іван Петрович нахилився до шкали приладів:</w:t>
      </w:r>
    </w:p>
    <w:p>
      <w:r>
        <w:br/>
        <w:t>— Бензину вистачить?</w:t>
      </w:r>
    </w:p>
    <w:p>
      <w:r>
        <w:br/>
        <w:t>— Та ще півбака...</w:t>
      </w:r>
    </w:p>
    <w:p>
      <w:r>
        <w:br/>
        <w:t>— Ну й жени... Коли що до чого, то десь і під копицею сіна заночуємо. До труднощів нам не звютати. Га?</w:t>
      </w:r>
    </w:p>
    <w:p>
      <w:r>
        <w:br/>
        <w:t>— Здається, далеко вже заїхали,— спробував був заперечити Жухарєв, але Іван Петрович обірвав його веселим, насмішкуватим окриком:</w:t>
      </w:r>
    </w:p>
    <w:p>
      <w:r>
        <w:br/>
        <w:t>— Що значить далеко? Від чого далеко? Від "Авангарду"? Не один ще буде попереду "Авангард", і скрізь нам треба встигнути... А якщо ти про ночівлю, то не дрейф, Жухарєв: всюди нас приймуть, всюди ми, як то кажуть, "в родном своем отечестве"...</w:t>
      </w:r>
    </w:p>
    <w:p>
      <w:r>
        <w:br/>
        <w:t>В одному місці при виїзді з села дорога була перекопана ровом, збоку горіло вогнище, від якого схопилось хлоп'я у міліцейському — видно, батьківському,— з переламаним козирком кашкеті й, хоробро кинувшись на шлях, замахало навперейми машині руками:</w:t>
      </w:r>
    </w:p>
    <w:p>
      <w:r>
        <w:br/>
        <w:t>— Ящур! Ящур!</w:t>
      </w:r>
    </w:p>
    <w:p>
      <w:r>
        <w:br/>
        <w:t>І з погрозливим виглядом вимагало зупинитись.</w:t>
      </w:r>
    </w:p>
    <w:p>
      <w:r>
        <w:br/>
        <w:t>Усім стало на мить весело від войовничого вигляду хлоп'яти, від того, з яким запалом і старанністю несе воно свою нічну службу. Отже, треба було виходити дезинфікуватись. Водій уже стишив хід, проте Іван Петрович недбало кивнув головою набік:</w:t>
      </w:r>
    </w:p>
    <w:p>
      <w:r>
        <w:br/>
        <w:t>— Обминай...</w:t>
      </w:r>
    </w:p>
    <w:p>
      <w:r>
        <w:br/>
        <w:t>Хлоп'я, якому, мабуть, не вперше тут доводилося мати справу з порушниками, не особливо, видно, й сподівалось, що ця з білими колесами машина зупиниться на його вимогу. І тому ще не встигла вона звернути вбік, як хлоп'я вже, нахилившись, зірко приглядалось до номера.</w:t>
      </w:r>
    </w:p>
    <w:p>
      <w:r>
        <w:br/>
        <w:t>— Записав! Записав! — погрозливо загукав малий вартівник навздогін, коли машина, обминувши рів, знову помчала далі.</w:t>
      </w:r>
    </w:p>
    <w:p>
      <w:r>
        <w:br/>
        <w:t>Невдовзі у глибині поля заблискотів вогник трактора. Вибравшись десь із долини, він став повільно рухатись пагорбом, і було таке враження, що рухається він далеко, по самому обрію, поміж низько навислими грізними тучами та блискавками, що раз у раз охоплювали тремтячими спалахами півнеба.</w:t>
      </w:r>
    </w:p>
    <w:p>
      <w:r>
        <w:br/>
        <w:t>Відстань між машиною і трактором швидко зменшувалась. Несподівано виринув край шляху силует польової будки трактористів. Ось уже летюче світло фар ковзнуло по ній...</w:t>
      </w:r>
    </w:p>
    <w:p>
      <w:r>
        <w:br/>
        <w:t>— Ану, стоп!</w:t>
      </w:r>
    </w:p>
    <w:p>
      <w:r>
        <w:br/>
        <w:t>Зупинились, вийшли з машини.</w:t>
      </w:r>
    </w:p>
    <w:p>
      <w:r>
        <w:br/>
        <w:t>Біля будки загавкав собака. Стоїть парокінна підвода з бочками пального, двоє дядьків покурюють осторонь, зблискуючи вогниками цигарок. Мабуть, сторож і підводчик, возій пального... Не підходячи до них, Іван Петрович одразу попрямував до трактора, що з гуркотом наближався з глибини поля.</w:t>
      </w:r>
    </w:p>
    <w:p>
      <w:r>
        <w:br/>
        <w:t>У спалахах блискавки раз у раз освітлювалась огрядна постать у білім парусиновім костюмі, що крокувала ріллею обважніло, майже сердито. То йшов Іван Петрович. Раз чи двічі він спіткнувся на скибах свіжої ріллі, але це не зупинило його, простував у своїх хромових чоботях далі з таким рішучим і войовничим виглядом, наче йшов на подвиг. Здається, він був певен, що той, кому треба, зараз бачить, як він крокує вночі по ріллі, не спить, цікавиться станом справ на місцях.</w:t>
      </w:r>
    </w:p>
    <w:p>
      <w:r>
        <w:br/>
        <w:t>Жухарєв тим часом подався попереду, легкий, сухорлявий, проворний, як людина, що звикла багато бігати в житті. Доки підійшов Іван Петрович, Жухарєв владним жестом уже зупинив трактор.</w:t>
      </w:r>
    </w:p>
    <w:p>
      <w:r>
        <w:br/>
        <w:t>На тракторі сиділа дівчина, кругловида, закіптю-жена, у засмальцьованім комбінезоні, в червоній, як шмат полум'я, косинці. Поклавши руки на кермо, трактористка здивовано ждала, поки підійде той, ради кого її зупинили.</w:t>
      </w:r>
    </w:p>
    <w:p>
      <w:r>
        <w:br/>
        <w:t>Іван Петрович підійшов, важко дихаючи.</w:t>
      </w:r>
    </w:p>
    <w:p>
      <w:r>
        <w:br/>
        <w:t>— Ну що це тут? Ореш?</w:t>
      </w:r>
    </w:p>
    <w:p>
      <w:r>
        <w:br/>
        <w:t>— Доорюю.</w:t>
      </w:r>
    </w:p>
    <w:p>
      <w:r>
        <w:br/>
        <w:t>— З парами все ще возитесь?</w:t>
      </w:r>
    </w:p>
    <w:p>
      <w:r>
        <w:br/>
        <w:t>— Не возимось,— поправила трактористка,— а підіймаємо.</w:t>
      </w:r>
    </w:p>
    <w:p>
      <w:r>
        <w:br/>
        <w:t>— Гм... підіймаєте. А зведення дали, що все вже, до останнього метра, піднято!</w:t>
      </w:r>
    </w:p>
    <w:p>
      <w:r>
        <w:br/>
        <w:t>— Такого ми не давали.</w:t>
      </w:r>
    </w:p>
    <w:p>
      <w:r>
        <w:br/>
        <w:t>— Очі, виходить, замилюєте, га?</w:t>
      </w:r>
    </w:p>
    <w:p>
      <w:r>
        <w:br/>
        <w:t>— Не знаю, хто вам замилював. Ми зведення точні подаєм.</w:t>
      </w:r>
    </w:p>
    <w:p>
      <w:r>
        <w:br/>
        <w:t>— А голова де ваш?</w:t>
      </w:r>
    </w:p>
    <w:p>
      <w:r>
        <w:br/>
        <w:t>— Де ж йому в таку пору бути? Дома.</w:t>
      </w:r>
    </w:p>
    <w:p>
      <w:r>
        <w:br/>
        <w:t>— Гаразд, я з ним ще поговорю. Ну, а ти ж як тут4 Трактористка-вже з явною неприязню дивилась'на цю обважнілу постать у парусиновім кітелі, з блідим, одутлуватим, якимось риб'ячим обличчям. "З тих, видно, що більше з кабінетів керують..."</w:t>
      </w:r>
    </w:p>
    <w:p>
      <w:r>
        <w:br/>
        <w:t>— Чого мовчиш? Скільки виорала, доповідай...</w:t>
      </w:r>
    </w:p>
    <w:p>
      <w:r>
        <w:br/>
        <w:t>— Усе, що бачите, виорала... Та стривайте: хто ви, власне, будете?</w:t>
      </w:r>
    </w:p>
    <w:p>
      <w:r>
        <w:br/>
        <w:t>Іван Петрович поблажливо посміхнувся.</w:t>
      </w:r>
    </w:p>
    <w:p>
      <w:r>
        <w:br/>
        <w:t>— Одразу видно, що на обласній нараді передовиків не була.</w:t>
      </w:r>
    </w:p>
    <w:p>
      <w:r>
        <w:br/>
        <w:t>— Якраз була, та ще й виступала...</w:t>
      </w:r>
    </w:p>
    <w:p>
      <w:r>
        <w:br/>
        <w:t>— І мене не впізнаєш?</w:t>
      </w:r>
    </w:p>
    <w:p>
      <w:r>
        <w:br/>
        <w:t>— Ні!</w:t>
      </w:r>
    </w:p>
    <w:p>
      <w:r>
        <w:br/>
        <w:t>— Погано ж ти керівників своєї області знаєш... А ще, мабуть, і комсомолка... Не годиться, не годиться,— по-батьківськи пожурив Іван Петрович трактористку і з недбалою скромністю додав:— Іван Петрович я.</w:t>
      </w:r>
    </w:p>
    <w:p>
      <w:r>
        <w:br/>
        <w:t>На дівчину це не справило ніякого враження.</w:t>
      </w:r>
    </w:p>
    <w:p>
      <w:r>
        <w:br/>
        <w:t>— Чула?</w:t>
      </w:r>
    </w:p>
    <w:p>
      <w:r>
        <w:br/>
        <w:t>— Ні, не чула.</w:t>
      </w:r>
    </w:p>
    <w:p>
      <w:r>
        <w:br/>
        <w:t>І раптом якась догадка звеселила дівчину, на губах її заграла зухвала усмішка:</w:t>
      </w:r>
    </w:p>
    <w:p>
      <w:r>
        <w:br/>
        <w:t>— Стривайте, та ви якої області?</w:t>
      </w:r>
    </w:p>
    <w:p>
      <w:r>
        <w:br/>
        <w:t>— Як якої? — аж відсахнувся від трактора вкрай оторопілий Іван Петрович.— Жухарєв, скажи ти їй, будь ласка!..</w:t>
      </w:r>
    </w:p>
    <w:p>
      <w:r>
        <w:br/>
        <w:t>Жухарєв сказав, і дівчина голосно, щиро розреготалась.</w:t>
      </w:r>
    </w:p>
    <w:p>
      <w:r>
        <w:br/>
        <w:t>— Чого ти регочешся?</w:t>
      </w:r>
    </w:p>
    <w:p>
      <w:r>
        <w:br/>
        <w:t>— Ах-ха-ха-ха!.. От уже ротозії!.. Галопом по Євро-пам... Та ви ж... не в своє вскочили! Ви ж зовсім не з нашої області!!!</w:t>
      </w:r>
    </w:p>
    <w:p>
      <w:r>
        <w:br/>
        <w:t>Іван Петрович зблід. Догадався. Як на смертельного ворога, визвірився на вірного свого Жухарєва:</w:t>
      </w:r>
    </w:p>
    <w:p>
      <w:r>
        <w:br/>
        <w:t>— Ти куди дививсь?</w:t>
      </w:r>
    </w:p>
    <w:p>
      <w:r>
        <w:br/>
        <w:t>— Та ми ж...</w:t>
      </w:r>
    </w:p>
    <w:p>
      <w:r>
        <w:br/>
        <w:t>— Покладись на вас... Довірся... Ну, я ж вам цього не прощу!</w:t>
      </w:r>
    </w:p>
    <w:p>
      <w:r>
        <w:br/>
        <w:t>Обернувся і, втягши голову в плечі, люто спотикаючись, покрокував до шляху.</w:t>
      </w:r>
    </w:p>
    <w:p>
      <w:r>
        <w:br/>
        <w:t>Зухвалий дівочий сміх лунав йому навздогін, дзвенів, здавалося, на все поле. Сміялось на тракторі, сміялось уже й біля будки, біля підводи — аж кахкотіло, аж закашлювалось.</w:t>
      </w:r>
    </w:p>
    <w:p>
      <w:r>
        <w:br/>
        <w:t>Жухарєв, обігнавши Івана Петровича, вилетів на шлях, крикнув шоферові мерщій розвертати машину.</w:t>
      </w:r>
    </w:p>
    <w:p>
      <w:r>
        <w:br/>
        <w:t>Хряпнули в машині дверцята, одні й другі. Знову посунув полем трактор, знову помчала межівником — тільки вже назад — блискуча машина, зі свистом розтинаючи повітря, полохаючи степових жайворонків.</w:t>
      </w:r>
    </w:p>
    <w:p>
      <w:r>
        <w:br/>
        <w:t>— То це ти навмисне завіз мене в чужу область? — заговорив через деякий час Іван Петрович до шофера.— Щоб оконфузити?</w:t>
      </w:r>
    </w:p>
    <w:p>
      <w:r>
        <w:br/>
        <w:t>— О, тепер ще я буду й винен...</w:t>
      </w:r>
    </w:p>
    <w:p>
      <w:r>
        <w:br/>
        <w:t>— А хто ж, по-твоєму, винен?</w:t>
      </w:r>
    </w:p>
    <w:p>
      <w:r>
        <w:br/>
        <w:t>— Та хто ж... сом.</w:t>
      </w:r>
    </w:p>
    <w:p>
      <w:r>
        <w:br/>
        <w:t>— Сом? Який сом?</w:t>
      </w:r>
    </w:p>
    <w:p>
      <w:r>
        <w:br/>
        <w:t>— Той, що з нього юшку сьогодні варили...</w:t>
      </w:r>
    </w:p>
    <w:p>
      <w:r>
        <w:br/>
        <w:t>І хоч говорив шофер ніби серйозно, проте почувалося, що і в нього повні груди сміху, як у тих, що сміялись отам на все поле.</w:t>
      </w:r>
    </w:p>
    <w:p>
      <w:r>
        <w:br/>
        <w:t>— Ось вернемось, я вам покажу сома... Я вам дам юшки.</w:t>
      </w:r>
    </w:p>
    <w:p>
      <w:r>
        <w:br/>
        <w:t>— Я ж вас питав — куди,— не здавався шофер,— а ви все жени та жени, куди очі стоять — там розберемось. От і гнав. .</w:t>
      </w:r>
    </w:p>
    <w:p>
      <w:r>
        <w:br/>
        <w:t>У машині запанувала гнітюча тиша. Не чути було дихання Жухарєва, наче вмер десь у темноті позаду. Іван Петрович, посопуючи, уп'явся поглядом у вітрозахисне скло, за яким гинула, розбиваючись на льоту, степова комашня.</w:t>
      </w:r>
    </w:p>
    <w:p>
      <w:r>
        <w:br/>
        <w:t>Зблискувало, погуркувало все ближче. Спалахи розливались по. хмарах, як голуба вода. Повітря пахло передгрозово.</w:t>
      </w:r>
    </w:p>
    <w:p>
      <w:r>
        <w:br/>
        <w:t>1954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Літньої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