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Лицеміри</w:t>
      </w:r>
    </w:p>
    <w:p>
      <w:r>
        <w:br/>
        <w:t xml:space="preserve"> &lt;blockquote&gt; Президент США Ліндон Джонсон&lt;br /&gt;</w:t>
        <w:br/>
        <w:t>окремим листом від 31.ІІІ.1966 року&lt;br /&gt;</w:t>
        <w:br/>
        <w:t>подякував так званій&lt;br /&gt;</w:t>
        <w:br/>
        <w:t>українській громаді Клівленда&lt;br /&gt;</w:t>
        <w:br/>
        <w:t>за. підтримку політики агресії у В'єтнамі&lt;br /&gt;</w:t>
        <w:br/>
        <w:t>(З газет).</w:t>
      </w:r>
    </w:p>
    <w:p>
      <w:r>
        <w:br/>
        <w:t>Не славтеся царевою&lt;br /&gt;</w:t>
        <w:br/>
        <w:t>Святою війною,&lt;br /&gt;</w:t>
        <w:br/>
        <w:t>Бо ви й самі не знаєте,&lt;br /&gt;</w:t>
        <w:br/>
        <w:t>Що царики скоять.&lt;br /&gt;</w:t>
        <w:br/>
        <w:t>Т. Шевченко&lt;/blockquote&gt;</w:t>
      </w:r>
    </w:p>
    <w:p>
      <w:r>
        <w:br/>
        <w:t>Я пізнаю вас, фарисеї,-&lt;br /&gt;</w:t>
        <w:br/>
        <w:t>Такі ж ви підлі, як були,&lt;br /&gt;</w:t>
        <w:br/>
        <w:t>Дарма що віддали в музеї&lt;br /&gt;</w:t>
        <w:br/>
        <w:t>Пісні батьків, як постоли.</w:t>
      </w:r>
    </w:p>
    <w:p>
      <w:r>
        <w:br/>
        <w:t>Дарма що поміняли гуні&lt;br /&gt;</w:t>
        <w:br/>
        <w:t>На фраки, смокінги, плащі,&lt;br /&gt;</w:t>
        <w:br/>
        <w:t>Я пізнаю лоби чавунні&lt;br /&gt;</w:t>
        <w:br/>
        <w:t>І тулуби, немов плющі.</w:t>
      </w:r>
    </w:p>
    <w:p>
      <w:r>
        <w:br/>
        <w:t>Дарма що ви втекли за море,&lt;br /&gt;</w:t>
        <w:br/>
        <w:t>Щоб шкуру зберегти свою,&lt;br /&gt;</w:t>
        <w:br/>
        <w:t>Я пізнаю вас, людомори,&lt;br /&gt;</w:t>
        <w:br/>
        <w:t>Поклони ваші пізнаю.</w:t>
      </w:r>
    </w:p>
    <w:p>
      <w:r>
        <w:br/>
        <w:t>В бетон б'єтеся напропаще,&lt;br /&gt;</w:t>
        <w:br/>
        <w:t>Не жаль ні спини, ні чола,&lt;br /&gt;</w:t>
        <w:br/>
        <w:t>Щоб уклонитись пану краще&lt;br /&gt;</w:t>
        <w:br/>
        <w:t>Від іншого ж таки хохла.</w:t>
      </w:r>
    </w:p>
    <w:p>
      <w:r>
        <w:br/>
        <w:t>Це ви училися віками&lt;br /&gt;</w:t>
        <w:br/>
        <w:t>Сотати лицемірства нить&lt;br /&gt;</w:t>
        <w:br/>
        <w:t>І перед царськими дяками&lt;br /&gt;</w:t>
        <w:br/>
        <w:t>Себе навзаєм очорнить.</w:t>
      </w:r>
    </w:p>
    <w:p>
      <w:r>
        <w:br/>
        <w:t>Це ви у Відень і Варшаву&lt;br /&gt;</w:t>
        <w:br/>
        <w:t>Дари возили вперейми&lt;br /&gt;</w:t>
        <w:br/>
        <w:t>І нашу славу шанталаву,&lt;br /&gt;</w:t>
        <w:br/>
        <w:t>Як пси, обдерли до страми.</w:t>
      </w:r>
    </w:p>
    <w:p>
      <w:r>
        <w:br/>
        <w:t>Це ви клялись народ любити,&lt;br /&gt;</w:t>
        <w:br/>
        <w:t>А кату череп роздробить,&lt;br /&gt;</w:t>
        <w:br/>
        <w:t>Та мозок ваш тече на плити&lt;br /&gt;</w:t>
        <w:br/>
        <w:t>В дірки від рабських чолобить.</w:t>
      </w:r>
    </w:p>
    <w:p>
      <w:r>
        <w:br/>
        <w:t>Пора б на вас і не дивиться,&lt;br /&gt;</w:t>
        <w:br/>
        <w:t>Не думати про вас пора б,&lt;br /&gt;</w:t>
        <w:br/>
        <w:t>Хіба це вже така дивниця,&lt;br /&gt;</w:t>
        <w:br/>
        <w:t>Що панові вклонився раб?</w:t>
      </w:r>
    </w:p>
    <w:p>
      <w:r>
        <w:br/>
        <w:t>Та в серці палахтить ураза,&lt;br /&gt;</w:t>
        <w:br/>
        <w:t>І хочеш сам себе клясти,&lt;br /&gt;</w:t>
        <w:br/>
        <w:t>Що хрунь од імені Тараса&lt;br /&gt;</w:t>
        <w:br/>
        <w:t>Шле вірнопідданчі листи.</w:t>
      </w:r>
    </w:p>
    <w:p>
      <w:r>
        <w:br/>
        <w:t>Радійте, тіштеся війною,&lt;br /&gt;</w:t>
        <w:br/>
        <w:t>Збирайтеся усі взаміт,&lt;br /&gt;</w:t>
        <w:br/>
        <w:t>То, може, вас, мов купу гною,&lt;br /&gt;</w:t>
        <w:br/>
        <w:t>Розкине лютий динаміт.</w:t>
      </w:r>
    </w:p>
    <w:p>
      <w:r>
        <w:br/>
        <w:t>Але за повзання зміїне,&lt;br /&gt;</w:t>
        <w:br/>
        <w:t>За лестощів гидку паскудь&lt;br /&gt;</w:t>
        <w:br/>
        <w:t>Царі вам не дали Вкраїни —&lt;br /&gt;</w:t>
        <w:br/>
        <w:t>І президенти не дадуть.</w:t>
      </w:r>
    </w:p>
    <w:p>
      <w:r>
        <w:br/>
        <w:t>Ні! За блюзнірську телеграму&lt;br /&gt;</w:t>
        <w:br/>
        <w:t>Вам буде плата золота —&lt;br /&gt;</w:t>
        <w:br/>
        <w:t>Манесенький шматок В'єтнаму&lt;br /&gt;</w:t>
        <w:br/>
        <w:t>Для домовини і хреста.</w:t>
      </w:r>
    </w:p>
    <w:p>
      <w:r>
        <w:br/>
        <w:t>1964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Лицеміри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