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Людиноптахи, птахолюди — ми</w:t>
      </w:r>
    </w:p>
    <w:p>
      <w:r>
        <w:br/>
        <w:t xml:space="preserve"> Я наснився собі не птахом —&lt;br /&gt;</w:t>
        <w:br/>
        <w:t>Цілим птаством собі наснився.</w:t>
      </w:r>
    </w:p>
    <w:p>
      <w:r>
        <w:br/>
        <w:t>Снилось: ми, птахи, тяжко замкнуті.&lt;br /&gt;</w:t>
        <w:br/>
        <w:t>Снилось: нам, птахам, треба вилетіти.&lt;br /&gt;</w:t>
        <w:br/>
        <w:t>Снилось: ми, птахи, це єдине "я".</w:t>
      </w:r>
    </w:p>
    <w:p>
      <w:r>
        <w:br/>
        <w:t>Кружеляв я під склепінням замкнутим,&lt;br /&gt;</w:t>
        <w:br/>
        <w:t>Облітав я всіх птахів навколо,&lt;br /&gt;</w:t>
        <w:br/>
        <w:t>Тобто сам себе я геть облітував&lt;br /&gt;</w:t>
        <w:br/>
        <w:t>І казав собі, як всім птахам:</w:t>
      </w:r>
    </w:p>
    <w:p>
      <w:r>
        <w:br/>
        <w:t>"Зараз виліт — тож летіти всім&lt;br /&gt;</w:t>
        <w:br/>
        <w:t>До одненького, усьому птаству виліт!"</w:t>
      </w:r>
    </w:p>
    <w:p>
      <w:r>
        <w:br/>
        <w:t>Шепотів я так на вухо кожному —&lt;br /&gt;</w:t>
        <w:br/>
        <w:t>І орлові, й ластівці, й горобчику,&lt;br /&gt;</w:t>
        <w:br/>
        <w:t>Кожному крилатому ув'язненому,&lt;br /&gt;</w:t>
        <w:br/>
        <w:t>Бо нас люди тяжко ув'язнили&lt;br /&gt;</w:t>
        <w:br/>
        <w:t>І замкнули під тяжким склепінням.</w:t>
      </w:r>
    </w:p>
    <w:p>
      <w:r>
        <w:br/>
        <w:t>Всі мене послухали, все птаство,&lt;br /&gt;</w:t>
        <w:br/>
        <w:t>Бо я був єдин в істоті птаха&lt;br /&gt;</w:t>
        <w:br/>
        <w:t>І себе облітував як стій...</w:t>
      </w:r>
    </w:p>
    <w:p>
      <w:r>
        <w:br/>
        <w:t>А сторожа пильно чатувала,&lt;br /&gt;</w:t>
        <w:br/>
        <w:t>Бо людьми була ота сторожа&lt;br /&gt;</w:t>
        <w:br/>
        <w:t>І все знала про в'язницю птахів:&lt;br /&gt;</w:t>
        <w:br/>
        <w:t>"З оцієї вилетять в'язниці,&lt;br /&gt;</w:t>
        <w:br/>
        <w:t>Так у другу попадуть, ще гіршу,</w:t>
      </w:r>
    </w:p>
    <w:p>
      <w:r>
        <w:br/>
        <w:t>З другої як вилетять, припустимо,&lt;br /&gt;</w:t>
        <w:br/>
        <w:t>Дак у третій крила геть зів'януть.&lt;br /&gt;</w:t>
        <w:br/>
        <w:t>З камери дістатись можна в камеру,&lt;br /&gt;</w:t>
        <w:br/>
        <w:t>А в'язницю на в'язницю гіршу&lt;br /&gt;</w:t>
        <w:br/>
        <w:t>Може птах змінити боротьбою!"</w:t>
      </w:r>
    </w:p>
    <w:p>
      <w:r>
        <w:br/>
        <w:t>Так нас, птахів, люди научили,&lt;br /&gt;</w:t>
        <w:br/>
        <w:t>І орла, і ластівку, й горобчика,&lt;br /&gt;</w:t>
        <w:br/>
        <w:t>І поживу нам для шлунка кидали,&lt;br /&gt;</w:t>
        <w:br/>
        <w:t>Ми літали, замкнуті, на прив'язі,&lt;br /&gt;</w:t>
        <w:br/>
        <w:t>Під склепінням замкнуті іржавим,&lt;br /&gt;</w:t>
        <w:br/>
        <w:t>Був я птахом, був я птаством цілим&lt;br /&gt;</w:t>
        <w:br/>
        <w:t>І надумав птаством утекти.</w:t>
      </w:r>
    </w:p>
    <w:p>
      <w:r>
        <w:br/>
        <w:t>"А летіти треба під склепінням, —&lt;br /&gt;</w:t>
        <w:br/>
        <w:t>Так казав я кожному на вухо:&lt;br /&gt;</w:t>
        <w:br/>
        <w:t>І колібрі, і синиці, й беркуту, —&lt;br /&gt;</w:t>
        <w:br/>
        <w:t>Під склепінням свіжий вітер гонить,&lt;br /&gt;</w:t>
        <w:br/>
        <w:t>Ми не задихнемось тільки так,&lt;br /&gt;</w:t>
        <w:br/>
        <w:t>Крилами хай кожен під склепіння!"</w:t>
      </w:r>
    </w:p>
    <w:p>
      <w:r>
        <w:br/>
        <w:t>І знялись ми, крилами забили&lt;br /&gt;</w:t>
        <w:br/>
        <w:t>І закрили все іржаве небо&lt;br /&gt;</w:t>
        <w:br/>
        <w:t>Райдугами крил своїх ув'язнених,&lt;br /&gt;</w:t>
        <w:br/>
        <w:t>Пролетіли всі ми над сторожею,&lt;br /&gt;</w:t>
        <w:br/>
        <w:t>У в'язницю другу ми попали:</w:t>
      </w:r>
    </w:p>
    <w:p>
      <w:r>
        <w:br/>
        <w:t>Знов склепіння чорне та іржаве,&lt;br /&gt;</w:t>
        <w:br/>
        <w:t>Знов сторожа, мудра та єхидна,&lt;br /&gt;</w:t>
        <w:br/>
        <w:t>Нас доймає анекдотом вічним&lt;br /&gt;</w:t>
        <w:br/>
        <w:t>Все про в'язня та про другу камеру:&lt;br /&gt;</w:t>
        <w:br/>
        <w:t>"З камери дістатись можна в камеру.&lt;br /&gt;</w:t>
        <w:br/>
        <w:t>А в'язницю на в'язницю гіршу&lt;br /&gt;</w:t>
        <w:br/>
        <w:t>Може птах змінити боротьбою!"</w:t>
      </w:r>
    </w:p>
    <w:p>
      <w:r>
        <w:br/>
        <w:t>А сторожа вже і не чатує —&lt;br /&gt;</w:t>
        <w:br/>
        <w:t>В карти смалить та горілку дудлить,&lt;br /&gt;</w:t>
        <w:br/>
        <w:t>Все довіривши машинам мудрим,&lt;br /&gt;</w:t>
        <w:br/>
        <w:t>Навіть кільцювання всього птаства...&lt;br /&gt;</w:t>
        <w:br/>
        <w:t>Ми, птахи, втомились, надломились,&lt;br /&gt;</w:t>
        <w:br/>
        <w:t>Але все летіли над сторожею,&lt;br /&gt;</w:t>
        <w:br/>
        <w:t>Що у птахів звалася людьми...</w:t>
      </w:r>
    </w:p>
    <w:p>
      <w:r>
        <w:br/>
        <w:t>"Тепер так, —&lt;br /&gt;</w:t>
        <w:br/>
        <w:t>кажу як птах я птаству,&lt;br /&gt;</w:t>
        <w:br/>
        <w:t>Перед третім вильотом кажу, —&lt;br /&gt;</w:t>
        <w:br/>
        <w:t>Мусить кожен птах людину взяти&lt;br /&gt;</w:t>
        <w:br/>
        <w:t>Й вилетіти з нею із в'язниці!&lt;br /&gt;</w:t>
        <w:br/>
        <w:t>Кожен птах на крила по людині!&lt;br /&gt;</w:t>
        <w:br/>
        <w:t>Щоб були порожні всі в'язниці!&lt;br /&gt;</w:t>
        <w:br/>
        <w:t>Щоб ні в'язнів! Щоб ані сторожі!&lt;br /&gt;</w:t>
        <w:br/>
        <w:t>Щоб вітри іржаві лиш шугали&lt;br /&gt;</w:t>
        <w:br/>
        <w:t>Під іржавим і тяжким склепінням —&lt;br /&gt;</w:t>
        <w:br/>
        <w:t>Адже всім на світі треба неба,&lt;br /&gt;</w:t>
        <w:br/>
        <w:t>Птаству й людству, треба всім небес!"</w:t>
      </w:r>
    </w:p>
    <w:p>
      <w:r>
        <w:br/>
        <w:t>Оця мудрість у в'язниці третій&lt;br /&gt;</w:t>
        <w:br/>
        <w:t>Мені ледь у голову прийшла,&lt;br /&gt;</w:t>
        <w:br/>
        <w:t>Як все птаство тяжко збунтувалось:&lt;br /&gt;</w:t>
        <w:br/>
        <w:t>— Ми не будем їх нести на волю!&lt;br /&gt;</w:t>
        <w:br/>
        <w:t>— Хай вони тут пропадом пропадуть!&lt;br /&gt;</w:t>
        <w:br/>
        <w:t>— Свого ката та на крила брати:&lt;br /&gt;</w:t>
        <w:br/>
        <w:t>Хай конає в цих іржавих норах!&lt;br /&gt;</w:t>
        <w:br/>
        <w:t>— Той нам крила різав! — Той нас мучив!&lt;br /&gt;</w:t>
        <w:br/>
        <w:t>— Той нас в люті шори заарканював!</w:t>
      </w:r>
    </w:p>
    <w:p>
      <w:r>
        <w:br/>
        <w:t>Але врешті всіх умовив я,&lt;br /&gt;</w:t>
        <w:br/>
        <w:t>Бо я сам був норовистим птаством,&lt;br /&gt;</w:t>
        <w:br/>
        <w:t>І людей на крила ми взяли.&lt;br /&gt;</w:t>
        <w:br/>
        <w:t>Горобець ніс товстуна-підлотника,&lt;br /&gt;</w:t>
        <w:br/>
        <w:t>А орел запхнув під хвіст наклепника,&lt;br /&gt;</w:t>
        <w:br/>
        <w:t>Щоб гордливі крила не бруднити,&lt;br /&gt;</w:t>
        <w:br/>
        <w:t>Але всі виносили людей,&lt;br /&gt;</w:t>
        <w:br/>
        <w:t>Що були людьми на мить крилатими,&lt;br /&gt;</w:t>
        <w:br/>
        <w:t>їх з в'язниці вирвавши з корінням...</w:t>
      </w:r>
    </w:p>
    <w:p>
      <w:r>
        <w:br/>
        <w:t>Ми летіли під самим склепінням,&lt;br /&gt;</w:t>
        <w:br/>
        <w:t>Аж іржа летіла в наші очі,&lt;br /&gt;</w:t>
        <w:br/>
        <w:t>Ми летіли третьою в'язницею&lt;br /&gt;</w:t>
        <w:br/>
        <w:t>І людей тримали, щоб не впали.&lt;br /&gt;</w:t>
        <w:br/>
        <w:t>Дехто з ностальгії за тюрмою&lt;br /&gt;</w:t>
        <w:br/>
        <w:t>Сам зривався з наших крил додолу,&lt;br /&gt;</w:t>
        <w:br/>
        <w:t>Сам летів — просив прощення в гратів,&lt;br /&gt;</w:t>
        <w:br/>
        <w:t>У в'язниці сам просив прощення&lt;br /&gt;</w:t>
        <w:br/>
        <w:t>І в нору занурювавсь як стій.</w:t>
      </w:r>
    </w:p>
    <w:p>
      <w:r>
        <w:br/>
        <w:t>Але птаство людство геть виносило&lt;br /&gt;</w:t>
        <w:br/>
        <w:t>З третьої іржавої в'язниці.&lt;br /&gt;</w:t>
        <w:br/>
        <w:t>Не було під крилами сторожі&lt;br /&gt;</w:t>
        <w:br/>
        <w:t>Отакої, як у двох в'язницях,&lt;br /&gt;</w:t>
        <w:br/>
        <w:t>А якісь нелюдські люті пристрої&lt;br /&gt;</w:t>
        <w:br/>
        <w:t>Нас стріляли — птахів і людей.</w:t>
      </w:r>
    </w:p>
    <w:p>
      <w:r>
        <w:br/>
        <w:t>Скільки нас понищили машини!&lt;br /&gt;</w:t>
        <w:br/>
        <w:t>Ми були єдиним людоптаством,&lt;br /&gt;</w:t>
        <w:br/>
        <w:t>Бо у людях крила геть розкрилились,&lt;br /&gt;</w:t>
        <w:br/>
        <w:t>А у птахів олюднились душі —&lt;br /&gt;</w:t>
        <w:br/>
        <w:t>Ми були єдиним людоптаством,&lt;br /&gt;</w:t>
        <w:br/>
        <w:t>Щось гадюче, нице, механічне&lt;br /&gt;</w:t>
        <w:br/>
        <w:t>Нищило наш звільнений політ —&lt;br /&gt;</w:t>
        <w:br/>
        <w:t>Било знизу, виривало крила,&lt;br /&gt;</w:t>
        <w:br/>
        <w:t>Нас роз'єднувало знов і знов&lt;br /&gt;</w:t>
        <w:br/>
        <w:t>На крилатих і на повзунів,&lt;br /&gt;</w:t>
        <w:br/>
        <w:t>На сторожу і на ревних в'язнів...&lt;br /&gt;</w:t>
        <w:br/>
        <w:t>Скільки нас упало і пропало!&lt;br /&gt;</w:t>
        <w:br/>
        <w:t>Я людиноптаством пролетів&lt;br /&gt;</w:t>
        <w:br/>
        <w:t>І відчув не стелю — синє небо&lt;br /&gt;</w:t>
        <w:br/>
        <w:t>Вдарило у крила синім сяйвом...</w:t>
      </w:r>
    </w:p>
    <w:p>
      <w:r>
        <w:br/>
        <w:t>Найстрашніше ось, поза тюрмою,&lt;br /&gt;</w:t>
        <w:br/>
        <w:t>Звалище, непотріб, гній і бруд,&lt;br /&gt;</w:t>
        <w:br/>
        <w:t>Що віки в'язниця вивергала,&lt;br /&gt;</w:t>
        <w:br/>
        <w:t>Що тисячоліття буцегарня&lt;br /&gt;</w:t>
        <w:br/>
        <w:t>Наплодила...</w:t>
      </w:r>
    </w:p>
    <w:p>
      <w:r>
        <w:br/>
        <w:t>Але свіжий вітер!&lt;br /&gt;</w:t>
        <w:br/>
        <w:t>Але синє небо крила пестить!</w:t>
      </w:r>
    </w:p>
    <w:p>
      <w:r>
        <w:br/>
        <w:t>Птахолюди! Людоптахи! Де ми?!</w:t>
      </w:r>
    </w:p>
    <w:p>
      <w:r>
        <w:br/>
        <w:t>Летимо в жагучому польоті,&lt;br /&gt;</w:t>
        <w:br/>
        <w:t>Б'ємо в небі вільно, соколино...&lt;br /&gt;</w:t>
        <w:br/>
        <w:t>І чому наснивсь собі я птахом?&lt;br /&gt;</w:t>
        <w:br/>
        <w:t>Цілим птаством чом собі наснився?!&lt;br /&gt;</w:t>
        <w:br/>
        <w:t>Хай щастить нам, добрі мої люди,&lt;br /&gt;</w:t>
        <w:br/>
        <w:t>Крила мати й не забути всіх...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Людиноптахи, птахолюди — 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