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Мамо моя</w:t>
      </w:r>
    </w:p>
    <w:p>
      <w:r>
        <w:br/>
        <w:t xml:space="preserve"> Чи то зійшов, на скелистий пік,&lt;br /&gt;</w:t>
        <w:br/>
        <w:t>Мамо-матусю, відаю я,&lt;br /&gt;</w:t>
        <w:br/>
        <w:t>Чия любов зі мною повік.&lt;br /&gt;</w:t>
        <w:br/>
        <w:t>Мамо-матусю, мамо моя!</w:t>
      </w:r>
    </w:p>
    <w:p>
      <w:r>
        <w:br/>
        <w:t>Чи то пірнув у море на дно,&lt;br /&gt;</w:t>
        <w:br/>
        <w:t>Мамо-матусю, відаю я,&lt;br /&gt;</w:t>
        <w:br/>
        <w:t>Хто десь без сну зорить у вікно.&lt;br /&gt;</w:t>
        <w:br/>
        <w:t>Мамо-матусю, мамо моя!</w:t>
      </w:r>
    </w:p>
    <w:p>
      <w:r>
        <w:br/>
        <w:t>Нехай хоч світ мене прокляне,&lt;br /&gt;</w:t>
        <w:br/>
        <w:t>Мамо-матусю, відаю я,&lt;br /&gt;</w:t>
        <w:br/>
        <w:t>Чия молитва зцілить мене.&lt;br /&gt;</w:t>
        <w:br/>
        <w:t>Мамо-матусю, мамо моя!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Мамо моя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