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Менший брат</w:t>
      </w:r>
    </w:p>
    <w:p>
      <w:r>
        <w:br/>
        <w:t xml:space="preserve"> Розпившись по шинках, мужва-злодії&lt;br /&gt;</w:t>
        <w:br/>
        <w:t>Вночі дом божий, церкву, обікрали.&lt;br /&gt;</w:t>
        <w:br/>
        <w:t>Тверезі соцькі й старшини сільськії&lt;br /&gt;</w:t>
        <w:br/>
        <w:t>Отамана злодійського піймали.</w:t>
      </w:r>
    </w:p>
    <w:p>
      <w:r>
        <w:br/>
        <w:t>Піп злодіяку зве до мирового,&lt;br /&gt;</w:t>
        <w:br/>
        <w:t>До нашого мирського трибуналу,&lt;br /&gt;</w:t>
        <w:br/>
        <w:t>І мировий, як слід, харциза злого&lt;br /&gt;</w:t>
        <w:br/>
        <w:t>Готов за певну осудити кару.</w:t>
      </w:r>
    </w:p>
    <w:p>
      <w:r>
        <w:br/>
        <w:t>Но, бувши у законі "оглашенним "&lt;br /&gt;</w:t>
        <w:br/>
        <w:t>(Сі мирові на те вже й породились),&lt;br /&gt;</w:t>
        <w:br/>
        <w:t>Рече судящимся, як людям темним:&lt;br /&gt;</w:t>
        <w:br/>
        <w:t>"А може б, ви, панове, помирились? "</w:t>
      </w:r>
    </w:p>
    <w:p>
      <w:r>
        <w:br/>
        <w:t>"Що ж? я готов! — озветься злодіяка;&lt;br /&gt;</w:t>
        <w:br/>
        <w:t>А піп: "Із злодієм мені миритись?! "&lt;br /&gt;</w:t>
        <w:br/>
        <w:t>Суддя насупивсь: "Що се за бурлака?&lt;br /&gt;</w:t>
        <w:br/>
        <w:t>Не хоче з меншим братом поділитись! 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Менший брат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