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Мідний вершник</w:t>
      </w:r>
    </w:p>
    <w:p>
      <w:r>
        <w:br/>
        <w:t xml:space="preserve"> Олександр Пушкін&lt;br /&gt;</w:t>
        <w:br/>
        <w:t>Мідний вершник</w:t>
      </w:r>
    </w:p>
    <w:p>
      <w:r>
        <w:br/>
        <w:t>Перекладач: М.Рильський</w:t>
      </w:r>
    </w:p>
    <w:p>
      <w:r>
        <w:br/>
        <w:t>Петербурзька повість</w:t>
      </w:r>
    </w:p>
    <w:p>
      <w:r>
        <w:br/>
        <w:t>Передмова</w:t>
      </w:r>
    </w:p>
    <w:p>
      <w:r>
        <w:br/>
        <w:t>Пригода, описана в цій повісті, основою має собі дійсність.&lt;br /&gt;</w:t>
        <w:br/>
        <w:t>Подробиці поводі запозичено з тогочасних журналів.&lt;br /&gt;</w:t>
        <w:br/>
        <w:t>Цікаві можуть звіритись, заглянувши до відомостей,&lt;br /&gt;</w:t>
        <w:br/>
        <w:t>що подає В. М. Берх.</w:t>
      </w:r>
    </w:p>
    <w:p>
      <w:r>
        <w:br/>
        <w:t>Вступ</w:t>
      </w:r>
    </w:p>
    <w:p>
      <w:r>
        <w:br/>
        <w:t>Край темних вод стояв він сам,&lt;br /&gt;</w:t>
        <w:br/>
        <w:t>Великим відданий думкам,&lt;br /&gt;</w:t>
        <w:br/>
        <w:t>І вдаль зорив. Поперед нього&lt;br /&gt;</w:t>
        <w:br/>
        <w:t>Котилась річка. Тихо там&lt;br /&gt;</w:t>
        <w:br/>
        <w:t>Плив човен, зладнаний убого.&lt;br /&gt;</w:t>
        <w:br/>
        <w:t>Уздовж багнистих берегів&lt;br /&gt;</w:t>
        <w:br/>
        <w:t>Там хат похилих ряд чорнів,&lt;br /&gt;</w:t>
        <w:br/>
        <w:t>Притулок бідного чухонця,&lt;br /&gt;</w:t>
        <w:br/>
        <w:t>І ліс, де промінь не світив&lt;br /&gt;</w:t>
        <w:br/>
        <w:t>У млі захованого сонця,&lt;br /&gt;</w:t>
        <w:br/>
        <w:t>Кругом шумів.</w:t>
      </w:r>
    </w:p>
    <w:p>
      <w:r>
        <w:br/>
        <w:t>І думав він:&lt;br /&gt;</w:t>
        <w:br/>
        <w:t>Тут зрине місто крізь тумани,&lt;br /&gt;</w:t>
        <w:br/>
        <w:t>І швед, війни чванливий син,&lt;br /&gt;</w:t>
        <w:br/>
        <w:t>Зустріне опір нездоланний.&lt;br /&gt;</w:t>
        <w:br/>
        <w:t>Природні сили тут велять&lt;br /&gt;</w:t>
        <w:br/>
        <w:t>Вікно в Європу прорубать1;&lt;br /&gt;</w:t>
        <w:br/>
        <w:t>При морі непохитно стати.&lt;br /&gt;</w:t>
        <w:br/>
        <w:t>Сюди із всіх кінців землі&lt;br /&gt;</w:t>
        <w:br/>
        <w:t>Прилинуть в гості кораблі,—&lt;br /&gt;</w:t>
        <w:br/>
        <w:t>І процвіте наш край багатий.</w:t>
      </w:r>
    </w:p>
    <w:p>
      <w:r>
        <w:br/>
        <w:t>Сто літ пройшло, і диво з див,&lt;br /&gt;</w:t>
        <w:br/>
        <w:t>Перлина у північнім краї,&lt;br /&gt;</w:t>
        <w:br/>
        <w:t>З тяжких боліт, з густих лісів&lt;br /&gt;</w:t>
        <w:br/>
        <w:t>Високий город виростає;&lt;br /&gt;</w:t>
        <w:br/>
        <w:t>Там, де колись понурий фінн,&lt;br /&gt;</w:t>
        <w:br/>
        <w:t>Природи пасерб нещасливий,&lt;br /&gt;</w:t>
        <w:br/>
        <w:t>Край берегів низьких один&lt;br /&gt;</w:t>
        <w:br/>
        <w:t>Свій невід закидав дрантивий&lt;br /&gt;</w:t>
        <w:br/>
        <w:t>В таємні води,— подивись:&lt;br /&gt;</w:t>
        <w:br/>
        <w:t>Шпилями в небо піднеслись&lt;br /&gt;</w:t>
        <w:br/>
        <w:t>На велелюдному помості&lt;br /&gt;</w:t>
        <w:br/>
        <w:t>Палаци й вежі; кораблі&lt;br /&gt;</w:t>
        <w:br/>
        <w:t>Сюди з усіх кінців землі&lt;br /&gt;</w:t>
        <w:br/>
        <w:t>Пливуть, закликані у гості;&lt;br /&gt;</w:t>
        <w:br/>
        <w:t>Нева вдяглася у граніт;&lt;br /&gt;</w:t>
        <w:br/>
        <w:t>Мости над нею простяглися;&lt;br /&gt;</w:t>
        <w:br/>
        <w:t>На островах її сплелися&lt;br /&gt;</w:t>
        <w:br/>
        <w:t>Сади в мережі темних віт,—&lt;br /&gt;</w:t>
        <w:br/>
        <w:t>І віку юного столиці&lt;br /&gt;</w:t>
        <w:br/>
        <w:t>Стара вклонилася Москва,&lt;br /&gt;</w:t>
        <w:br/>
        <w:t>Як нововінчаній цариці&lt;br /&gt;</w:t>
        <w:br/>
        <w:t>Порфіроносна удова.</w:t>
      </w:r>
    </w:p>
    <w:p>
      <w:r>
        <w:br/>
        <w:t>Люблю тебе, дитя Петрове,&lt;br /&gt;</w:t>
        <w:br/>
        <w:t>Люблю твій гордий, строгий взір,&lt;br /&gt;</w:t>
        <w:br/>
        <w:t>Неви одіння гранітове&lt;br /&gt;</w:t>
        <w:br/>
        <w:t>І хвиль її державний шир,&lt;br /&gt;</w:t>
        <w:br/>
        <w:t>Твоїх чавунних грат узори,&lt;br /&gt;</w:t>
        <w:br/>
        <w:t>Ночей задумливих твоїх&lt;br /&gt;</w:t>
        <w:br/>
        <w:t>Безсяйний блиск, туман прозорий,&lt;br /&gt;</w:t>
        <w:br/>
        <w:t>Коли серед книжок німих&lt;br /&gt;</w:t>
        <w:br/>
        <w:t>Пишу, читаю без лампади,&lt;br /&gt;</w:t>
        <w:br/>
        <w:t>І вулиць видяться громади,&lt;br /&gt;</w:t>
        <w:br/>
        <w:t>І око бачить звідусіль&lt;br /&gt;</w:t>
        <w:br/>
        <w:t>Адміралтейський ясний шпиль,&lt;br /&gt;</w:t>
        <w:br/>
        <w:t>І, не пускавши мли нічної&lt;br /&gt;</w:t>
        <w:br/>
        <w:t>На неба золоту твердінь,&lt;br /&gt;</w:t>
        <w:br/>
        <w:t>Зоря, чергуючи з сестрою,&lt;br /&gt;</w:t>
        <w:br/>
        <w:t>Жене короткочасну тінь2.&lt;br /&gt;</w:t>
        <w:br/>
        <w:t>Люблю морозний день застиглий&lt;br /&gt;</w:t>
        <w:br/>
        <w:t>Після жорстоких сніговиць,&lt;br /&gt;</w:t>
        <w:br/>
        <w:t>Санки, що по Неві побігли,&lt;br /&gt;</w:t>
        <w:br/>
        <w:t>Дівочих рожевіння лиць,&lt;br /&gt;</w:t>
        <w:br/>
        <w:t>І танці, й шум, і барви строїв,&lt;br /&gt;</w:t>
        <w:br/>
        <w:t>А в колі друзів молодих&lt;br /&gt;</w:t>
        <w:br/>
        <w:t>Шипіння пінявих напоїв&lt;br /&gt;</w:t>
        <w:br/>
        <w:t>І пуншів пломінь голубих.&lt;br /&gt;</w:t>
        <w:br/>
        <w:t>Люблю на Марсовому полі&lt;br /&gt;</w:t>
        <w:br/>
        <w:t>Вояцьку гру спостерігать,&lt;br /&gt;</w:t>
        <w:br/>
        <w:t>Коли і кінна, й піша рать&lt;br /&gt;</w:t>
        <w:br/>
        <w:t>Хвилюється на видноколі,&lt;br /&gt;</w:t>
        <w:br/>
        <w:t>Коли в шикованих полках&lt;br /&gt;</w:t>
        <w:br/>
        <w:t>Корогви мають нездоланні,&lt;br /&gt;</w:t>
        <w:br/>
        <w:t>Шапки виблискують мідяні,&lt;br /&gt;</w:t>
        <w:br/>
        <w:t>Наскрізь прострелені в боях.&lt;br /&gt;</w:t>
        <w:br/>
        <w:t>Люблю, столице пишнозбройна,&lt;br /&gt;</w:t>
        <w:br/>
        <w:t>Фортечних мурів дим і грім,&lt;br /&gt;</w:t>
        <w:br/>
        <w:t>Як півночі цариця гойна&lt;br /&gt;</w:t>
        <w:br/>
        <w:t>Дарує сина в царський дім,&lt;br /&gt;</w:t>
        <w:br/>
        <w:t>Чи по тріумфі голоснім&lt;br /&gt;</w:t>
        <w:br/>
        <w:t>Росія свято людне править,&lt;br /&gt;</w:t>
        <w:br/>
        <w:t>Чи в море лави крижані&lt;br /&gt;</w:t>
        <w:br/>
        <w:t>Нева односить навесні&lt;br /&gt;</w:t>
        <w:br/>
        <w:t>І животворне сонце славить.</w:t>
      </w:r>
    </w:p>
    <w:p>
      <w:r>
        <w:br/>
        <w:t>Красуйся, городе Петрів,&lt;br /&gt;</w:t>
        <w:br/>
        <w:t>Будь непоборний, як Росія.&lt;br /&gt;</w:t>
        <w:br/>
        <w:t>Хай стихне на віки віків&lt;br /&gt;</w:t>
        <w:br/>
        <w:t>Тобі підборкана стихія,&lt;br /&gt;</w:t>
        <w:br/>
        <w:t>Хай фінських вод злоба стара&lt;br /&gt;</w:t>
        <w:br/>
        <w:t>В своїй замовкне ворожнечі,&lt;br /&gt;</w:t>
        <w:br/>
        <w:t>І не стривожать марні речі&lt;br /&gt;</w:t>
        <w:br/>
        <w:t>У сні довічному Петра!</w:t>
      </w:r>
    </w:p>
    <w:p>
      <w:r>
        <w:br/>
        <w:t>Був час лихий, страшна пора..&lt;br /&gt;</w:t>
        <w:br/>
        <w:t>Живі про неї спогадання...&lt;br /&gt;</w:t>
        <w:br/>
        <w:t>Про неї, друзі, розпочну&lt;br /&gt;</w:t>
        <w:br/>
        <w:t>Для вас я це оповідання,&lt;br /&gt;</w:t>
        <w:br/>
        <w:t>Про долю розкажу сумну...</w:t>
      </w:r>
    </w:p>
    <w:p>
      <w:r>
        <w:br/>
        <w:t>Частина перша</w:t>
      </w:r>
    </w:p>
    <w:p>
      <w:r>
        <w:br/>
        <w:t>Над охмарнілим Петроградом&lt;br /&gt;</w:t>
        <w:br/>
        <w:t>Шугала осінь листопадом.&lt;br /&gt;</w:t>
        <w:br/>
        <w:t>В струнку ограду кам'яну&lt;br /&gt;</w:t>
        <w:br/>
        <w:t>Страшні вергаючи навали,&lt;br /&gt;</w:t>
        <w:br/>
        <w:t>Нева пручалась, як зо сну&lt;br /&gt;</w:t>
        <w:br/>
        <w:t>В жорсткій постелі нездужалий.&lt;br /&gt;</w:t>
        <w:br/>
        <w:t>Майдани морок оповив;&lt;br /&gt;</w:t>
        <w:br/>
        <w:t>У вікна дощ сердито бив,&lt;br /&gt;</w:t>
        <w:br/>
        <w:t>І вітер плакав за стіною.&lt;br /&gt;</w:t>
        <w:br/>
        <w:t>Додому в пізній час нічний&lt;br /&gt;</w:t>
        <w:br/>
        <w:t>Прийшов Євгеній молодий...&lt;br /&gt;</w:t>
        <w:br/>
        <w:t>Ми знову нашому герою&lt;br /&gt;</w:t>
        <w:br/>
        <w:t>Дамо наймення це. Воно&lt;br /&gt;</w:t>
        <w:br/>
        <w:t>Лунає мило; з ним давно&lt;br /&gt;</w:t>
        <w:br/>
        <w:t>Мої зріднилися писання.&lt;br /&gt;</w:t>
        <w:br/>
        <w:t>Не треба нам його прозвання,&lt;br /&gt;</w:t>
        <w:br/>
        <w:t>Хоч, може, у прадавній час&lt;br /&gt;</w:t>
        <w:br/>
        <w:t>Воно по всім гриміло краї,&lt;br /&gt;</w:t>
        <w:br/>
        <w:t>І Карамзін його для нас,&lt;br /&gt;</w:t>
        <w:br/>
        <w:t>Як літописець, воскрешає;&lt;br /&gt;</w:t>
        <w:br/>
        <w:t>Але минувся гомін той,&lt;br /&gt;</w:t>
        <w:br/>
        <w:t>І слава зникла. Мій герой&lt;br /&gt;</w:t>
        <w:br/>
        <w:t>Живе в Коломні, десь там служить,&lt;br /&gt;</w:t>
        <w:br/>
        <w:t>Мина вельможних і не тужить&lt;br /&gt;</w:t>
        <w:br/>
        <w:t>Ні по схороненій рідні,&lt;br /&gt;</w:t>
        <w:br/>
        <w:t>Ні по забутій давнині.&lt;br /&gt;</w:t>
        <w:br/>
        <w:t>Отож, вернувшися, Євгеній&lt;br /&gt;</w:t>
        <w:br/>
        <w:t>Струснув шинель, роздягся, ліг,&lt;br /&gt;</w:t>
        <w:br/>
        <w:t>Та довго він заснуть не міг,&lt;br /&gt;</w:t>
        <w:br/>
        <w:t>Думки утишити щоденні.&lt;br /&gt;</w:t>
        <w:br/>
        <w:t>Об чім же думав він? Об тім,&lt;br /&gt;</w:t>
        <w:br/>
        <w:t>Що вбогий, що трудом тяжким&lt;br /&gt;</w:t>
        <w:br/>
        <w:t>Йому судилось добувати&lt;br /&gt;</w:t>
        <w:br/>
        <w:t>І незалежну долю, й честь;&lt;br /&gt;</w:t>
        <w:br/>
        <w:t>Що міг би бог йому додати&lt;br /&gt;</w:t>
        <w:br/>
        <w:t>Ума і грошей,— в світі ж єсть&lt;br /&gt;</w:t>
        <w:br/>
        <w:t>Нероби, гультяї щасливі,&lt;br /&gt;</w:t>
        <w:br/>
        <w:t>На розум бідні та ліниві,&lt;br /&gt;</w:t>
        <w:br/>
        <w:t>Яким живеться хоч куди!&lt;br /&gt;</w:t>
        <w:br/>
        <w:t>Що, певно, він за два лиш роки&lt;br /&gt;</w:t>
        <w:br/>
        <w:t>Дістане чина; що води&lt;br /&gt;</w:t>
        <w:br/>
        <w:t>Все більше має прибувати;&lt;br /&gt;</w:t>
        <w:br/>
        <w:t>Що звелено мости підняти —&lt;br /&gt;</w:t>
        <w:br/>
        <w:t>І що Параші з тих причин&lt;br /&gt;</w:t>
        <w:br/>
        <w:t>Днів зо три не побачить він.</w:t>
      </w:r>
    </w:p>
    <w:p>
      <w:r>
        <w:br/>
        <w:t>Тут він розніжився сердечно&lt;br /&gt;</w:t>
        <w:br/>
        <w:t>У поетичній маячні:&lt;br /&gt;</w:t>
        <w:br/>
        <w:t>"Женитись? А чому ж бо й ні?&lt;br /&gt;</w:t>
        <w:br/>
        <w:t>Воно не легко, безперечно;&lt;br /&gt;</w:t>
        <w:br/>
        <w:t>Та я людина молода,&lt;br /&gt;</w:t>
        <w:br/>
        <w:t>Здорова, не боюсь труда;&lt;br /&gt;</w:t>
        <w:br/>
        <w:t>Тож сяк чи так собі владнаю&lt;br /&gt;</w:t>
        <w:br/>
        <w:t>Гніздечко просте, затишне,&lt;br /&gt;</w:t>
        <w:br/>
        <w:t>І з нею щастя там зазнаю.&lt;br /&gt;</w:t>
        <w:br/>
        <w:t>Можливо, рік чи два мине —&lt;br /&gt;</w:t>
        <w:br/>
        <w:t>Посаду випрошу; Параші&lt;br /&gt;</w:t>
        <w:br/>
        <w:t>Препоручу всі справи наші,&lt;br /&gt;</w:t>
        <w:br/>
        <w:t>Хазяйство й догляд за дітьми...&lt;br /&gt;</w:t>
        <w:br/>
        <w:t>І будем жить ми в супокої,&lt;br /&gt;</w:t>
        <w:br/>
        <w:t>І тихо помремо обоє&lt;br /&gt;</w:t>
        <w:br/>
        <w:t>Між унучаток любих ми..."</w:t>
      </w:r>
    </w:p>
    <w:p>
      <w:r>
        <w:br/>
        <w:t>Так мріялось. І стало сумно&lt;br /&gt;</w:t>
        <w:br/>
        <w:t>Йому в ту ніч, і він бажав,&lt;br /&gt;</w:t>
        <w:br/>
        <w:t>Щоб вітер вив не так безумно&lt;br /&gt;</w:t>
        <w:br/>
        <w:t>І дощ у вікна калатав&lt;br /&gt;</w:t>
        <w:br/>
        <w:t>Не так сердито...&lt;br /&gt;</w:t>
        <w:br/>
        <w:t>Врешті очі&lt;br /&gt;</w:t>
        <w:br/>
        <w:t>Йому склепилися! Пройшли&lt;br /&gt;</w:t>
        <w:br/>
        <w:t>Години буряної ночі,&lt;br /&gt;</w:t>
        <w:br/>
        <w:t>І день блідий встає з імли...3&lt;br /&gt;</w:t>
        <w:br/>
        <w:t>Жахливий день!&lt;br /&gt;</w:t>
        <w:br/>
        <w:t>Нева ревла&lt;br /&gt;</w:t>
        <w:br/>
        <w:t>Всю ніч і рвалась проти бурі&lt;br /&gt;</w:t>
        <w:br/>
        <w:t>У моря займища понурі,&lt;br /&gt;</w:t>
        <w:br/>
        <w:t>Та на світанні знемогла...&lt;br /&gt;</w:t>
        <w:br/>
        <w:t>Уранці вільний та цікавий&lt;br /&gt;</w:t>
        <w:br/>
        <w:t>Збивався юрмами народ,&lt;br /&gt;</w:t>
        <w:br/>
        <w:t>Милуючись на гнівні лави,&lt;br /&gt;</w:t>
        <w:br/>
        <w:t>На шумування чорних вод.&lt;br /&gt;</w:t>
        <w:br/>
        <w:t>Та вітри в море не пускали&lt;br /&gt;</w:t>
        <w:br/>
        <w:t>Нетерпеливої Неви,&lt;br /&gt;</w:t>
        <w:br/>
        <w:t>І хвилі буйні заливали&lt;br /&gt;</w:t>
        <w:br/>
        <w:t>Потоком пінним острови.&lt;br /&gt;</w:t>
        <w:br/>
        <w:t>Дедалі буря скаженіла,&lt;br /&gt;</w:t>
        <w:br/>
        <w:t>Нева зростала і кипіла,&lt;br /&gt;</w:t>
        <w:br/>
        <w:t>В нестримний обернувшись вир.&lt;br /&gt;</w:t>
        <w:br/>
        <w:t>І враз, неначе хижий звір,&lt;br /&gt;</w:t>
        <w:br/>
        <w:t>На город кинулась. Від неї&lt;br /&gt;</w:t>
        <w:br/>
        <w:t>Усе побігло. Спорожнів&lt;br /&gt;</w:t>
        <w:br/>
        <w:t>Довкола берег... Шум валів&lt;br /&gt;</w:t>
        <w:br/>
        <w:t>Підземні виповнив підвали,&lt;br /&gt;</w:t>
        <w:br/>
        <w:t>До граток полились канали,&lt;br /&gt;</w:t>
        <w:br/>
        <w:t>І сплив Петрополь, як Тритон,&lt;br /&gt;</w:t>
        <w:br/>
        <w:t>По пояс серед водних лон.</w:t>
      </w:r>
    </w:p>
    <w:p>
      <w:r>
        <w:br/>
        <w:t>Облога! Штурм! Вали ордою&lt;br /&gt;</w:t>
        <w:br/>
        <w:t>У вікна тиснуться. Кермою&lt;br /&gt;</w:t>
        <w:br/>
        <w:t>Човни з розгону б'ють шибки.&lt;br /&gt;</w:t>
        <w:br/>
        <w:t>В покрові воднім рундуки,&lt;br /&gt;</w:t>
        <w:br/>
        <w:t>Уламки стін, дахи, баляси,&lt;br /&gt;</w:t>
        <w:br/>
        <w:t>Купецтва дбалого запаси,&lt;br /&gt;</w:t>
        <w:br/>
        <w:t>Пожитки з голого житла,&lt;br /&gt;</w:t>
        <w:br/>
        <w:t>Мости, що буря рознесла,&lt;br /&gt;</w:t>
        <w:br/>
        <w:t>З могил розмитих домовини&lt;br /&gt;</w:t>
        <w:br/>
        <w:t>Пливуть по вулицях!&lt;br /&gt;</w:t>
        <w:br/>
        <w:t>Бідар&lt;br /&gt;</w:t>
        <w:br/>
        <w:t>Гнів божий зрить і жде покар.&lt;br /&gt;</w:t>
        <w:br/>
        <w:t>Усе — і скарб, і статок гине!&lt;br /&gt;</w:t>
        <w:br/>
        <w:t>А де ж узять?&lt;br /&gt;</w:t>
        <w:br/>
        <w:t>Покійний цар&lt;br /&gt;</w:t>
        <w:br/>
        <w:t>Ще посідав тоді в Росії&lt;br /&gt;</w:t>
        <w:br/>
        <w:t>У славі славній отчий трон;&lt;br /&gt;</w:t>
        <w:br/>
        <w:t>Він вийшов смутен на балкон&lt;br /&gt;</w:t>
        <w:br/>
        <w:t>І мовив: "Божої стихії&lt;br /&gt;</w:t>
        <w:br/>
        <w:t>Царям не подолати". Сів&lt;br /&gt;</w:t>
        <w:br/>
        <w:t>І в думі скорбними очима&lt;br /&gt;</w:t>
        <w:br/>
        <w:t>Лихе видовище ловив.&lt;br /&gt;</w:t>
        <w:br/>
        <w:t>Річками у лиці буйними&lt;br /&gt;</w:t>
        <w:br/>
        <w:t>В озера линули, що ними&lt;br /&gt;</w:t>
        <w:br/>
        <w:t>Майдани розлились. Сумним&lt;br /&gt;</w:t>
        <w:br/>
        <w:t>Здавались островом палати.&lt;br /&gt;</w:t>
        <w:br/>
        <w:t>Цар мовив — і по слову тім&lt;br /&gt;</w:t>
        <w:br/>
        <w:t>Пливуть одважно рятувати&lt;br /&gt;</w:t>
        <w:br/>
        <w:t>Серед бурхливих чорних вод&lt;br /&gt;</w:t>
        <w:br/>
        <w:t>Його покірні генерали4&lt;br /&gt;</w:t>
        <w:br/>
        <w:t>І страхом нелюдським опалий&lt;br /&gt;</w:t>
        <w:br/>
        <w:t>І лихом спітканий народ.</w:t>
      </w:r>
    </w:p>
    <w:p>
      <w:r>
        <w:br/>
        <w:t>А на Петровому майдані,&lt;br /&gt;</w:t>
        <w:br/>
        <w:t>Де височіє у тумані&lt;br /&gt;</w:t>
        <w:br/>
        <w:t>Збудований недавно дім&lt;br /&gt;</w:t>
        <w:br/>
        <w:t>І непорушно перед ним,&lt;br /&gt;</w:t>
        <w:br/>
        <w:t>Достоту на живих похожі,&lt;br /&gt;</w:t>
        <w:br/>
        <w:t>Стоять два леви на сторожі,—&lt;br /&gt;</w:t>
        <w:br/>
        <w:t>У думи вдавшися страшні,&lt;br /&gt;</w:t>
        <w:br/>
        <w:t>На звірі, наче на коні,&lt;br /&gt;</w:t>
        <w:br/>
        <w:t>Сидів блідий, згорнувши руки,&lt;br /&gt;</w:t>
        <w:br/>
        <w:t>Євгеній. Не загину й муки&lt;br /&gt;</w:t>
        <w:br/>
        <w:t>Боявся він. Він не зважав,&lt;br /&gt;</w:t>
        <w:br/>
        <w:t>Що вир навколо бушував,&lt;br /&gt;</w:t>
        <w:br/>
        <w:t>Йому доходячи по ноги,&lt;br /&gt;</w:t>
        <w:br/>
        <w:t>Що дощ в лице його шмагав,&lt;br /&gt;</w:t>
        <w:br/>
        <w:t>Що вітер навісний у нього&lt;br /&gt;</w:t>
        <w:br/>
        <w:t>І шапку з голови зірвав.&lt;br /&gt;</w:t>
        <w:br/>
        <w:t>У непорушному відчаї&lt;br /&gt;</w:t>
        <w:br/>
        <w:t>Очей не зводив він своїх&lt;br /&gt;</w:t>
        <w:br/>
        <w:t>З одного місця. Там бурхає&lt;br /&gt;</w:t>
        <w:br/>
        <w:t>Юрба несита хвиль страшних,&lt;br /&gt;</w:t>
        <w:br/>
        <w:t>Що повстають, як гори чорні,&lt;br /&gt;</w:t>
        <w:br/>
        <w:t>Несуть там води непоборні&lt;br /&gt;</w:t>
        <w:br/>
        <w:t>Уламки... Боже! боже! Там&lt;br /&gt;</w:t>
        <w:br/>
        <w:t>Безумним видяться очам&lt;br /&gt;</w:t>
        <w:br/>
        <w:t>Внизу, над самою водою,—&lt;br /&gt;</w:t>
        <w:br/>
        <w:t>Домочок з тихою вербою&lt;br /&gt;</w:t>
        <w:br/>
        <w:t>Та тин убогий: там живуть&lt;br /&gt;</w:t>
        <w:br/>
        <w:t>Вдова й дочка, його Параша,&lt;br /&gt;</w:t>
        <w:br/>
        <w:t>Його зоря... Чи серце рвуть&lt;br /&gt;</w:t>
        <w:br/>
        <w:t>Примарні сни? Чи й доля наша,&lt;br /&gt;</w:t>
        <w:br/>
        <w:t>І все життя — лиш сон пустий,&lt;br /&gt;</w:t>
        <w:br/>
        <w:t>Німого неба насміх злий?&lt;br /&gt;</w:t>
        <w:br/>
        <w:t>І він, мов чарами повитий,&lt;br /&gt;</w:t>
        <w:br/>
        <w:t>Немов до мармуру прибитий,&lt;br /&gt;</w:t>
        <w:br/>
        <w:t>Зійти не може! Навкруги&lt;br /&gt;</w:t>
        <w:br/>
        <w:t>Лиш води, спінені з жаги!&lt;br /&gt;</w:t>
        <w:br/>
        <w:t>І, повен гордого спокою,&lt;br /&gt;</w:t>
        <w:br/>
        <w:t>У непохитній вишині,&lt;br /&gt;</w:t>
        <w:br/>
        <w:t>Над роз'ярілою Невою&lt;br /&gt;</w:t>
        <w:br/>
        <w:t>Сидить з простертою рукою&lt;br /&gt;</w:t>
        <w:br/>
        <w:t>Кумир на бронзовім коні.</w:t>
      </w:r>
    </w:p>
    <w:p>
      <w:r>
        <w:br/>
        <w:t>Частина друга</w:t>
      </w:r>
    </w:p>
    <w:p>
      <w:r>
        <w:br/>
        <w:t>Аж от, наситившись гульбою,&lt;br /&gt;</w:t>
        <w:br/>
        <w:t>З буяння дикого п'яна,&lt;br /&gt;</w:t>
        <w:br/>
        <w:t>Нева вертається грізна,&lt;br /&gt;</w:t>
        <w:br/>
        <w:t>З гучного тішачись розбою&lt;br /&gt;</w:t>
        <w:br/>
        <w:t>І славну здобич за собою&lt;br /&gt;</w:t>
        <w:br/>
        <w:t>Недбало кидаючи. Так&lt;br /&gt;</w:t>
        <w:br/>
        <w:t>Ватага лютих розбишак,&lt;br /&gt;</w:t>
        <w:br/>
        <w:t>Село опавши, ломить, ріже,&lt;br /&gt;</w:t>
        <w:br/>
        <w:t>Грабує, рве; ревіння хиже,&lt;br /&gt;</w:t>
        <w:br/>
        <w:t>Виття, насильство, грім проклять!,&lt;br /&gt;</w:t>
        <w:br/>
        <w:t>І враз, на бистрі спавши коні,&lt;br /&gt;</w:t>
        <w:br/>
        <w:t>Од невідкличної погоні&lt;br /&gt;</w:t>
        <w:br/>
        <w:t>Додому вбійники спішать,&lt;br /&gt;</w:t>
        <w:br/>
        <w:t>Поживу ронячи по полю.</w:t>
      </w:r>
    </w:p>
    <w:p>
      <w:r>
        <w:br/>
        <w:t>Вода зійшла, і скрізь поволі&lt;br /&gt;</w:t>
        <w:br/>
        <w:t>Одкрився брук. Жадний спізнать&lt;br /&gt;</w:t>
        <w:br/>
        <w:t>І боячися знати долю,&lt;br /&gt;</w:t>
        <w:br/>
        <w:t>Євгеній мій не біг — летів&lt;br /&gt;</w:t>
        <w:br/>
        <w:t>До ще не втихлих берегів.&lt;br /&gt;</w:t>
        <w:br/>
        <w:t>Та з перемоги охмелілі</w:t>
      </w:r>
    </w:p>
    <w:p>
      <w:r>
        <w:br/>
        <w:t>Ще грали й пінилися хвилі,&lt;br /&gt;</w:t>
        <w:br/>
        <w:t>Немов кипіла вся глибінь,&lt;br /&gt;</w:t>
        <w:br/>
        <w:t>Ще піна їх поймала сива,&lt;br /&gt;</w:t>
        <w:br/>
        <w:t>І дихала Нева бурхлива,&lt;br /&gt;</w:t>
        <w:br/>
        <w:t>Як, з бою повернувшись, кінь.&lt;br /&gt;</w:t>
        <w:br/>
        <w:t>Євгеній глянув: бачить човен;&lt;br /&gt;</w:t>
        <w:br/>
        <w:t>Тривоги і надії повен,&lt;br /&gt;</w:t>
        <w:br/>
        <w:t>Він перевізника гукнув —&lt;br /&gt;</w:t>
        <w:br/>
        <w:t>І перевізник через річку&lt;br /&gt;</w:t>
        <w:br/>
        <w:t>Із ним за плату невеличку&lt;br /&gt;</w:t>
        <w:br/>
        <w:t>Між води збурені майнув.</w:t>
      </w:r>
    </w:p>
    <w:p>
      <w:r>
        <w:br/>
        <w:t>І довго з лютими валами&lt;br /&gt;</w:t>
        <w:br/>
        <w:t>Боровся звичений гребець,&lt;br /&gt;</w:t>
        <w:br/>
        <w:t>І зникнути між їх рядами&lt;br /&gt;</w:t>
        <w:br/>
        <w:t>З необережними плавцями&lt;br /&gt;</w:t>
        <w:br/>
        <w:t>Міг легко човен — та кінець&lt;br /&gt;</w:t>
        <w:br/>
        <w:t>Тому прийшов.&lt;br /&gt;</w:t>
        <w:br/>
        <w:t>Біжить Євгеній,&lt;br /&gt;</w:t>
        <w:br/>
        <w:t>Знайомі вулиці мина&lt;br /&gt;</w:t>
        <w:br/>
        <w:t>І дивиться. Яка страшна&lt;br /&gt;</w:t>
        <w:br/>
        <w:t>Картина! Сили скрізь шалені&lt;br /&gt;</w:t>
        <w:br/>
        <w:t>По всьому потоптом пройшли,&lt;br /&gt;</w:t>
        <w:br/>
        <w:t>Те скинули, а те змели;&lt;br /&gt;</w:t>
        <w:br/>
        <w:t>Там похилилася хатина&lt;br /&gt;</w:t>
        <w:br/>
        <w:t>Безсило набік; там руїна&lt;br /&gt;</w:t>
        <w:br/>
        <w:t>Одна лишилася; мерці,&lt;br /&gt;</w:t>
        <w:br/>
        <w:t>Немов подолані бійці,&lt;br /&gt;</w:t>
        <w:br/>
        <w:t>Кругом лежать. В гіркім одчаї,&lt;br /&gt;</w:t>
        <w:br/>
        <w:t>У тугу вдавшися німу,&lt;br /&gt;</w:t>
        <w:br/>
        <w:t>Туди Євгеній поспішає,&lt;br /&gt;</w:t>
        <w:br/>
        <w:t>Де уготовано йому&lt;br /&gt;</w:t>
        <w:br/>
        <w:t>Щасливі чи недобрі вісті,&lt;br /&gt;</w:t>
        <w:br/>
        <w:t>Як нерозкритого листа.&lt;br /&gt;</w:t>
        <w:br/>
        <w:t>Уже й знайоме передмістя&lt;br /&gt;</w:t>
        <w:br/>
        <w:t>Навколо нього вироста,&lt;br /&gt;</w:t>
        <w:br/>
        <w:t>Де дім... Та що це?&lt;br /&gt;</w:t>
        <w:br/>
        <w:t>Він спинився.&lt;br /&gt;</w:t>
        <w:br/>
        <w:t>Пройшов, вернувся, подивився.&lt;br /&gt;</w:t>
        <w:br/>
        <w:t>Ще глянув... ще... і похолов.&lt;br /&gt;</w:t>
        <w:br/>
        <w:t>Тут дім стояв; отут ішов&lt;br /&gt;</w:t>
        <w:br/>
        <w:t>Тинок, а тут були ворота,&lt;br /&gt;</w:t>
        <w:br/>
        <w:t>Їх знесло, бачиться. А дім?&lt;br /&gt;</w:t>
        <w:br/>
        <w:t>І, повен чорної турботи,&lt;br /&gt;</w:t>
        <w:br/>
        <w:t>Все ходить він на місці тім,&lt;br /&gt;</w:t>
        <w:br/>
        <w:t>Про щось говорить із собою,—&lt;br /&gt;</w:t>
        <w:br/>
        <w:t>І, в лоб ударивши рукою,&lt;br /&gt;</w:t>
        <w:br/>
        <w:t>Зареготав.&lt;br /&gt;</w:t>
        <w:br/>
        <w:t>Нічна імла&lt;br /&gt;</w:t>
        <w:br/>
        <w:t>Тривожне місто повила,&lt;br /&gt;</w:t>
        <w:br/>
        <w:t>Та довго люди ще не спали&lt;br /&gt;</w:t>
        <w:br/>
        <w:t>І поміж себе міркували&lt;br /&gt;</w:t>
        <w:br/>
        <w:t>Про день погаслий.&lt;br /&gt;</w:t>
        <w:br/>
        <w:t>Наче жар,&lt;br /&gt;</w:t>
        <w:br/>
        <w:t>Із-за блідих з утоми хмар&lt;br /&gt;</w:t>
        <w:br/>
        <w:t>Світанок блиснув у столиці,&lt;br /&gt;</w:t>
        <w:br/>
        <w:t>Та не найшов уже й слідів&lt;br /&gt;</w:t>
        <w:br/>
        <w:t>Біди тяжкої; багряниця&lt;br /&gt;</w:t>
        <w:br/>
        <w:t>Уже покрила темне зло.&lt;br /&gt;</w:t>
        <w:br/>
        <w:t>Все но-колишньому пішло.&lt;br /&gt;</w:t>
        <w:br/>
        <w:t>Уже з байдужою душею&lt;br /&gt;</w:t>
        <w:br/>
        <w:t>По пішоходах комашнею&lt;br /&gt;</w:t>
        <w:br/>
        <w:t>Снували люди. Із нічних&lt;br /&gt;</w:t>
        <w:br/>
        <w:t>Службовці закутків своїх&lt;br /&gt;</w:t>
        <w:br/>
        <w:t>На працю йшли. Купець завзятий,&lt;br /&gt;</w:t>
        <w:br/>
        <w:t>Віддавши вчора дань Неві,&lt;br /&gt;</w:t>
        <w:br/>
        <w:t>Принади розкладав нові&lt;br /&gt;</w:t>
        <w:br/>
        <w:t>І марив з ближнього узяти&lt;br /&gt;</w:t>
        <w:br/>
        <w:t>За збитки. Край поріччя знов&lt;br /&gt;</w:t>
        <w:br/>
        <w:t>Човни гойдались.&lt;br /&gt;</w:t>
        <w:br/>
        <w:t>Граф Хвостов,&lt;br /&gt;</w:t>
        <w:br/>
        <w:t>Поет, улюблений богами,&lt;br /&gt;</w:t>
        <w:br/>
        <w:t>Співав безсмертними рядками&lt;br /&gt;</w:t>
        <w:br/>
        <w:t>Про день, що карою пройшов.</w:t>
      </w:r>
    </w:p>
    <w:p>
      <w:r>
        <w:br/>
        <w:t>А бідний, бідний мій Євгеній!..&lt;br /&gt;</w:t>
        <w:br/>
        <w:t>Шкода! Його нещасний ум&lt;br /&gt;</w:t>
        <w:br/>
        <w:t>Нанівець муки незліченні&lt;br /&gt;</w:t>
        <w:br/>
        <w:t>Розбили. Бунтівливий шум&lt;br /&gt;</w:t>
        <w:br/>
        <w:t>Неви та вітру оддавався&lt;br /&gt;</w:t>
        <w:br/>
        <w:t>Йому в ушах. Од хмарних дум&lt;br /&gt;</w:t>
        <w:br/>
        <w:t>Безоборонний, він тинявся,&lt;br /&gt;</w:t>
        <w:br/>
        <w:t>Ясних не відавши годин.&lt;br /&gt;</w:t>
        <w:br/>
        <w:t>Минувся тиждень, місяць,— він&lt;br /&gt;</w:t>
        <w:br/>
        <w:t>Усе додому не вертався.&lt;br /&gt;</w:t>
        <w:br/>
        <w:t>Його нескрашене житло&lt;br /&gt;</w:t>
        <w:br/>
        <w:t>Найняв, як терміну дійшло,&lt;br /&gt;</w:t>
        <w:br/>
        <w:t>Хазяїн бідному піїті.&lt;br /&gt;</w:t>
        <w:br/>
        <w:t>Євгеній там і залишив&lt;br /&gt;</w:t>
        <w:br/>
        <w:t>Добро своє. Його на світі&lt;br /&gt;</w:t>
        <w:br/>
        <w:t>Забули. Він удень бродив,&lt;br /&gt;</w:t>
        <w:br/>
        <w:t>А спав край річки; підживлявся&lt;br /&gt;</w:t>
        <w:br/>
        <w:t>З черствих подаваних шматків.&lt;br /&gt;</w:t>
        <w:br/>
        <w:t>На ньому одяг весь зотлів&lt;br /&gt;</w:t>
        <w:br/>
        <w:t>І геть подерся. Камінцями&lt;br /&gt;</w:t>
        <w:br/>
        <w:t>Жбурляли в нього хлопчаки&lt;br /&gt;</w:t>
        <w:br/>
        <w:t>І підганяли батогами&lt;br /&gt;</w:t>
        <w:br/>
        <w:t>Нетерпеливі візники,&lt;br /&gt;</w:t>
        <w:br/>
        <w:t>Бо він ні місця, ні дороги&lt;br /&gt;</w:t>
        <w:br/>
        <w:t>Не розбирав; тягар лихий&lt;br /&gt;</w:t>
        <w:br/>
        <w:t>Давив його. Він був глухий&lt;br /&gt;</w:t>
        <w:br/>
        <w:t>Од шуму вічної тривоги.&lt;br /&gt;</w:t>
        <w:br/>
        <w:t>І жив безтямно він з тих пір,&lt;br /&gt;</w:t>
        <w:br/>
        <w:t>І не людина, і не звір,&lt;br /&gt;</w:t>
        <w:br/>
        <w:t>Ніщо — ні гість у цьому світі,&lt;br /&gt;</w:t>
        <w:br/>
        <w:t>Ні привид мертвий...&lt;br /&gt;</w:t>
        <w:br/>
        <w:t>Якось він&lt;br /&gt;</w:t>
        <w:br/>
        <w:t>Заснув на пристані. По літі&lt;br /&gt;</w:t>
        <w:br/>
        <w:t>Вже йшло на осінь. З-поза стін&lt;br /&gt;</w:t>
        <w:br/>
        <w:t>Вив дикий вітер. Чорний плин&lt;br /&gt;</w:t>
        <w:br/>
        <w:t>Об сходи бився гранітові&lt;br /&gt;</w:t>
        <w:br/>
        <w:t>І скаржився в тужливій мові,&lt;br /&gt;</w:t>
        <w:br/>
        <w:t>Неначе при порозі люд,&lt;br /&gt;</w:t>
        <w:br/>
        <w:t>Що марно жде на правий суд.&lt;br /&gt;</w:t>
        <w:br/>
        <w:t>Бідак проснувсь. Було похмурно;&lt;br /&gt;</w:t>
        <w:br/>
        <w:t>Дощ капав, вітер скиглив журно,&lt;br /&gt;</w:t>
        <w:br/>
        <w:t>І з ним у темряві нічній&lt;br /&gt;</w:t>
        <w:br/>
        <w:t>Перекликався вартовий...&lt;br /&gt;</w:t>
        <w:br/>
        <w:t>І все Євгеній пережите&lt;br /&gt;</w:t>
        <w:br/>
        <w:t>Згадав виразно: він бродити&lt;br /&gt;</w:t>
        <w:br/>
        <w:t>Пішов по вулицях лунких;&lt;br /&gt;</w:t>
        <w:br/>
        <w:t>Спинився враз; в очах німих,&lt;br /&gt;</w:t>
        <w:br/>
        <w:t>Що чудно бігали з нестями,&lt;br /&gt;</w:t>
        <w:br/>
        <w:t>Майнув непереможний жах.&lt;br /&gt;</w:t>
        <w:br/>
        <w:t>Він опинився під стовпами&lt;br /&gt;</w:t>
        <w:br/>
        <w:t>Нового дому. При дверях,&lt;br /&gt;</w:t>
        <w:br/>
        <w:t>Достоту на живих похожі,&lt;br /&gt;</w:t>
        <w:br/>
        <w:t>Леви стояли на сторожі,&lt;br /&gt;</w:t>
        <w:br/>
        <w:t>І прямо в темній вишині,&lt;br /&gt;</w:t>
        <w:br/>
        <w:t>На грані брили кам'яної&lt;br /&gt;</w:t>
        <w:br/>
        <w:t>Кумир з простертою рукою&lt;br /&gt;</w:t>
        <w:br/>
        <w:t>Сидів на бронзовім коні.</w:t>
      </w:r>
    </w:p>
    <w:p>
      <w:r>
        <w:br/>
        <w:t>Здригнувсь Євгеній. Прояснились&lt;br /&gt;</w:t>
        <w:br/>
        <w:t>Гадки жахливо. Він пізнав&lt;br /&gt;</w:t>
        <w:br/>
        <w:t>І місце, де потоп шугав,&lt;br /&gt;</w:t>
        <w:br/>
        <w:t>Де роз'ярілі води бились,&lt;br /&gt;</w:t>
        <w:br/>
        <w:t>І тих левів, і той майдан,&lt;br /&gt;</w:t>
        <w:br/>
        <w:t>І вершника, що крізь туман&lt;br /&gt;</w:t>
        <w:br/>
        <w:t>Підносив голову мідяну,&lt;br /&gt;</w:t>
        <w:br/>
        <w:t>Що владним помахом руки&lt;br /&gt;</w:t>
        <w:br/>
        <w:t>Узкрай приморської луки&lt;br /&gt;</w:t>
        <w:br/>
        <w:t>Воздвиг столицю нездоланну...&lt;br /&gt;</w:t>
        <w:br/>
        <w:t>Страшний він в наокружній млі!&lt;br /&gt;</w:t>
        <w:br/>
        <w:t>Яка могутність на чолі!&lt;br /&gt;</w:t>
        <w:br/>
        <w:t>Яка залізна міць долоні!&lt;br /&gt;</w:t>
        <w:br/>
        <w:t>А що в коні за дивний пал!&lt;br /&gt;</w:t>
        <w:br/>
        <w:t>Куди ж зірвався ти учвал&lt;br /&gt;</w:t>
        <w:br/>
        <w:t>І де ти станеш, гордий коню?&lt;br /&gt;</w:t>
        <w:br/>
        <w:t>О можний владарю віків!&lt;br /&gt;</w:t>
        <w:br/>
        <w:t>Чи ти над прірвою глухою&lt;br /&gt;</w:t>
        <w:br/>
        <w:t>Не так залізною рукою&lt;br /&gt;</w:t>
        <w:br/>
        <w:t>Росію ставма підхопив?5</w:t>
      </w:r>
    </w:p>
    <w:p>
      <w:r>
        <w:br/>
        <w:t>Округ підніжжя кам'яного&lt;br /&gt;</w:t>
        <w:br/>
        <w:t>Безумець обійшов блідий&lt;br /&gt;</w:t>
        <w:br/>
        <w:t>І глянув, дикий та німий,&lt;br /&gt;</w:t>
        <w:br/>
        <w:t>На лик державного півбога.&lt;br /&gt;</w:t>
        <w:br/>
        <w:t>Забракло віддиху. Чоло&lt;br /&gt;</w:t>
        <w:br/>
        <w:t>До грат холодних прилягло,&lt;br /&gt;</w:t>
        <w:br/>
        <w:t>Заслались очі темнотою,&lt;br /&gt;</w:t>
        <w:br/>
        <w:t>Огонь у серці запалав,&lt;br /&gt;</w:t>
        <w:br/>
        <w:t>Скипіла кров. Він хмуро став&lt;br /&gt;</w:t>
        <w:br/>
        <w:t>Перед подобою грізною&lt;br /&gt;</w:t>
        <w:br/>
        <w:t>З заціпенілим кулаком&lt;br /&gt;</w:t>
        <w:br/>
        <w:t>І, мов улеглий силі чорній,&lt;br /&gt;</w:t>
        <w:br/>
        <w:t>"А, будівниче чудотворний! —&lt;br /&gt;</w:t>
        <w:br/>
        <w:t>Шепнув, забувши все кругом.—&lt;br /&gt;</w:t>
        <w:br/>
        <w:t>Буде ж тобі!.." — і враз бігом&lt;br /&gt;</w:t>
        <w:br/>
        <w:t>Метнувсь відтіль. Йому здалося,&lt;br /&gt;</w:t>
        <w:br/>
        <w:t>Немовби цар одкрив уста&lt;br /&gt;</w:t>
        <w:br/>
        <w:t>І тихо-тихо поверта&lt;br /&gt;</w:t>
        <w:br/>
        <w:t>Лице, що гнівом зайнялося...&lt;br /&gt;</w:t>
        <w:br/>
        <w:t>І він у безлюді нічнім&lt;br /&gt;</w:t>
        <w:br/>
        <w:t>Біжить і чує, як за ним —&lt;br /&gt;</w:t>
        <w:br/>
        <w:t>Неначе грому грюкотання —&lt;br /&gt;</w:t>
        <w:br/>
        <w:t>Тяжке видзвонює скакання&lt;br /&gt;</w:t>
        <w:br/>
        <w:t>По чорнім бруку кам'янім.&lt;br /&gt;</w:t>
        <w:br/>
        <w:t>І в місячній заграві блідій,&lt;br /&gt;</w:t>
        <w:br/>
        <w:t>Простерши руку в вишині,&lt;br /&gt;</w:t>
        <w:br/>
        <w:t>Погрозно рине Вершник Мідний&lt;br /&gt;</w:t>
        <w:br/>
        <w:t>На громоносному коні.&lt;br /&gt;</w:t>
        <w:br/>
        <w:t>І цілу ніч безумець бідний,&lt;br /&gt;</w:t>
        <w:br/>
        <w:t>Куди стопи свої звертав,&lt;br /&gt;</w:t>
        <w:br/>
        <w:t>За ним усюди Вершник Мідний&lt;br /&gt;</w:t>
        <w:br/>
        <w:t>В тяжкому тупоті скакав.</w:t>
      </w:r>
    </w:p>
    <w:p>
      <w:r>
        <w:br/>
        <w:t>Відтоді, як йому бувати&lt;br /&gt;</w:t>
        <w:br/>
        <w:t>В місцях доводилося тих,&lt;br /&gt;</w:t>
        <w:br/>
        <w:t>Міг кожен по йому пізнати&lt;br /&gt;</w:t>
        <w:br/>
        <w:t>Тривогу. До грудей своїх&lt;br /&gt;</w:t>
        <w:br/>
        <w:t>Поквапно притискав він руку,&lt;br /&gt;</w:t>
        <w:br/>
        <w:t>Немов утишуючи муку,&lt;br /&gt;</w:t>
        <w:br/>
        <w:t>Кашкет поношений скидав&lt;br /&gt;</w:t>
        <w:br/>
        <w:t>І погляду не підіймав&lt;br /&gt;</w:t>
        <w:br/>
        <w:t>Ніколи.&lt;br /&gt;</w:t>
        <w:br/>
        <w:t>Єсть на узбережжі&lt;br /&gt;</w:t>
        <w:br/>
        <w:t>Маленький острів. Рибаки,&lt;br /&gt;</w:t>
        <w:br/>
        <w:t>Коли додому не з руки,&lt;br /&gt;</w:t>
        <w:br/>
        <w:t>Там сушать іноді мережі&lt;br /&gt;</w:t>
        <w:br/>
        <w:t>Та їсти варять, чи, бува,&lt;br /&gt;</w:t>
        <w:br/>
        <w:t>Самотній мрійник заплива&lt;br /&gt;</w:t>
        <w:br/>
        <w:t>В легкому човнику із міста.&lt;br /&gt;</w:t>
        <w:br/>
        <w:t>Нема там жодного зела.&lt;br /&gt;</w:t>
        <w:br/>
        <w:t>Неначе жартом, повідь гриста&lt;br /&gt;</w:t>
        <w:br/>
        <w:t>Туди домочок занесла&lt;br /&gt;</w:t>
        <w:br/>
        <w:t>Старий і трухлий. Над водою&lt;br /&gt;</w:t>
        <w:br/>
        <w:t>Чорнів він, ніби кущ, з імли.&lt;br /&gt;</w:t>
        <w:br/>
        <w:t>Його минулою весною&lt;br /&gt;</w:t>
        <w:br/>
        <w:t>Забрали відти. Не найшли&lt;br /&gt;</w:t>
        <w:br/>
        <w:t>Нікого там. Лиш край порога&lt;br /&gt;</w:t>
        <w:br/>
        <w:t>Безумця знайдено мого,&lt;br /&gt;</w:t>
        <w:br/>
        <w:t>І схолоднілий труп його&lt;br /&gt;</w:t>
        <w:br/>
        <w:t>Поховано заради бога.</w:t>
      </w:r>
    </w:p>
    <w:p>
      <w:r>
        <w:br/>
        <w:t>Примітки. (Пушкіна)</w:t>
      </w:r>
    </w:p>
    <w:p>
      <w:r>
        <w:br/>
        <w:t>1 Альгаротті десь сказав: "P&amp;#233;tersbourg est la fen&amp;#234;tre&lt;br /&gt;</w:t>
        <w:br/>
        <w:t>par laquelle la Russie regarde en Europe"&lt;br /&gt;</w:t>
        <w:br/>
        <w:t>("Петербург — це вікно, через яке Росія дивиться в Європу").&lt;br /&gt;</w:t>
        <w:br/>
        <w:t>2 ДИВИСЬ вірші кн. Вяземського графині Завадовській.&lt;br /&gt;</w:t>
        <w:br/>
        <w:t>3 Міцкевич чудовими віршами описав день перед&lt;br /&gt;</w:t>
        <w:br/>
        <w:t>петербурзькою повіддю в одній з кращих своїх поезій —&lt;br /&gt;</w:t>
        <w:br/>
        <w:t>Oleszkiewicz. Шкода тільки, що опис його не точний.&lt;br /&gt;</w:t>
        <w:br/>
        <w:t>Снігу не було — Нева не була вкрита льодом. Наш опис&lt;br /&gt;</w:t>
        <w:br/>
        <w:t>вірніший, хоч у ньому і немає яскравих фарб&lt;br /&gt;</w:t>
        <w:br/>
        <w:t>польського поета.&lt;br /&gt;</w:t>
        <w:br/>
        <w:t>4 Граф Милорадович і генерал-ад'ютант Бенкендорф.&lt;br /&gt;</w:t>
        <w:br/>
        <w:t>5 Дивись опис пам'ятника у Міцкевича.&lt;br /&gt;</w:t>
        <w:br/>
        <w:t>Він запозичений у Рубана, як зауважує&lt;br /&gt;</w:t>
        <w:br/>
        <w:t>сам Міцкевич.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Мідний вершник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