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ізмарагд</w:t>
      </w:r>
    </w:p>
    <w:p>
      <w:r>
        <w:br/>
        <w:t xml:space="preserve"> ЗМІСТ</w:t>
      </w:r>
    </w:p>
    <w:p>
      <w:r>
        <w:br/>
        <w:t>Поклони&lt;br /&gt;</w:t>
        <w:br/>
        <w:t>Поет мовить&lt;br /&gt;</w:t>
        <w:br/>
        <w:t>Україна мовить&lt;br /&gt;</w:t>
        <w:br/>
        <w:t>Сідоглавому ("Ти, брате, любиш Русь...")&lt;br /&gt;</w:t>
        <w:br/>
        <w:t>Декадент</w:t>
      </w:r>
    </w:p>
    <w:p>
      <w:r>
        <w:br/>
        <w:t>Паренетікон&lt;br /&gt;</w:t>
        <w:br/>
        <w:t>"Гнів — се огонь. Чим більше дров кладеш..."&lt;br /&gt;</w:t>
        <w:br/>
        <w:t>"Немає друга понад мудрість..."&lt;br /&gt;</w:t>
        <w:br/>
        <w:t>"Себе самого наперед..."&lt;br /&gt;</w:t>
        <w:br/>
        <w:t>"Як лампа розбита..."&lt;br /&gt;</w:t>
        <w:br/>
        <w:t>"Хто тому шкодить, що йому..."&lt;br /&gt;</w:t>
        <w:br/>
        <w:t>"Ворог батько, ворог мати..."&lt;br /&gt;</w:t>
        <w:br/>
        <w:t>Строфи</w:t>
      </w:r>
    </w:p>
    <w:p>
      <w:r>
        <w:br/>
        <w:t>Притчі&lt;br /&gt;</w:t>
        <w:br/>
        <w:t>Притча про життя&lt;br /&gt;</w:t>
        <w:br/>
        <w:t>Притча про красу&lt;br /&gt;</w:t>
        <w:br/>
        <w:t>Притча про нерозум</w:t>
      </w:r>
    </w:p>
    <w:p>
      <w:r>
        <w:br/>
        <w:t>Легенди&lt;br /&gt;</w:t>
        <w:br/>
        <w:t>Легенда про вічне життя</w:t>
      </w:r>
    </w:p>
    <w:p>
      <w:r>
        <w:br/>
        <w:t>По селах&lt;br /&gt;</w:t>
        <w:br/>
        <w:t>"На Підгір'ї села невеселі..."</w:t>
      </w:r>
    </w:p>
    <w:p>
      <w:r>
        <w:br/>
        <w:t>До Бразілії!&lt;br /&gt;</w:t>
        <w:br/>
        <w:t>"Коли почуєш, як в тиші нічній..."&lt;br /&gt;</w:t>
        <w:br/>
        <w:t>"Гей, розіллялось ти, руськеє горе..."&lt;br /&gt;</w:t>
        <w:br/>
        <w:t>ПОКЛОНИ</w:t>
      </w:r>
    </w:p>
    <w:p>
      <w:r>
        <w:br/>
        <w:t>ПОЕТ МОВИТЬ:</w:t>
      </w:r>
    </w:p>
    <w:p>
      <w:r>
        <w:br/>
        <w:t>Вниз котиться мій віз. Пов'яли квіти,&lt;br /&gt;</w:t>
        <w:br/>
        <w:t>Літа на душу накладають пута.&lt;br /&gt;</w:t>
        <w:br/>
        <w:t>Вже не мені в нові світи летіти!&lt;br /&gt;</w:t>
        <w:br/>
        <w:t>Війну з життям програв я, любі діти!&lt;br /&gt;</w:t>
        <w:br/>
        <w:t>Cosa perduta! [1]</w:t>
      </w:r>
    </w:p>
    <w:p>
      <w:r>
        <w:br/>
        <w:t>З яким же запалом я йшов до бою!&lt;br /&gt;</w:t>
        <w:br/>
        <w:t>Як рвалася вперед душа вітхнута!&lt;br /&gt;</w:t>
        <w:br/>
        <w:t>Горіло серце чистою любвою!..&lt;br /&gt;</w:t>
        <w:br/>
        <w:t>І що ж здобув? Лишив що за собою?&lt;br /&gt;</w:t>
        <w:br/>
        <w:t>Cosa perduta!</w:t>
      </w:r>
    </w:p>
    <w:p>
      <w:r>
        <w:br/>
        <w:t>Не дав мороз моїм листкам розвиться,&lt;br /&gt;</w:t>
        <w:br/>
        <w:t>Квітки мої побила буря люта!&lt;br /&gt;</w:t>
        <w:br/>
        <w:t>Не довелось геройським боєм биться,&lt;br /&gt;</w:t>
        <w:br/>
        <w:t>Ламаться звільна мусив, ржею вкриться —&lt;br /&gt;</w:t>
        <w:br/>
        <w:t>Cosa perduta!</w:t>
      </w:r>
    </w:p>
    <w:p>
      <w:r>
        <w:br/>
        <w:t>З дрібних шпигань мої повстали рани,&lt;br /&gt;</w:t>
        <w:br/>
        <w:t>Частками жерла моє серце скрута…&lt;br /&gt;</w:t>
        <w:br/>
        <w:t>Я й сам не знав, де ті мої тирани?&lt;br /&gt;</w:t>
        <w:br/>
        <w:t>З дрібних огнив сплелись мої кайдани!&lt;br /&gt;</w:t>
        <w:br/>
        <w:t>Cosa perduta!</w:t>
      </w:r>
    </w:p>
    <w:p>
      <w:r>
        <w:br/>
        <w:t>Україно, моя сердечна нене!&lt;br /&gt;</w:t>
        <w:br/>
        <w:t>Не лай мене, стражденна, незабута,&lt;br /&gt;</w:t>
        <w:br/>
        <w:t>Що не дало моє життя злиденне&lt;br /&gt;</w:t>
        <w:br/>
        <w:t>Того, що ждати ти могла від мене!&lt;br /&gt;</w:t>
        <w:br/>
        <w:t>Cosa perduta!</w:t>
      </w:r>
    </w:p>
    <w:p>
      <w:r>
        <w:br/>
        <w:t>УКРАЇНА МОВИТЬ:</w:t>
      </w:r>
    </w:p>
    <w:p>
      <w:r>
        <w:br/>
        <w:t>Мій синку, ти би менш балакав,&lt;br /&gt;</w:t>
        <w:br/>
        <w:t>Сам над собою менше плакав,&lt;br /&gt;</w:t>
        <w:br/>
        <w:t>На долю менше нарікав!&lt;br /&gt;</w:t>
        <w:br/>
        <w:t>На шлях тернистий сам подався&lt;br /&gt;</w:t>
        <w:br/>
        <w:t>І цупко по тернах подрався, —&lt;br /&gt;</w:t>
        <w:br/>
        <w:t>Чого ж ти іншого чекав?</w:t>
      </w:r>
    </w:p>
    <w:p>
      <w:r>
        <w:br/>
        <w:t>Сам знав, що гола я і вбога,&lt;br /&gt;</w:t>
        <w:br/>
        <w:t>І до мойого ти порога&lt;br /&gt;</w:t>
        <w:br/>
        <w:t>Прийшов, захтів служить мені.&lt;br /&gt;</w:t>
        <w:br/>
        <w:t>Ну, в мене слугам плати скупо,&lt;br /&gt;</w:t>
        <w:br/>
        <w:t>А нарікать на мене глупо…&lt;br /&gt;</w:t>
        <w:br/>
        <w:t>Просила я тебе чи ні?</w:t>
      </w:r>
    </w:p>
    <w:p>
      <w:r>
        <w:br/>
        <w:t>І що тобі за кривда сталась?&lt;br /&gt;</w:t>
        <w:br/>
        <w:t>Що підняли на тебе галас:&lt;br /&gt;</w:t>
        <w:br/>
        <w:t>"Не любить Русі він ні раз!"&lt;br /&gt;</w:t>
        <w:br/>
        <w:t>Наплюй! Я, синку, ліпше знаю&lt;br /&gt;</w:t>
        <w:br/>
        <w:t>Всю ту патріотичну зграю&lt;br /&gt;</w:t>
        <w:br/>
        <w:t>Й ціну її любовних фраз.</w:t>
      </w:r>
    </w:p>
    <w:p>
      <w:r>
        <w:br/>
        <w:t>Що проживеш весь вік убого?&lt;br /&gt;</w:t>
        <w:br/>
        <w:t>Значить, не вкрав ніщо ні в кого,&lt;br /&gt;</w:t>
        <w:br/>
        <w:t>А чесно працював на хліб.&lt;br /&gt;</w:t>
        <w:br/>
        <w:t>Та й те подумай ще, будь ласка:&lt;br /&gt;</w:t>
        <w:br/>
        <w:t>Твойого "я" найкраща частка&lt;br /&gt;</w:t>
        <w:br/>
        <w:t>З тобою враз не ляже в гріб.</w:t>
      </w:r>
    </w:p>
    <w:p>
      <w:r>
        <w:br/>
        <w:t>СІДОГЛАВОМУ</w:t>
      </w:r>
    </w:p>
    <w:p>
      <w:r>
        <w:br/>
        <w:t>Ти, брате, любиш Русь,&lt;br /&gt;</w:t>
        <w:br/>
        <w:t>Я ж не люблю, сарака!&lt;br /&gt;</w:t>
        <w:br/>
        <w:t>Ти, брате, патріот,&lt;br /&gt;</w:t>
        <w:br/>
        <w:t>А я собі собака.</w:t>
      </w:r>
    </w:p>
    <w:p>
      <w:r>
        <w:br/>
        <w:t>Ти, брате, любиш Русь,&lt;br /&gt;</w:t>
        <w:br/>
        <w:t>Як хліб і кусень сала, —&lt;br /&gt;</w:t>
        <w:br/>
        <w:t>Я ж гавкаю раз в раз,&lt;br /&gt;</w:t>
        <w:br/>
        <w:t>Щоби вона не спала.</w:t>
      </w:r>
    </w:p>
    <w:p>
      <w:r>
        <w:br/>
        <w:t>Ти, брате, любиш Русь,&lt;br /&gt;</w:t>
        <w:br/>
        <w:t>Як любиш добре пиво, —&lt;br /&gt;</w:t>
        <w:br/>
        <w:t>Я ж не люблю, як жнець&lt;br /&gt;</w:t>
        <w:br/>
        <w:t>Не любить спеки в жниво.</w:t>
      </w:r>
    </w:p>
    <w:p>
      <w:r>
        <w:br/>
        <w:t>Ти, брате, любиш Русь&lt;br /&gt;</w:t>
        <w:br/>
        <w:t>За те, що гарно вбрана, —&lt;br /&gt;</w:t>
        <w:br/>
        <w:t>Я ж не люблю, як раб&lt;br /&gt;</w:t>
        <w:br/>
        <w:t>Не любить свого пана.</w:t>
      </w:r>
    </w:p>
    <w:p>
      <w:r>
        <w:br/>
        <w:t>Бо твій патріотизм —&lt;br /&gt;</w:t>
        <w:br/>
        <w:t>Празнична одежина,&lt;br /&gt;</w:t>
        <w:br/>
        <w:t>А мій — то труд важкий,&lt;br /&gt;</w:t>
        <w:br/>
        <w:t>Гарячка невдержима.</w:t>
      </w:r>
    </w:p>
    <w:p>
      <w:r>
        <w:br/>
        <w:t>Ти любиш в ній князів,&lt;br /&gt;</w:t>
        <w:br/>
        <w:t>Гетьмання, панування, —&lt;br /&gt;</w:t>
        <w:br/>
        <w:t>Мене ж болить її&lt;br /&gt;</w:t>
        <w:br/>
        <w:t>Відвічнеє страждання.</w:t>
      </w:r>
    </w:p>
    <w:p>
      <w:r>
        <w:br/>
        <w:t>Ти любиш Русь, за те&lt;br /&gt;</w:t>
        <w:br/>
        <w:t>Тобі і честь, і шана,&lt;br /&gt;</w:t>
        <w:br/>
        <w:t>У мене ж тая Русь —&lt;br /&gt;</w:t>
        <w:br/>
        <w:t>Кривава в серці рана.</w:t>
      </w:r>
    </w:p>
    <w:p>
      <w:r>
        <w:br/>
        <w:t>Ти, брате, любиш Русь,&lt;br /&gt;</w:t>
        <w:br/>
        <w:t>Як дім, воли, корови, —&lt;br /&gt;</w:t>
        <w:br/>
        <w:t>Я ж не люблю її&lt;br /&gt;</w:t>
        <w:br/>
        <w:t>З надмірної любови.</w:t>
      </w:r>
    </w:p>
    <w:p>
      <w:r>
        <w:br/>
        <w:t>ДЕКАДЕНТ</w:t>
      </w:r>
    </w:p>
    <w:p>
      <w:r>
        <w:br/>
        <w:t>В. Щуратові</w:t>
      </w:r>
    </w:p>
    <w:p>
      <w:r>
        <w:br/>
        <w:t>Я декадент? Се новина для мене!&lt;br /&gt;</w:t>
        <w:br/>
        <w:t>Ти взяв один з мого життя момент,&lt;br /&gt;</w:t>
        <w:br/>
        <w:t>І слово темне підшукав та вчене,&lt;br /&gt;</w:t>
        <w:br/>
        <w:t>І Русі возвістив: "Ось декадент!"</w:t>
      </w:r>
    </w:p>
    <w:p>
      <w:r>
        <w:br/>
        <w:t>Що в моїй пісні біль, і жаль, і туга —&lt;br /&gt;</w:t>
        <w:br/>
        <w:t>Се лиш тому, що склалось так життя.&lt;br /&gt;</w:t>
        <w:br/>
        <w:t>Та є в ній, брате мій, ще нута друга:&lt;br /&gt;</w:t>
        <w:br/>
        <w:t>Надія, воля, радісне чуття.</w:t>
      </w:r>
    </w:p>
    <w:p>
      <w:r>
        <w:br/>
        <w:t>Я не люблю безпредметно тужити&lt;br /&gt;</w:t>
        <w:br/>
        <w:t>Ні шуму в власних слухати вухах;&lt;br /&gt;</w:t>
        <w:br/>
        <w:t>Поки живий, я хочу справді жити,&lt;br /&gt;</w:t>
        <w:br/>
        <w:t>А боротьби життя мені не страх.</w:t>
      </w:r>
    </w:p>
    <w:p>
      <w:r>
        <w:br/>
        <w:t>Хоч часто я гірке й квасне ковтаю,&lt;br /&gt;</w:t>
        <w:br/>
        <w:t>Не раз і прів, і мерз я, і охрип,&lt;br /&gt;</w:t>
        <w:br/>
        <w:t>Та ще ж оскомини хронічної не маю,&lt;br /&gt;</w:t>
        <w:br/>
        <w:t>Катар кишок до мене не прилип.</w:t>
      </w:r>
    </w:p>
    <w:p>
      <w:r>
        <w:br/>
        <w:t>Який я декадент? Я син народа,&lt;br /&gt;</w:t>
        <w:br/>
        <w:t>Що вгору йде, хоч був запертий в льох.&lt;br /&gt;</w:t>
        <w:br/>
        <w:t>Мій поклик: праця, щастя і свобода,&lt;br /&gt;</w:t>
        <w:br/>
        <w:t>Я є мужик, пролог, не епілог.</w:t>
      </w:r>
    </w:p>
    <w:p>
      <w:r>
        <w:br/>
        <w:t>Я з п'ющими за пліт не виливаю,&lt;br /&gt;</w:t>
        <w:br/>
        <w:t>З їдцями їм, для бійки маю бук,&lt;br /&gt;</w:t>
        <w:br/>
        <w:t>На празнику життя не позіваю,&lt;br /&gt;</w:t>
        <w:br/>
        <w:t>Та в бідності не опускаю рук.</w:t>
      </w:r>
    </w:p>
    <w:p>
      <w:r>
        <w:br/>
        <w:t>Не паразит я, що дуріє з жиру,&lt;br /&gt;</w:t>
        <w:br/>
        <w:t>Що в будні тільки й дума про процент,&lt;br /&gt;</w:t>
        <w:br/>
        <w:t>А для пісень на "шрррум" настроїть ліру.&lt;br /&gt;</w:t>
        <w:br/>
        <w:t>Який же я у біса декадент?</w:t>
      </w:r>
    </w:p>
    <w:p>
      <w:r>
        <w:br/>
        <w:t>ПАРЕНЕТІКОН</w:t>
      </w:r>
    </w:p>
    <w:p>
      <w:r>
        <w:br/>
        <w:t>ГНІВ — СЕ ОГОНЬ...</w:t>
      </w:r>
    </w:p>
    <w:p>
      <w:r>
        <w:br/>
        <w:t>Гнів — се огонь. Чим більше дров кладеш,&lt;br /&gt;</w:t>
        <w:br/>
        <w:t>Тим ярче полум'я лютує ясне;&lt;br /&gt;</w:t>
        <w:br/>
        <w:t>А перестань докидувати дров,&lt;br /&gt;</w:t>
        <w:br/>
        <w:t>Як стій загасне.</w:t>
      </w:r>
    </w:p>
    <w:p>
      <w:r>
        <w:br/>
        <w:t>Як моряки в час бурі все з судна&lt;br /&gt;</w:t>
        <w:br/>
        <w:t>У море мечуть, щоб судно влегшити,&lt;br /&gt;</w:t>
        <w:br/>
        <w:t>А стихне буря, жаль їм стане страт,&lt;br /&gt;</w:t>
        <w:br/>
        <w:t>Почнуть тужити, —</w:t>
      </w:r>
    </w:p>
    <w:p>
      <w:r>
        <w:br/>
        <w:t>Так і гнівний у лютому розпалі&lt;br /&gt;</w:t>
        <w:br/>
        <w:t>Не тямить, що здорове, що боляче;&lt;br /&gt;</w:t>
        <w:br/>
        <w:t>А гнів мине, — згадавши, що накоїв,&lt;br /&gt;</w:t>
        <w:br/>
        <w:t>Запізно плаче.</w:t>
      </w:r>
    </w:p>
    <w:p>
      <w:r>
        <w:br/>
        <w:t>НЕМАЄ ДРУГА ПОНАД МУДРІСТЬ...</w:t>
      </w:r>
    </w:p>
    <w:p>
      <w:r>
        <w:br/>
        <w:t>Немає друга понад мудрість,&lt;br /&gt;</w:t>
        <w:br/>
        <w:t>Ні ворога над глупоту,&lt;br /&gt;</w:t>
        <w:br/>
        <w:t>Так, як нема любові в світі&lt;br /&gt;</w:t>
        <w:br/>
        <w:t>Над матірню любов святу.</w:t>
      </w:r>
    </w:p>
    <w:p>
      <w:r>
        <w:br/>
        <w:t>Не ділиш мудрості з братами,&lt;br /&gt;</w:t>
        <w:br/>
        <w:t>Її злодії не вкрадуть,&lt;br /&gt;</w:t>
        <w:br/>
        <w:t>Її не згубиш по дорозі,&lt;br /&gt;</w:t>
        <w:br/>
        <w:t>Вона є вільна серед пут.</w:t>
      </w:r>
    </w:p>
    <w:p>
      <w:r>
        <w:br/>
        <w:t>Вона магнет посеред моря,&lt;br /&gt;</w:t>
        <w:br/>
        <w:t>Найвищий скарб, безцінний дар,&lt;br /&gt;</w:t>
        <w:br/>
        <w:t>Огнище тепле в студінь горя,&lt;br /&gt;</w:t>
        <w:br/>
        <w:t>Холодна тінь під страстей сквар.</w:t>
      </w:r>
    </w:p>
    <w:p>
      <w:r>
        <w:br/>
        <w:t>Без неї все життя пустиня,&lt;br /&gt;</w:t>
        <w:br/>
        <w:t>Така, як пустий без друга шлях,&lt;br /&gt;</w:t>
        <w:br/>
        <w:t>І як твій дім пустий без сина,&lt;br /&gt;</w:t>
        <w:br/>
        <w:t>І як пустий дурного страх.</w:t>
      </w:r>
    </w:p>
    <w:p>
      <w:r>
        <w:br/>
        <w:t>СЕБЕ САМОГО НАПЕРЕД...</w:t>
      </w:r>
    </w:p>
    <w:p>
      <w:r>
        <w:br/>
        <w:t>Себе самого наперед&lt;br /&gt;</w:t>
        <w:br/>
        <w:t>Застав робить, що слідує,&lt;br /&gt;</w:t>
        <w:br/>
        <w:t>А лиш потому інших вчи, —&lt;br /&gt;</w:t>
        <w:br/>
        <w:t>Тоді з дороги не схибиш.</w:t>
      </w:r>
    </w:p>
    <w:p>
      <w:r>
        <w:br/>
        <w:t>Ти сам себе таким зроби,&lt;br /&gt;</w:t>
        <w:br/>
        <w:t>Щоб інших ти навчати міг;&lt;br /&gt;</w:t>
        <w:br/>
        <w:t>Сам над собою запануй,&lt;br /&gt;</w:t>
        <w:br/>
        <w:t>То запануєш над людьми.</w:t>
      </w:r>
    </w:p>
    <w:p>
      <w:r>
        <w:br/>
        <w:t>Хто сам себе опанував,&lt;br /&gt;</w:t>
        <w:br/>
        <w:t>Найтяжчу річ він доконав;&lt;br /&gt;</w:t>
        <w:br/>
        <w:t>Хто сам себе оберіга,&lt;br /&gt;</w:t>
        <w:br/>
        <w:t>Той безпечніший від усіх.</w:t>
      </w:r>
    </w:p>
    <w:p>
      <w:r>
        <w:br/>
        <w:t>Не кидай власної мети,&lt;br /&gt;</w:t>
        <w:br/>
        <w:t>Щоб за чужою десь іти,&lt;br /&gt;</w:t>
        <w:br/>
        <w:t>А власну ясно ціль пізнай,&lt;br /&gt;</w:t>
        <w:br/>
        <w:t>До неї просто поспішай.</w:t>
      </w:r>
    </w:p>
    <w:p>
      <w:r>
        <w:br/>
        <w:t>ЯК ЛАМПА РОЗБИТА...</w:t>
      </w:r>
    </w:p>
    <w:p>
      <w:r>
        <w:br/>
        <w:t>Як лампа розбита,&lt;br /&gt;</w:t>
        <w:br/>
        <w:t>Даремно олій доливати;&lt;br /&gt;</w:t>
        <w:br/>
        <w:t>Як злодій утікне,&lt;br /&gt;</w:t>
        <w:br/>
        <w:t>Даремно стайні замикати.</w:t>
      </w:r>
    </w:p>
    <w:p>
      <w:r>
        <w:br/>
        <w:t>Як висохли води,&lt;br /&gt;</w:t>
        <w:br/>
        <w:t>То пощо там мости будуєш?&lt;br /&gt;</w:t>
        <w:br/>
        <w:t>Як юність минула,&lt;br /&gt;</w:t>
        <w:br/>
        <w:t>То пощо з дівками жартуєш?</w:t>
      </w:r>
    </w:p>
    <w:p>
      <w:r>
        <w:br/>
        <w:t>ХТО ТОМУ ШКОДИТЬ...</w:t>
      </w:r>
    </w:p>
    <w:p>
      <w:r>
        <w:br/>
        <w:t>Хто тому шкодить, що йому&lt;br /&gt;</w:t>
        <w:br/>
        <w:t>Зла не зробив,&lt;br /&gt;</w:t>
        <w:br/>
        <w:t>Невинному, котрий його&lt;br /&gt;</w:t>
        <w:br/>
        <w:t>Не оскорбив,</w:t>
      </w:r>
    </w:p>
    <w:p>
      <w:r>
        <w:br/>
        <w:t>На сього власне зло його&lt;br /&gt;</w:t>
        <w:br/>
        <w:t>Впаде — без слова,&lt;br /&gt;</w:t>
        <w:br/>
        <w:t>Як проти вітру сіяна&lt;br /&gt;</w:t>
        <w:br/>
        <w:t>На сівача паде полова.</w:t>
      </w:r>
    </w:p>
    <w:p>
      <w:r>
        <w:br/>
        <w:t>ВОРОГ БАТЬКО, ВОРОГ МАТИ...</w:t>
      </w:r>
    </w:p>
    <w:p>
      <w:r>
        <w:br/>
        <w:t>Ворог батько, ворог мати,&lt;br /&gt;</w:t>
        <w:br/>
        <w:t>Що не вчили сина!&lt;br /&gt;</w:t>
        <w:br/>
        <w:t>І піде він в світ блукати,&lt;br /&gt;</w:t>
        <w:br/>
        <w:t>Як та сиротина.</w:t>
      </w:r>
    </w:p>
    <w:p>
      <w:r>
        <w:br/>
        <w:t>Як між павами ворона&lt;br /&gt;</w:t>
        <w:br/>
        <w:t>Поваги не має,&lt;br /&gt;</w:t>
        <w:br/>
        <w:t>Так невчений в товаристві&lt;br /&gt;</w:t>
        <w:br/>
        <w:t>Голову схиляє.</w:t>
      </w:r>
    </w:p>
    <w:p>
      <w:r>
        <w:br/>
        <w:t>СТРОФИ</w:t>
      </w:r>
    </w:p>
    <w:p>
      <w:r>
        <w:br/>
        <w:t>1</w:t>
      </w:r>
    </w:p>
    <w:p>
      <w:r>
        <w:br/>
        <w:t>Пурпуром сонечко сходить,&lt;br /&gt;</w:t>
        <w:br/>
        <w:t>Пурпуром криється в морі;&lt;br /&gt;</w:t>
        <w:br/>
        <w:t>Так будь і ти все спокійний —&lt;br /&gt;</w:t>
        <w:br/>
        <w:t>В щасті і в горі.</w:t>
      </w:r>
    </w:p>
    <w:p>
      <w:r>
        <w:br/>
        <w:t>2</w:t>
      </w:r>
    </w:p>
    <w:p>
      <w:r>
        <w:br/>
        <w:t>Мужню силу хоч похилить горе,&lt;br /&gt;</w:t>
        <w:br/>
        <w:t>Та не зломить, в підлість не поверне;&lt;br /&gt;</w:t>
        <w:br/>
        <w:t>Так і свічку хоч схили додолу,&lt;br /&gt;</w:t>
        <w:br/>
        <w:t>Свого світла вниз вона не зверне.</w:t>
      </w:r>
    </w:p>
    <w:p>
      <w:r>
        <w:br/>
        <w:t>3</w:t>
      </w:r>
    </w:p>
    <w:p>
      <w:r>
        <w:br/>
        <w:t>Обрубане дерево знов зеленіє,&lt;br /&gt;</w:t>
        <w:br/>
        <w:t>І місяць із серпа знов повний стає;&lt;br /&gt;</w:t>
        <w:br/>
        <w:t>Се бачачи, чесні, не тратьте надії,&lt;br /&gt;</w:t>
        <w:br/>
        <w:t>Хоч доля гнівная вас гонить і б'є.</w:t>
      </w:r>
    </w:p>
    <w:p>
      <w:r>
        <w:br/>
        <w:t>4</w:t>
      </w:r>
    </w:p>
    <w:p>
      <w:r>
        <w:br/>
        <w:t>Не цурається правди мудрець,&lt;br /&gt;</w:t>
        <w:br/>
        <w:t>Хоч вона й з уст дитинячих буде, —&lt;br /&gt;</w:t>
        <w:br/>
        <w:t>Так як в ніч, коли сонце зайшло,&lt;br /&gt;</w:t>
        <w:br/>
        <w:t>Каганця не цураються люде.</w:t>
      </w:r>
    </w:p>
    <w:p>
      <w:r>
        <w:br/>
        <w:t>5</w:t>
      </w:r>
    </w:p>
    <w:p>
      <w:r>
        <w:br/>
        <w:t>Добру науку приймай,&lt;br /&gt;</w:t>
        <w:br/>
        <w:t>Хоч її і від простого чуєш;&lt;br /&gt;</w:t>
        <w:br/>
        <w:t>Злої ж на ум не бери,&lt;br /&gt;</w:t>
        <w:br/>
        <w:t>Хоч би й святий говорив.</w:t>
      </w:r>
    </w:p>
    <w:p>
      <w:r>
        <w:br/>
        <w:t>6</w:t>
      </w:r>
    </w:p>
    <w:p>
      <w:r>
        <w:br/>
        <w:t>Хто має мудрість, а з неї&lt;br /&gt;</w:t>
        <w:br/>
        <w:t>Ближнім не хоче вділити,&lt;br /&gt;</w:t>
        <w:br/>
        <w:t>Той має скарб многоцінний,&lt;br /&gt;</w:t>
        <w:br/>
        <w:t>В міх шкуратяний зашитий.</w:t>
      </w:r>
    </w:p>
    <w:p>
      <w:r>
        <w:br/>
        <w:t>7</w:t>
      </w:r>
    </w:p>
    <w:p>
      <w:r>
        <w:br/>
        <w:t>Мудрість захована,&lt;br /&gt;</w:t>
        <w:br/>
        <w:t>Золото в скритку —&lt;br /&gt;</w:t>
        <w:br/>
        <w:t>Однаковісінько&lt;br /&gt;</w:t>
        <w:br/>
        <w:t>Суть без пожитку.</w:t>
      </w:r>
    </w:p>
    <w:p>
      <w:r>
        <w:br/>
        <w:t>8</w:t>
      </w:r>
    </w:p>
    <w:p>
      <w:r>
        <w:br/>
        <w:t>Дурний, хто, помилок лякаючись,&lt;br /&gt;</w:t>
        <w:br/>
        <w:t>Не сміє братися до діла, —&lt;br /&gt;</w:t>
        <w:br/>
        <w:t>Так, як би я не їв, лякаючись,&lt;br /&gt;</w:t>
        <w:br/>
        <w:t>Щоб кришка в голосницю не влетіла.</w:t>
      </w:r>
    </w:p>
    <w:p>
      <w:r>
        <w:br/>
        <w:t>9</w:t>
      </w:r>
    </w:p>
    <w:p>
      <w:r>
        <w:br/>
        <w:t>Не пливе супроти вітру&lt;br /&gt;</w:t>
        <w:br/>
        <w:t>Запах квітів і кадила, —&lt;br /&gt;</w:t>
        <w:br/>
        <w:t>Але йде по всіх усюдах&lt;br /&gt;</w:t>
        <w:br/>
        <w:t>Добра слава, добрі діла.</w:t>
      </w:r>
    </w:p>
    <w:p>
      <w:r>
        <w:br/>
        <w:t>10</w:t>
      </w:r>
    </w:p>
    <w:p>
      <w:r>
        <w:br/>
        <w:t>Навіть той, хто в призначення вірить,&lt;br /&gt;</w:t>
        <w:br/>
        <w:t>Все ж трудитися мусить постійно:&lt;br /&gt;</w:t>
        <w:br/>
        <w:t>Адже ж бачиш і сам, що без труду&lt;br /&gt;</w:t>
        <w:br/>
        <w:t>Не горить і сухеє поліно.</w:t>
      </w:r>
    </w:p>
    <w:p>
      <w:r>
        <w:br/>
        <w:t>11</w:t>
      </w:r>
    </w:p>
    <w:p>
      <w:r>
        <w:br/>
        <w:t>Не звикай утертими стежками&lt;br /&gt;</w:t>
        <w:br/>
        <w:t>Йти за другим сліпо, як у дим,&lt;br /&gt;</w:t>
        <w:br/>
        <w:t>Бо як стануть пастухи вовками,&lt;br /&gt;</w:t>
        <w:br/>
        <w:t>Треба вівцям пастися й самим.</w:t>
      </w:r>
    </w:p>
    <w:p>
      <w:r>
        <w:br/>
        <w:t>12</w:t>
      </w:r>
    </w:p>
    <w:p>
      <w:r>
        <w:br/>
        <w:t>Бережи маєток про чорну годину,&lt;br /&gt;</w:t>
        <w:br/>
        <w:t>Та віддай маєток за вірну дружину;&lt;br /&gt;</w:t>
        <w:br/>
        <w:t>А себе найбільше бережи без впину;&lt;br /&gt;</w:t>
        <w:br/>
        <w:t>Та віддай майно, і жінку, й себе за Вкраїну.</w:t>
      </w:r>
    </w:p>
    <w:p>
      <w:r>
        <w:br/>
        <w:t>13</w:t>
      </w:r>
    </w:p>
    <w:p>
      <w:r>
        <w:br/>
        <w:t>Гість, дитя, і цар, і жінка&lt;br /&gt;</w:t>
        <w:br/>
        <w:t>Мають всі один звичай:&lt;br /&gt;</w:t>
        <w:br/>
        <w:t>Є що чи нема — байдуже,&lt;br /&gt;</w:t>
        <w:br/>
        <w:t>Їм усе лиш дай та дай.</w:t>
      </w:r>
    </w:p>
    <w:p>
      <w:r>
        <w:br/>
        <w:t>14</w:t>
      </w:r>
    </w:p>
    <w:p>
      <w:r>
        <w:br/>
        <w:t>Хто духом низький, не мішайся там,&lt;br /&gt;</w:t>
        <w:br/>
        <w:t>Де є високих трони;&lt;br /&gt;</w:t>
        <w:br/>
        <w:t>Таж чобота на голову ніхто&lt;br /&gt;</w:t>
        <w:br/>
        <w:t>Не надіва замість корони.</w:t>
      </w:r>
    </w:p>
    <w:p>
      <w:r>
        <w:br/>
        <w:t>15</w:t>
      </w:r>
    </w:p>
    <w:p>
      <w:r>
        <w:br/>
        <w:t>Та й глупі ж ті багатирі,&lt;br /&gt;</w:t>
        <w:br/>
        <w:t>Що люблять спать на подушках!&lt;br /&gt;</w:t>
        <w:br/>
        <w:t>Я спав лиш на однім пері,&lt;br /&gt;</w:t>
        <w:br/>
        <w:t>І твердо так було, що страх!</w:t>
      </w:r>
    </w:p>
    <w:p>
      <w:r>
        <w:br/>
        <w:t>16</w:t>
      </w:r>
    </w:p>
    <w:p>
      <w:r>
        <w:br/>
        <w:t>Щасливий той багач подвійно:&lt;br /&gt;</w:t>
        <w:br/>
        <w:t>Піч повна дров, огонь горить, гогоче;&lt;br /&gt;</w:t>
        <w:br/>
        <w:t>А в мене лиш одно поліно,&lt;br /&gt;</w:t>
        <w:br/>
        <w:t>Та й те горіть не хоче.</w:t>
      </w:r>
    </w:p>
    <w:p>
      <w:r>
        <w:br/>
        <w:t>17</w:t>
      </w:r>
    </w:p>
    <w:p>
      <w:r>
        <w:br/>
        <w:t>Отрута є зле вивчена наука,&lt;br /&gt;</w:t>
        <w:br/>
        <w:t>Отрута є нестравлена їда;&lt;br /&gt;</w:t>
        <w:br/>
        <w:t>Для бідних трута — взаїмна порука,&lt;br /&gt;</w:t>
        <w:br/>
        <w:t>Старому трута — жінка молода.</w:t>
      </w:r>
    </w:p>
    <w:p>
      <w:r>
        <w:br/>
        <w:t>18</w:t>
      </w:r>
    </w:p>
    <w:p>
      <w:r>
        <w:br/>
        <w:t>Скупий — не пан своїх засіків повних,&lt;br /&gt;</w:t>
        <w:br/>
        <w:t>А сторож, і приставник, і невольник.</w:t>
      </w:r>
    </w:p>
    <w:p>
      <w:r>
        <w:br/>
        <w:t>19</w:t>
      </w:r>
    </w:p>
    <w:p>
      <w:r>
        <w:br/>
        <w:t>Книги — морська глибина:&lt;br /&gt;</w:t>
        <w:br/>
        <w:t>Хто в них пірне аж до дна,&lt;br /&gt;</w:t>
        <w:br/>
        <w:t>Той, хоч і труду мав досить,&lt;br /&gt;</w:t>
        <w:br/>
        <w:t>Дивнії перли виносить.</w:t>
      </w:r>
    </w:p>
    <w:p>
      <w:r>
        <w:br/>
        <w:t>20</w:t>
      </w:r>
    </w:p>
    <w:p>
      <w:r>
        <w:br/>
        <w:t>Хто власного ума не має,&lt;br /&gt;</w:t>
        <w:br/>
        <w:t>То з книг не вийде ум йому;&lt;br /&gt;</w:t>
        <w:br/>
        <w:t>Хто є сліпий на обі оці,&lt;br /&gt;</w:t>
        <w:br/>
        <w:t>То що по дзеркалі йому?</w:t>
      </w:r>
    </w:p>
    <w:p>
      <w:r>
        <w:br/>
        <w:t>21</w:t>
      </w:r>
    </w:p>
    <w:p>
      <w:r>
        <w:br/>
        <w:t>Клониться дерево, плодом обтяжене;&lt;br /&gt;</w:t>
        <w:br/>
        <w:t>Чесний, розумний, і ти так клонись!&lt;br /&gt;</w:t>
        <w:br/>
        <w:t>Висохле древо, бемізкії голови&lt;br /&gt;</w:t>
        <w:br/>
        <w:t>Зломляться, та не похиляться вниз.</w:t>
      </w:r>
    </w:p>
    <w:p>
      <w:r>
        <w:br/>
        <w:t>22</w:t>
      </w:r>
    </w:p>
    <w:p>
      <w:r>
        <w:br/>
        <w:t>Великі дерева шануй,&lt;br /&gt;</w:t>
        <w:br/>
        <w:t>Що плід дають і в спеку тінь;&lt;br /&gt;</w:t>
        <w:br/>
        <w:t>А як і плід часом хибне,&lt;br /&gt;</w:t>
        <w:br/>
        <w:t>Чи ж тінь сама не є добром?</w:t>
      </w:r>
    </w:p>
    <w:p>
      <w:r>
        <w:br/>
        <w:t>23</w:t>
      </w:r>
    </w:p>
    <w:p>
      <w:r>
        <w:br/>
        <w:t>Мухи сідають на ранах,&lt;br /&gt;</w:t>
        <w:br/>
        <w:t>Пчоли на квітах пахучих;&lt;br /&gt;</w:t>
        <w:br/>
        <w:t>Добрий все бачить лиш добре,&lt;br /&gt;</w:t>
        <w:br/>
        <w:t>Підлий лиш підле у других.</w:t>
      </w:r>
    </w:p>
    <w:p>
      <w:r>
        <w:br/>
        <w:t>24</w:t>
      </w:r>
    </w:p>
    <w:p>
      <w:r>
        <w:br/>
        <w:t>Як військо скликає труба,&lt;br /&gt;</w:t>
        <w:br/>
        <w:t>Так ангелів божих скликають&lt;br /&gt;</w:t>
        <w:br/>
        <w:t>Сердечні слова.&lt;br /&gt;</w:t>
        <w:br/>
        <w:t>А в гуслі та флейти де грають&lt;br /&gt;</w:t>
        <w:br/>
        <w:t>І брата осуджують — там&lt;br /&gt;</w:t>
        <w:br/>
        <w:t>Приховок чортам.</w:t>
      </w:r>
    </w:p>
    <w:p>
      <w:r>
        <w:br/>
        <w:t>25</w:t>
      </w:r>
    </w:p>
    <w:p>
      <w:r>
        <w:br/>
        <w:t>Лихвар і п'яниця —&lt;br /&gt;</w:t>
        <w:br/>
        <w:t>Се два побратими:&lt;br /&gt;</w:t>
        <w:br/>
        <w:t>Сам чорт побратимство&lt;br /&gt;</w:t>
        <w:br/>
        <w:t>Зв'язав поміж ними.</w:t>
      </w:r>
    </w:p>
    <w:p>
      <w:r>
        <w:br/>
        <w:t>26</w:t>
      </w:r>
    </w:p>
    <w:p>
      <w:r>
        <w:br/>
        <w:t>На двоє сотворено богом вино:&lt;br /&gt;</w:t>
        <w:br/>
        <w:t>Розумним на радість, на згубу дурному;&lt;br /&gt;</w:t>
        <w:br/>
        <w:t>Багатство — на двоє теж дане воно:&lt;br /&gt;</w:t>
        <w:br/>
        <w:t>На добро милосердним, на згубу скупому.</w:t>
      </w:r>
    </w:p>
    <w:p>
      <w:r>
        <w:br/>
        <w:t>27</w:t>
      </w:r>
    </w:p>
    <w:p>
      <w:r>
        <w:br/>
        <w:t>Як від лютого татарина,&lt;br /&gt;</w:t>
        <w:br/>
        <w:t>Що шаблюкою маха,&lt;br /&gt;</w:t>
        <w:br/>
        <w:t>Всі тікають безоружнії,&lt;br /&gt;</w:t>
        <w:br/>
        <w:t>Так тікай ти від гріха.</w:t>
      </w:r>
    </w:p>
    <w:p>
      <w:r>
        <w:br/>
        <w:t>28</w:t>
      </w:r>
    </w:p>
    <w:p>
      <w:r>
        <w:br/>
        <w:t>Хто з всіми добрий хоче буть,&lt;br /&gt;</w:t>
        <w:br/>
        <w:t>Той швидко втратить добрий путь.&lt;br /&gt;</w:t>
        <w:br/>
        <w:t>На може при добрі той жить,&lt;br /&gt;</w:t>
        <w:br/>
        <w:t>Хто хоче злу й добру служить.&lt;br /&gt;</w:t>
        <w:br/>
        <w:t>Бо, хтівши догодить обом,&lt;br /&gt;</w:t>
        <w:br/>
        <w:t>Він швидко стане зла рабом.</w:t>
      </w:r>
    </w:p>
    <w:p>
      <w:r>
        <w:br/>
        <w:t>29</w:t>
      </w:r>
    </w:p>
    <w:p>
      <w:r>
        <w:br/>
        <w:t>Від слона на тисяч п'ядей,&lt;br /&gt;</w:t>
        <w:br/>
        <w:t>Від коня на сто тікай,&lt;br /&gt;</w:t>
        <w:br/>
        <w:t>Від вола на десять п'ядей,&lt;br /&gt;</w:t>
        <w:br/>
        <w:t>Зла й на очі не видай.</w:t>
      </w:r>
    </w:p>
    <w:p>
      <w:r>
        <w:br/>
        <w:t>30</w:t>
      </w:r>
    </w:p>
    <w:p>
      <w:r>
        <w:br/>
        <w:t>Як метіль прошумить,&lt;br /&gt;</w:t>
        <w:br/>
        <w:t>Так загине за мить&lt;br /&gt;</w:t>
        <w:br/>
        <w:t>Злий, сльозами людськими годований,&lt;br /&gt;</w:t>
        <w:br/>
        <w:t>Щезне й слід весь по нім…&lt;br /&gt;</w:t>
        <w:br/>
        <w:t>Але добрий — се дім,&lt;br /&gt;</w:t>
        <w:br/>
        <w:t>На скалі віковічно будований.</w:t>
      </w:r>
    </w:p>
    <w:p>
      <w:r>
        <w:br/>
        <w:t>31</w:t>
      </w:r>
    </w:p>
    <w:p>
      <w:r>
        <w:br/>
        <w:t>Як запорохи чоловік&lt;br /&gt;</w:t>
        <w:br/>
        <w:t>Знести не може у очох,&lt;br /&gt;</w:t>
        <w:br/>
        <w:t>Так гордості в душі людській&lt;br /&gt;</w:t>
        <w:br/>
        <w:t>Не зносить бог.</w:t>
      </w:r>
    </w:p>
    <w:p>
      <w:r>
        <w:br/>
        <w:t>32</w:t>
      </w:r>
    </w:p>
    <w:p>
      <w:r>
        <w:br/>
        <w:t>Хоч би й мертвого міг гнівливий воскресить,&lt;br /&gt;</w:t>
        <w:br/>
        <w:t>То бог його за гнів його відкине;&lt;br /&gt;</w:t>
        <w:br/>
        <w:t>В гнівливе серце помисл злий, як нетля в світло, лине, —&lt;br /&gt;</w:t>
        <w:br/>
        <w:t>Сама згорить, а світла не згасить.</w:t>
      </w:r>
    </w:p>
    <w:p>
      <w:r>
        <w:br/>
        <w:t>33</w:t>
      </w:r>
    </w:p>
    <w:p>
      <w:r>
        <w:br/>
        <w:t>Хоча б ти і муки тяжкі потерпів,&lt;br /&gt;</w:t>
        <w:br/>
        <w:t>А брата свойого не любиш,&lt;br /&gt;</w:t>
        <w:br/>
        <w:t>То все ж ти на вічне життя не доспів,&lt;br /&gt;</w:t>
        <w:br/>
        <w:t>Лиш дармо дочасне загубиш.</w:t>
      </w:r>
    </w:p>
    <w:p>
      <w:r>
        <w:br/>
        <w:t>34</w:t>
      </w:r>
    </w:p>
    <w:p>
      <w:r>
        <w:br/>
        <w:t>Як та опука від скали&lt;br /&gt;</w:t>
        <w:br/>
        <w:t>Відскакує відлого,&lt;br /&gt;</w:t>
        <w:br/>
        <w:t>Так кривда людська все паде&lt;br /&gt;</w:t>
        <w:br/>
        <w:t>На кривдника самого.</w:t>
      </w:r>
    </w:p>
    <w:p>
      <w:r>
        <w:br/>
        <w:t>35</w:t>
      </w:r>
    </w:p>
    <w:p>
      <w:r>
        <w:br/>
        <w:t>Огневі, що ліси палить,&lt;br /&gt;</w:t>
        <w:br/>
        <w:t>На поміч вітер ще спішить,&lt;br /&gt;</w:t>
        <w:br/>
        <w:t>Та каганець він загасить.&lt;br /&gt;</w:t>
        <w:br/>
        <w:t>Так сильний сильного скріпля,&lt;br /&gt;</w:t>
        <w:br/>
        <w:t>Король рятує короля,&lt;br /&gt;</w:t>
        <w:br/>
        <w:t>Слабого ж топче і валить.</w:t>
      </w:r>
    </w:p>
    <w:p>
      <w:r>
        <w:br/>
        <w:t>36</w:t>
      </w:r>
    </w:p>
    <w:p>
      <w:r>
        <w:br/>
        <w:t>Наче віз без коліс&lt;br /&gt;</w:t>
        <w:br/>
        <w:t>Не покотиться до суду,&lt;br /&gt;</w:t>
        <w:br/>
        <w:t>Так своєї судьби&lt;br /&gt;</w:t>
        <w:br/>
        <w:t>Не дійдеш без праці й труду.</w:t>
      </w:r>
    </w:p>
    <w:p>
      <w:r>
        <w:br/>
        <w:t>37</w:t>
      </w:r>
    </w:p>
    <w:p>
      <w:r>
        <w:br/>
        <w:t>Молодість у бідності —&lt;br /&gt;</w:t>
        <w:br/>
        <w:t>Без мами дитина,&lt;br /&gt;</w:t>
        <w:br/>
        <w:t>Старість у бездітності —&lt;br /&gt;</w:t>
        <w:br/>
        <w:t>То гірка година.</w:t>
      </w:r>
    </w:p>
    <w:p>
      <w:r>
        <w:br/>
        <w:t>38</w:t>
      </w:r>
    </w:p>
    <w:p>
      <w:r>
        <w:br/>
        <w:t>Ти сто людей побив у бою&lt;br /&gt;</w:t>
        <w:br/>
        <w:t>І тим пишаєшся, герою?&lt;br /&gt;</w:t>
        <w:br/>
        <w:t>Ось сей лиш власну пристрасть поборов,&lt;br /&gt;</w:t>
        <w:br/>
        <w:t>І над тобою він горою.</w:t>
      </w:r>
    </w:p>
    <w:p>
      <w:r>
        <w:br/>
        <w:t>39</w:t>
      </w:r>
    </w:p>
    <w:p>
      <w:r>
        <w:br/>
        <w:t>Купа дров і жура —&lt;br /&gt;</w:t>
        <w:br/>
        <w:t>Що з тих двох тяжче є?&lt;br /&gt;</w:t>
        <w:br/>
        <w:t>В дровах труп лиш згора,&lt;br /&gt;</w:t>
        <w:br/>
        <w:t>А в журі все життя.</w:t>
      </w:r>
    </w:p>
    <w:p>
      <w:r>
        <w:br/>
        <w:t>40</w:t>
      </w:r>
    </w:p>
    <w:p>
      <w:r>
        <w:br/>
        <w:t>Хоч би все небо папером було,&lt;br /&gt;</w:t>
        <w:br/>
        <w:t>Хоч би все море чорнилом було,&lt;br /&gt;</w:t>
        <w:br/>
        <w:t>Зорі б на пера всі перекувать,&lt;br /&gt;</w:t>
        <w:br/>
        <w:t>Ангели б сіли там пір'ям писать,&lt;br /&gt;</w:t>
        <w:br/>
        <w:t>То не списали б — так мудрий прорік —&lt;br /&gt;</w:t>
        <w:br/>
        <w:t>Мудрості божої ввік.</w:t>
      </w:r>
    </w:p>
    <w:p>
      <w:r>
        <w:br/>
        <w:t>ПРИТЧІ</w:t>
      </w:r>
    </w:p>
    <w:p>
      <w:r>
        <w:br/>
        <w:t>ПРИТЧА ПРО ЖИТТЯ</w:t>
      </w:r>
    </w:p>
    <w:p>
      <w:r>
        <w:br/>
        <w:t>Було се в Індії.&lt;br /&gt;</w:t>
        <w:br/>
        <w:t>Степом безлюдним&lt;br /&gt;</w:t>
        <w:br/>
        <w:t>Йшов чоловік. І враз напав на нього&lt;br /&gt;</w:t>
        <w:br/>
        <w:t>Голодний лев. Побачивши звірюку&lt;br /&gt;</w:t>
        <w:br/>
        <w:t>Ще здалека, почувши рик її,&lt;br /&gt;</w:t>
        <w:br/>
        <w:t>Почав тікати чоловік щодуху.&lt;br /&gt;</w:t>
        <w:br/>
        <w:t>Тікаючи, наскочив він нараз&lt;br /&gt;</w:t>
        <w:br/>
        <w:t>На глибоченну балку. Не було&lt;br /&gt;</w:t>
        <w:br/>
        <w:t>Часу вертатись, не було де скритись,&lt;br /&gt;</w:t>
        <w:br/>
        <w:t>А звір вже близько. Бачить чоловік,&lt;br /&gt;</w:t>
        <w:br/>
        <w:t>Що зо стіни безодні, зо стрімкого&lt;br /&gt;</w:t>
        <w:br/>
        <w:t>Скального обриву худа берізка&lt;br /&gt;</w:t>
        <w:br/>
        <w:t>В щілині виросла й вершок зелений&lt;br /&gt;</w:t>
        <w:br/>
        <w:t>Понад безодню к сонцю піднімає.&lt;br /&gt;</w:t>
        <w:br/>
        <w:t>Не довго думаючи, він чепився&lt;br /&gt;</w:t>
        <w:br/>
        <w:t>За ту берізку, держачись руками&lt;br /&gt;</w:t>
        <w:br/>
        <w:t>За пень її, повис над гирлом темним,&lt;br /&gt;</w:t>
        <w:br/>
        <w:t>Аж поки, бовтаючи там ногами,&lt;br /&gt;</w:t>
        <w:br/>
        <w:t>На щось твердого крихту не оперся.&lt;br /&gt;</w:t>
        <w:br/>
        <w:t>Тоді аж відітхнув і дрож смертельна&lt;br /&gt;</w:t>
        <w:br/>
        <w:t>Потрохи втихла. І почав тоді&lt;br /&gt;</w:t>
        <w:br/>
        <w:t>Сірома озиратися довкола,&lt;br /&gt;</w:t>
        <w:br/>
        <w:t>Де він і що з ним?</w:t>
      </w:r>
    </w:p>
    <w:p>
      <w:r>
        <w:br/>
        <w:t>Перший зирк його&lt;br /&gt;</w:t>
        <w:br/>
        <w:t>Впав на коріння деревця, що в ньому&lt;br /&gt;</w:t>
        <w:br/>
        <w:t>Була його єдиная опора.&lt;br /&gt;</w:t>
        <w:br/>
        <w:t>Що за притичина? Глядить: дві миші,&lt;br /&gt;</w:t>
        <w:br/>
        <w:t>Одна білява, друга чорна, пильно,&lt;br /&gt;</w:t>
        <w:br/>
        <w:t>Запопадно, і ненастанно, й прудко&lt;br /&gt;</w:t>
        <w:br/>
        <w:t>Гризуть коріння того деревця,&lt;br /&gt;</w:t>
        <w:br/>
        <w:t>Лапками землю порпають, працюють,&lt;br /&gt;</w:t>
        <w:br/>
        <w:t>Немов наняті, щоб його підпору&lt;br /&gt;</w:t>
        <w:br/>
        <w:t>Підгризти, підкопати, повалити.&lt;br /&gt;</w:t>
        <w:br/>
        <w:t>І похололо в того чоловіка&lt;br /&gt;</w:t>
        <w:br/>
        <w:t>На серці, бо в тій хвилі лев розжертий&lt;br /&gt;</w:t>
        <w:br/>
        <w:t>Надбіг над пропасть, і його побачив,&lt;br /&gt;</w:t>
        <w:br/>
        <w:t>І лютим ревом відгомін збудив.&lt;br /&gt;</w:t>
        <w:br/>
        <w:t>Не міг його дістати, але люто&lt;br /&gt;</w:t>
        <w:br/>
        <w:t>Глядів згори, скакав і землю гриз,&lt;br /&gt;</w:t>
        <w:br/>
        <w:t>Ждучи, аж він угору знов підлізе.&lt;br /&gt;</w:t>
        <w:br/>
        <w:t>І глянув вниз у пропасть чоловік.&lt;br /&gt;</w:t>
        <w:br/>
        <w:t>І бачить, що на дні тієї балки&lt;br /&gt;</w:t>
        <w:br/>
        <w:t>Страшна гадюка в'ється і широко&lt;br /&gt;</w:t>
        <w:br/>
        <w:t>Пащеку рознимає, жде лише,&lt;br /&gt;</w:t>
        <w:br/>
        <w:t>Щоб він упав для неї на поталу.&lt;br /&gt;</w:t>
        <w:br/>
        <w:t>Померкло в голові у чоловіка,&lt;br /&gt;</w:t>
        <w:br/>
        <w:t>За серце стисло, і холодним потом&lt;br /&gt;</w:t>
        <w:br/>
        <w:t>Все тіло облилось.</w:t>
      </w:r>
    </w:p>
    <w:p>
      <w:r>
        <w:br/>
        <w:t>Та враз почув,&lt;br /&gt;</w:t>
        <w:br/>
        <w:t>Що те, о що опер він ноги, якось&lt;br /&gt;</w:t>
        <w:br/>
        <w:t>Ворушиться. Зирнув, аж пробі! Се&lt;br /&gt;</w:t>
        <w:br/>
        <w:t>Гадюка, звита в клубок, що в щілині&lt;br /&gt;</w:t>
        <w:br/>
        <w:t>Дрімала. Рад був скрикнуть чоловік,&lt;br /&gt;</w:t>
        <w:br/>
        <w:t>Та голос в горлі задушив переляк.&lt;br /&gt;</w:t>
        <w:br/>
        <w:t>Рад був молиться, та тривога вбила&lt;br /&gt;</w:t>
        <w:br/>
        <w:t>Побожну думку. Наче труп холодний,&lt;br /&gt;</w:t>
        <w:br/>
        <w:t>Він висів, певний, що в найближчій хвилі&lt;br /&gt;</w:t>
        <w:br/>
        <w:t>Коріння миші підгризуть, гадюка&lt;br /&gt;</w:t>
        <w:br/>
        <w:t>У ногу вкусить, сил його не стане,&lt;br /&gt;</w:t>
        <w:br/>
        <w:t>І вниз він упаде, змії в пащеку.&lt;br /&gt;</w:t>
        <w:br/>
        <w:t>А втім — о диво! На гілках берізки&lt;br /&gt;</w:t>
        <w:br/>
        <w:t>Побачив той нещасний чоловік&lt;br /&gt;</w:t>
        <w:br/>
        <w:t>Гніздо чмелів. У щільнику малому&lt;br /&gt;</w:t>
        <w:br/>
        <w:t>Було там трохи меду, а чмелі&lt;br /&gt;</w:t>
        <w:br/>
        <w:t>Всі полетіли в поле за пожитком,&lt;br /&gt;</w:t>
        <w:br/>
        <w:t>І закортіло чоловіка того&lt;br /&gt;</w:t>
        <w:br/>
        <w:t>Покушать меду. Він всіх сил добув,&lt;br /&gt;</w:t>
        <w:br/>
        <w:t>Піднявся трохи вгору, і устами&lt;br /&gt;</w:t>
        <w:br/>
        <w:t>Досяг щільник, і ссать його почав.&lt;br /&gt;</w:t>
        <w:br/>
        <w:t>І враз немов рукою відняло&lt;br /&gt;</w:t>
        <w:br/>
        <w:t>Йому від серця. Солодощі меду&lt;br /&gt;</w:t>
        <w:br/>
        <w:t>Заставили його про все забути:&lt;br /&gt;</w:t>
        <w:br/>
        <w:t>Про льва, що вив йому над головою,&lt;br /&gt;</w:t>
        <w:br/>
        <w:t>Про миші, що його підпору гризли,&lt;br /&gt;</w:t>
        <w:br/>
        <w:t>І про дракона, що внизу грозив,&lt;br /&gt;</w:t>
        <w:br/>
        <w:t>І про гадюку, що у стіп сичала.&lt;br /&gt;</w:t>
        <w:br/>
        <w:t>Про все, про все забув той чоловік,&lt;br /&gt;</w:t>
        <w:br/>
        <w:t>Найшовши в тих краплинах медових&lt;br /&gt;</w:t>
        <w:br/>
        <w:t>Несказанну, високу розкіш раю.</w:t>
      </w:r>
    </w:p>
    <w:p>
      <w:r>
        <w:br/>
        <w:t>Готама Будда, Азії світило,&lt;br /&gt;</w:t>
        <w:br/>
        <w:t>Очима духа бачив сю пригоду&lt;br /&gt;</w:t>
        <w:br/>
        <w:t>І своїм вірним так про неї мовив:&lt;br /&gt;</w:t>
        <w:br/>
        <w:t>"Сей чоловік, брати, — то кождий з нас.&lt;br /&gt;</w:t>
        <w:br/>
        <w:t>Життя важке, природа нам ворожа&lt;br /&gt;</w:t>
        <w:br/>
        <w:t>І тисячі пригод і небезпек&lt;br /&gt;</w:t>
        <w:br/>
        <w:t>З усіх боків усе нас окружають,&lt;br /&gt;</w:t>
        <w:br/>
        <w:t>Як того мужа, що там в балці висів.&lt;br /&gt;</w:t>
        <w:br/>
        <w:t>Голодний лев над нами — то є смерть;&lt;br /&gt;</w:t>
        <w:br/>
        <w:t>Дракон внизу — то вічне забуття,&lt;br /&gt;</w:t>
        <w:br/>
        <w:t>Що кождого нагрожуєсь пожерти,&lt;br /&gt;</w:t>
        <w:br/>
        <w:t>А миші, чорна й біла, — день і ніч,&lt;br /&gt;</w:t>
        <w:br/>
        <w:t>Що ненастанно вік наш підгризають,&lt;br /&gt;</w:t>
        <w:br/>
        <w:t>А та гадюка під ногами, браття, —&lt;br /&gt;</w:t>
        <w:br/>
        <w:t>То наше власне тіло, непостійне,&lt;br /&gt;</w:t>
        <w:br/>
        <w:t>Слабе і хоре, що нам в кождій хвилі&lt;br /&gt;</w:t>
        <w:br/>
        <w:t>Назавсіди відмовить може служби.&lt;br /&gt;</w:t>
        <w:br/>
        <w:t>А та берізка, за яку вчепившись,&lt;br /&gt;</w:t>
        <w:br/>
        <w:t>Міркуємо спастися від заглади, —&lt;br /&gt;</w:t>
        <w:br/>
        <w:t>Се людська пам'ять — щира, та коротка.&lt;br /&gt;</w:t>
        <w:br/>
        <w:t>Нема нам виходу із того горя,&lt;br /&gt;</w:t>
        <w:br/>
        <w:t>Нема рятунку. Та одно лиш нам&lt;br /&gt;</w:t>
        <w:br/>
        <w:t>Лишилось, те, чого ніяка сила,&lt;br /&gt;</w:t>
        <w:br/>
        <w:t>Ніяка нам пригода взять не може:&lt;br /&gt;</w:t>
        <w:br/>
        <w:t>Се чиста розкіш братньої любові,&lt;br /&gt;</w:t>
        <w:br/>
        <w:t>Се той чудовий мід, якого крапля&lt;br /&gt;</w:t>
        <w:br/>
        <w:t>Розширює життя людське в безмір,&lt;br /&gt;</w:t>
        <w:br/>
        <w:t>Підносить душу понад всю тривогу,&lt;br /&gt;</w:t>
        <w:br/>
        <w:t>Над всю турботу із-за діл минущих —&lt;br /&gt;</w:t>
        <w:br/>
        <w:t>В простори, повні світла і свободи.&lt;br /&gt;</w:t>
        <w:br/>
        <w:t>Хапайте сквапно краплі ті, брати!&lt;br /&gt;</w:t>
        <w:br/>
        <w:t>Бо лиш в тому, що серце ваше чує,&lt;br /&gt;</w:t>
        <w:br/>
        <w:t>Чим груди повні, чим душа живе,&lt;br /&gt;</w:t>
        <w:br/>
        <w:t>У розкоші любові і бажання,&lt;br /&gt;</w:t>
        <w:br/>
        <w:t>В братерстві, у надії, у змаганні&lt;br /&gt;</w:t>
        <w:br/>
        <w:t>До вищих, чистих цілей є ваш рай".</w:t>
      </w:r>
    </w:p>
    <w:p>
      <w:r>
        <w:br/>
        <w:t>ПРИТЧА ПРО КРАСУ</w:t>
      </w:r>
    </w:p>
    <w:p>
      <w:r>
        <w:br/>
        <w:t>Арістотель-мудрець Олександра навчав&lt;br /&gt;</w:t>
        <w:br/>
        <w:t>І такий у альбом йому вірш написав:</w:t>
      </w:r>
    </w:p>
    <w:p>
      <w:r>
        <w:br/>
        <w:t>"Більш, ніж меч, і огонь, і стріла, і коса,&lt;br /&gt;</w:t>
        <w:br/>
        <w:t>Небезпечне оружжя — жіноча краса.</w:t>
      </w:r>
    </w:p>
    <w:p>
      <w:r>
        <w:br/>
        <w:t>Тільки мудрість, наука і старші літа&lt;br /&gt;</w:t>
        <w:br/>
        <w:t>Подають проти неї міцного щита".</w:t>
      </w:r>
    </w:p>
    <w:p>
      <w:r>
        <w:br/>
        <w:t>Арістотель-мудрець по садочку гуля, —&lt;br /&gt;</w:t>
        <w:br/>
        <w:t>Бач, Аглая іде і очима стріля!</w:t>
      </w:r>
    </w:p>
    <w:p>
      <w:r>
        <w:br/>
        <w:t>Та Аглая, котрої надземна краса&lt;br /&gt;</w:t>
        <w:br/>
        <w:t>Звеселяє людей і самі небеса;</w:t>
      </w:r>
    </w:p>
    <w:p>
      <w:r>
        <w:br/>
        <w:t>Та їдких її слів і шпаркого ума&lt;br /&gt;</w:t>
        <w:br/>
        <w:t>Всі боялися, навіть цариця сама.</w:t>
      </w:r>
    </w:p>
    <w:p>
      <w:r>
        <w:br/>
        <w:t>Арістотель дівчині гаразд придививсь,&lt;br /&gt;</w:t>
        <w:br/>
        <w:t>Як повз нього ішла, низько їй поклонивсь</w:t>
      </w:r>
    </w:p>
    <w:p>
      <w:r>
        <w:br/>
        <w:t>І промовив: "Аглає, благаю, молю!&lt;br /&gt;</w:t>
        <w:br/>
        <w:t>Над всю мудрість, над сонце тебе я люблю.</w:t>
      </w:r>
    </w:p>
    <w:p>
      <w:r>
        <w:br/>
        <w:t>На часок-волосок вволи волю мою, —&lt;br /&gt;</w:t>
        <w:br/>
        <w:t>Чого хоч загадай, я для тебе зроблю!"</w:t>
      </w:r>
    </w:p>
    <w:p>
      <w:r>
        <w:br/>
        <w:t>Усміхнулась Аглая. "Се ж почесть мені,&lt;br /&gt;</w:t>
        <w:br/>
        <w:t>Що на мні зупинив свої очі ясні</w:t>
      </w:r>
    </w:p>
    <w:p>
      <w:r>
        <w:br/>
        <w:t>Той мудрець, що пишаєсь ним Греція вся,&lt;br /&gt;</w:t>
        <w:br/>
        <w:t>Що умом обняв землю, зглибив небеса.</w:t>
      </w:r>
    </w:p>
    <w:p>
      <w:r>
        <w:br/>
        <w:t>Я твоя. Що захочеш, зо мною чини,&lt;br /&gt;</w:t>
        <w:br/>
        <w:t>Лиш одну мою просьбу в тій хвилі сповни.</w:t>
      </w:r>
    </w:p>
    <w:p>
      <w:r>
        <w:br/>
        <w:t>По саду тім, де в'ються доріжки круті,&lt;br /&gt;</w:t>
        <w:br/>
        <w:t>Півгодини мене повози на хребті".</w:t>
      </w:r>
    </w:p>
    <w:p>
      <w:r>
        <w:br/>
        <w:t>Усміхнувся мудрець. Дивні примхи в дівчат!&lt;br /&gt;</w:t>
        <w:br/>
        <w:t>Та дарма! Обіцявсь, то вже годі бурчать.</w:t>
      </w:r>
    </w:p>
    <w:p>
      <w:r>
        <w:br/>
        <w:t>І хламиду він зняв, і рачкує піском,&lt;br /&gt;</w:t>
        <w:br/>
        <w:t>Його очі Аглая закрила платком,&lt;br /&gt;</w:t>
        <w:br/>
        <w:t>І сидить на хребті, й поганяє прутком.</w:t>
      </w:r>
    </w:p>
    <w:p>
      <w:r>
        <w:br/>
        <w:t>Так заїхали враз аж на площу садка,&lt;br /&gt;</w:t>
        <w:br/>
        <w:t>Де під тінню дерев край малого ставка</w:t>
      </w:r>
    </w:p>
    <w:p>
      <w:r>
        <w:br/>
        <w:t>Олександер сидів, його мати й весь двір, —&lt;br /&gt;</w:t>
        <w:br/>
        <w:t>Срібний сміх там лунав, і пісні, й бренькіт лір.</w:t>
      </w:r>
    </w:p>
    <w:p>
      <w:r>
        <w:br/>
        <w:t>А Аглая кричить: "Ну, мій ослику, ну!"&lt;br /&gt;</w:t>
        <w:br/>
        <w:t>Ще мінуточки дві! Ще мінутку одну!"</w:t>
      </w:r>
    </w:p>
    <w:p>
      <w:r>
        <w:br/>
        <w:t>Аж у круг двораків його дівка пуста&lt;br /&gt;</w:t>
        <w:br/>
        <w:t>Завела, і зіскочила живо з хребта,</w:t>
      </w:r>
    </w:p>
    <w:p>
      <w:r>
        <w:br/>
        <w:t>І платок із очей поспішилася знять…&lt;br /&gt;</w:t>
        <w:br/>
        <w:t>Що там сміху було, то й пером не списать.</w:t>
      </w:r>
    </w:p>
    <w:p>
      <w:r>
        <w:br/>
        <w:t>Арістотель-мудрець Олександра навчав&lt;br /&gt;</w:t>
        <w:br/>
        <w:t>І такий у альбом йому вірш написав:</w:t>
      </w:r>
    </w:p>
    <w:p>
      <w:r>
        <w:br/>
        <w:t>"Більш, ніж меч, і огонь, і стріла, і коса,&lt;br /&gt;</w:t>
        <w:br/>
        <w:t>Небезпечне оружжя — жіноча краса.</w:t>
      </w:r>
    </w:p>
    <w:p>
      <w:r>
        <w:br/>
        <w:t>Ані мудрість, наука, ні старші літа&lt;br /&gt;</w:t>
        <w:br/>
        <w:t>Не дають проти неї міцного щита.</w:t>
      </w:r>
    </w:p>
    <w:p>
      <w:r>
        <w:br/>
        <w:t>Се я сам досвідив. Лиш мертвець та сліпець&lt;br /&gt;</w:t>
        <w:br/>
        <w:t>Може буть проти неї надійний борець".</w:t>
      </w:r>
    </w:p>
    <w:p>
      <w:r>
        <w:br/>
        <w:t>ПРИТЧА ПРО НЕРОЗУМ</w:t>
      </w:r>
    </w:p>
    <w:p>
      <w:r>
        <w:br/>
        <w:t>Стрілець сильце заставив,&lt;br /&gt;</w:t>
        <w:br/>
        <w:t>Спіймалась пташка вмить;&lt;br /&gt;</w:t>
        <w:br/>
        <w:t>Він взяв її, щоб зараз&lt;br /&gt;</w:t>
        <w:br/>
        <w:t>Головку їй скрутить.</w:t>
      </w:r>
    </w:p>
    <w:p>
      <w:r>
        <w:br/>
        <w:t>Залебеділа пташка:&lt;br /&gt;</w:t>
        <w:br/>
        <w:t>"Ой, стрільче, стій, пожди!&lt;br /&gt;</w:t>
        <w:br/>
        <w:t>Я пташечка маленька,&lt;br /&gt;</w:t>
        <w:br/>
        <w:t>Що з мене тут їди?</w:t>
      </w:r>
    </w:p>
    <w:p>
      <w:r>
        <w:br/>
        <w:t>Пусти мене на волю,&lt;br /&gt;</w:t>
        <w:br/>
        <w:t>Я дам тобі за те&lt;br /&gt;</w:t>
        <w:br/>
        <w:t>Три добрії науки&lt;br /&gt;</w:t>
        <w:br/>
        <w:t>На все твоє життє".</w:t>
      </w:r>
    </w:p>
    <w:p>
      <w:r>
        <w:br/>
        <w:t>Стрілець мій здивувався:&lt;br /&gt;</w:t>
        <w:br/>
        <w:t>"Чи бач, ся дробина&lt;br /&gt;</w:t>
        <w:br/>
        <w:t>Мене навчати хоче!&lt;br /&gt;</w:t>
        <w:br/>
        <w:t>Ну, що там зна вона?"</w:t>
      </w:r>
    </w:p>
    <w:p>
      <w:r>
        <w:br/>
        <w:t>І мовить: "Добре, пташко!&lt;br /&gt;</w:t>
        <w:br/>
        <w:t>Коли з твоїх наук&lt;br /&gt;</w:t>
        <w:br/>
        <w:t>Я хоч що-то змудрію,&lt;br /&gt;</w:t>
        <w:br/>
        <w:t>Тебе пущу я з рук".</w:t>
      </w:r>
    </w:p>
    <w:p>
      <w:r>
        <w:br/>
        <w:t>І мовить птах: "Не жалуй&lt;br /&gt;</w:t>
        <w:br/>
        <w:t>За тим, чи зле, чи гоже,&lt;br /&gt;</w:t>
        <w:br/>
        <w:t>Що сталось раз і більше&lt;br /&gt;</w:t>
        <w:br/>
        <w:t>Відстатися не може".</w:t>
      </w:r>
    </w:p>
    <w:p>
      <w:r>
        <w:br/>
        <w:t>Стрілець подумав: "Правда!&lt;br /&gt;</w:t>
        <w:br/>
        <w:t>За тим жаліть не гоже,&lt;br /&gt;</w:t>
        <w:br/>
        <w:t>Що сталось раз і більше&lt;br /&gt;</w:t>
        <w:br/>
        <w:t>Відстатися не може".</w:t>
      </w:r>
    </w:p>
    <w:p>
      <w:r>
        <w:br/>
        <w:t>І мовить птах: "Не рвися,&lt;br /&gt;</w:t>
        <w:br/>
        <w:t>Завдавши серцю скрути,&lt;br /&gt;</w:t>
        <w:br/>
        <w:t>Що зробиш — розробити,&lt;br /&gt;</w:t>
        <w:br/>
        <w:t>Минуле знов вернути".</w:t>
      </w:r>
    </w:p>
    <w:p>
      <w:r>
        <w:br/>
        <w:t>Стрілець подумав: "Правда!&lt;br /&gt;</w:t>
        <w:br/>
        <w:t>Шкода бажань і скрути:&lt;br /&gt;</w:t>
        <w:br/>
        <w:t>Що зробиш — не розробиш,&lt;br /&gt;</w:t>
        <w:br/>
        <w:t>Що сталось — не вернути".</w:t>
      </w:r>
    </w:p>
    <w:p>
      <w:r>
        <w:br/>
        <w:t>І мовить птах: "Ніколи&lt;br /&gt;</w:t>
        <w:br/>
        <w:t>Не вір ні в які дива:&lt;br /&gt;</w:t>
        <w:br/>
        <w:t>Не вір ні в яку вістку,&lt;br /&gt;</w:t>
        <w:br/>
        <w:t>Що просто неможлива!"</w:t>
      </w:r>
    </w:p>
    <w:p>
      <w:r>
        <w:br/>
        <w:t>Стрілець подумав: "Правда!&lt;br /&gt;</w:t>
        <w:br/>
        <w:t>Чимало плещуть дива,&lt;br /&gt;</w:t>
        <w:br/>
        <w:t>А розміркуєш — скажеш:&lt;br /&gt;</w:t>
        <w:br/>
        <w:t>"Ся сплітка неможлива!"</w:t>
      </w:r>
    </w:p>
    <w:p>
      <w:r>
        <w:br/>
        <w:t>"Гаразд, — сказав він, — пташко!&lt;br /&gt;</w:t>
        <w:br/>
        <w:t>Не злі твої науки,&lt;br /&gt;</w:t>
        <w:br/>
        <w:t>Лети ж собі й стрільцеві&lt;br /&gt;</w:t>
        <w:br/>
        <w:t>Не попадайся в руки".</w:t>
      </w:r>
    </w:p>
    <w:p>
      <w:r>
        <w:br/>
        <w:t>І пурхнула пташина,&lt;br /&gt;</w:t>
        <w:br/>
        <w:t>На близькій гілці сіла&lt;br /&gt;</w:t>
        <w:br/>
        <w:t>І, до стрільця звернувшись,&lt;br /&gt;</w:t>
        <w:br/>
        <w:t>Таке йому повіла:</w:t>
      </w:r>
    </w:p>
    <w:p>
      <w:r>
        <w:br/>
        <w:t>"Ей, та й дурний ти, стрільче,&lt;br /&gt;</w:t>
        <w:br/>
        <w:t>Що дав мені здуриться!&lt;br /&gt;</w:t>
        <w:br/>
        <w:t>А мною ти, небоже,&lt;br /&gt;</w:t>
        <w:br/>
        <w:t>Міг добре поживиться!</w:t>
      </w:r>
    </w:p>
    <w:p>
      <w:r>
        <w:br/>
        <w:t>Бо знай, в моїй утробі —&lt;br /&gt;</w:t>
        <w:br/>
        <w:t>Якби ти знав отсе! —&lt;br /&gt;</w:t>
        <w:br/>
        <w:t>Є перла так велика,&lt;br /&gt;</w:t>
        <w:br/>
        <w:t>Як струсове яйце!"</w:t>
      </w:r>
    </w:p>
    <w:p>
      <w:r>
        <w:br/>
        <w:t>Стрілець аж зойкнув з жалю:&lt;br /&gt;</w:t>
        <w:br/>
        <w:t>"А, що ж я наробив,&lt;br /&gt;</w:t>
        <w:br/>
        <w:t>Що так без застанови&lt;br /&gt;</w:t>
        <w:br/>
        <w:t>Великий скарб згубив!"</w:t>
      </w:r>
    </w:p>
    <w:p>
      <w:r>
        <w:br/>
        <w:t>І він підбіг під гілку&lt;br /&gt;</w:t>
        <w:br/>
        <w:t>І скочив, що є сил,&lt;br /&gt;</w:t>
        <w:br/>
        <w:t>Щоби спіймати пташку, —&lt;br /&gt;</w:t>
        <w:br/>
        <w:t>Та ба, не має крил!</w:t>
      </w:r>
    </w:p>
    <w:p>
      <w:r>
        <w:br/>
        <w:t>А потім мовив: "Пташко,&lt;br /&gt;</w:t>
        <w:br/>
        <w:t>Пташиночко моя!&lt;br /&gt;</w:t>
        <w:br/>
        <w:t>Вернись до мене! Буду&lt;br /&gt;</w:t>
        <w:br/>
        <w:t>Тобі за батька я.</w:t>
      </w:r>
    </w:p>
    <w:p>
      <w:r>
        <w:br/>
        <w:t>У клітку золотую&lt;br /&gt;</w:t>
        <w:br/>
        <w:t>Всаджу тебе я сам&lt;br /&gt;</w:t>
        <w:br/>
        <w:t>І все, чого захочеш,&lt;br /&gt;</w:t>
        <w:br/>
        <w:t>Тобі я радо дам!"</w:t>
      </w:r>
    </w:p>
    <w:p>
      <w:r>
        <w:br/>
        <w:t>Пташина відповіла:&lt;br /&gt;</w:t>
        <w:br/>
        <w:t>"Дурний ти є, як був!&lt;br /&gt;</w:t>
        <w:br/>
        <w:t>Всі три мої науки&lt;br /&gt;</w:t>
        <w:br/>
        <w:t>Відразу ти забув!</w:t>
      </w:r>
    </w:p>
    <w:p>
      <w:r>
        <w:br/>
        <w:t>Зробив ти добре діло,&lt;br /&gt;</w:t>
        <w:br/>
        <w:t>Мені летіть велів, —&lt;br /&gt;</w:t>
        <w:br/>
        <w:t>І зараз по хвилині&lt;br /&gt;</w:t>
        <w:br/>
        <w:t>Сам того пожалів.</w:t>
      </w:r>
    </w:p>
    <w:p>
      <w:r>
        <w:br/>
        <w:t>А потім забажав ти&lt;br /&gt;</w:t>
        <w:br/>
        <w:t>Мене дістать ще раз&lt;br /&gt;</w:t>
        <w:br/>
        <w:t>І просьбою вернути&lt;br /&gt;</w:t>
        <w:br/>
        <w:t>Назад минулий час.</w:t>
      </w:r>
    </w:p>
    <w:p>
      <w:r>
        <w:br/>
        <w:t>А чом? Бо несуразним&lt;br /&gt;</w:t>
        <w:br/>
        <w:t>Повірив ти словам,&lt;br /&gt;</w:t>
        <w:br/>
        <w:t>Що в мні є перла, більша&lt;br /&gt;</w:t>
        <w:br/>
        <w:t>Удвоє, ніж я сам".</w:t>
      </w:r>
    </w:p>
    <w:p>
      <w:r>
        <w:br/>
        <w:t>ЛЕГЕНДИ</w:t>
      </w:r>
    </w:p>
    <w:p>
      <w:r>
        <w:br/>
        <w:t>ЛЕГЕНДА ПРО ВІЧНЕ ЖИТТЯ</w:t>
      </w:r>
    </w:p>
    <w:p>
      <w:r>
        <w:br/>
        <w:t>1</w:t>
      </w:r>
    </w:p>
    <w:p>
      <w:r>
        <w:br/>
        <w:t>Олександер Великий весь світ звоював&lt;br /&gt;</w:t>
        <w:br/>
        <w:t>І отсе в Вавілоні мов бог раював.</w:t>
      </w:r>
    </w:p>
    <w:p>
      <w:r>
        <w:br/>
        <w:t>А побожний аскет вік в пустині прожив&lt;br /&gt;</w:t>
        <w:br/>
        <w:t>І молитвою й постом богині служив.</w:t>
      </w:r>
    </w:p>
    <w:p>
      <w:r>
        <w:br/>
        <w:t>Наче сонце, що разом прогонює тьму,&lt;br /&gt;</w:t>
        <w:br/>
        <w:t>Так богиня в опівніч явилась йому.</w:t>
      </w:r>
    </w:p>
    <w:p>
      <w:r>
        <w:br/>
        <w:t>Прихилилась і мовить: "Мій вірний слуго,&lt;br /&gt;</w:t>
        <w:br/>
        <w:t>Чим тебе вдоволить? Чи бажаєш чого?"</w:t>
      </w:r>
    </w:p>
    <w:p>
      <w:r>
        <w:br/>
        <w:t>А с к е т м о в и т ь:</w:t>
      </w:r>
    </w:p>
    <w:p>
      <w:r>
        <w:br/>
        <w:t>"Хоч яке се життя і трудне, і сумне,&lt;br /&gt;</w:t>
        <w:br/>
        <w:t>Дай, щоб старість і смерть оминули мене".</w:t>
      </w:r>
    </w:p>
    <w:p>
      <w:r>
        <w:br/>
        <w:t>Б о г и н я м о в и т ь:</w:t>
      </w:r>
    </w:p>
    <w:p>
      <w:r>
        <w:br/>
        <w:t>"Ну, як се в тебе дар найцінніший з усіх,&lt;br /&gt;</w:t>
        <w:br/>
        <w:t>На ж тобі сей малий золотистий горіх.</w:t>
      </w:r>
    </w:p>
    <w:p>
      <w:r>
        <w:br/>
        <w:t>Одну нічку не спи, один день промовчи&lt;br /&gt;</w:t>
        <w:br/>
        <w:t>І, очистивши ум, сей горіх розтовчи.</w:t>
      </w:r>
    </w:p>
    <w:p>
      <w:r>
        <w:br/>
        <w:t>Шкаралющу в огонь, а розкусиш зерно,&lt;br /&gt;</w:t>
        <w:br/>
        <w:t>Дасть тобі молодим вічно жити воно".</w:t>
      </w:r>
    </w:p>
    <w:p>
      <w:r>
        <w:br/>
        <w:t>2</w:t>
      </w:r>
    </w:p>
    <w:p>
      <w:r>
        <w:br/>
        <w:t>Цілий день промовчав, і не спав усю ніч,&lt;br /&gt;</w:t>
        <w:br/>
        <w:t>І готовивсь аскет на великую річ.</w:t>
      </w:r>
    </w:p>
    <w:p>
      <w:r>
        <w:br/>
        <w:t>Ось огонь розпалив із пахучих полін,&lt;br /&gt;</w:t>
        <w:br/>
        <w:t>І кадило в огонь щедро кидає він,</w:t>
      </w:r>
    </w:p>
    <w:p>
      <w:r>
        <w:br/>
        <w:t>І закони господні проходить умом,&lt;br /&gt;</w:t>
        <w:br/>
        <w:t>Щоб очистити ум, не схибити притьмом.</w:t>
      </w:r>
    </w:p>
    <w:p>
      <w:r>
        <w:br/>
        <w:t>Та ось сумніви в серці повстали страшні:&lt;br /&gt;</w:t>
        <w:br/>
        <w:t>"Вічно жить — молодим — ну, пощо се мені?</w:t>
      </w:r>
    </w:p>
    <w:p>
      <w:r>
        <w:br/>
        <w:t>Чи вертати у світ, де панує борба?&lt;br /&gt;</w:t>
        <w:br/>
        <w:t>Чи ось тут вічно жить? Се ж безумство хіба!</w:t>
      </w:r>
    </w:p>
    <w:p>
      <w:r>
        <w:br/>
        <w:t>О богине, прости! Я згрішив, бачу сам!&lt;br /&gt;</w:t>
        <w:br/>
        <w:t>Та безцінний твій дар комусь іншому дам.</w:t>
      </w:r>
    </w:p>
    <w:p>
      <w:r>
        <w:br/>
        <w:t>У нас цар молодий, богорівний наш цар!&lt;br /&gt;</w:t>
        <w:br/>
        <w:t>Богорівним зовсім його зробить твій дар.</w:t>
      </w:r>
    </w:p>
    <w:p>
      <w:r>
        <w:br/>
        <w:t>Міліонам він сонце, життя є нове,&lt;br /&gt;</w:t>
        <w:br/>
        <w:t>Для добра міліонів хай вічно живе".</w:t>
      </w:r>
    </w:p>
    <w:p>
      <w:r>
        <w:br/>
        <w:t>3</w:t>
      </w:r>
    </w:p>
    <w:p>
      <w:r>
        <w:br/>
        <w:t>Олександер Великий весь світ звоював,&lt;br /&gt;</w:t>
        <w:br/>
        <w:t>Та дівчини рабом себе він почував.</w:t>
      </w:r>
    </w:p>
    <w:p>
      <w:r>
        <w:br/>
        <w:t>Персіянки Роксани предивна краса&lt;br /&gt;</w:t>
        <w:br/>
        <w:t>В його серці горить, мов пожар, не згаса.</w:t>
      </w:r>
    </w:p>
    <w:p>
      <w:r>
        <w:br/>
        <w:t>У обіймах його та красуня горда&lt;br /&gt;</w:t>
        <w:br/>
        <w:t>Наче тає, на груди його припада;</w:t>
      </w:r>
    </w:p>
    <w:p>
      <w:r>
        <w:br/>
        <w:t>Та хвилина мине, і він чує, що ось&lt;br /&gt;</w:t>
        <w:br/>
        <w:t>В її серці вороже ворушиться щось,</w:t>
      </w:r>
    </w:p>
    <w:p>
      <w:r>
        <w:br/>
        <w:t>І в очах, ще вогких від любві і жаги,&lt;br /&gt;</w:t>
        <w:br/>
        <w:t>Дикі іскри горять, наче злі вороги.</w:t>
      </w:r>
    </w:p>
    <w:p>
      <w:r>
        <w:br/>
        <w:t>З її уст вилітають бажання страшні —&lt;br /&gt;</w:t>
        <w:br/>
        <w:t>Се бажання пожарів, убійства, різні.</w:t>
      </w:r>
    </w:p>
    <w:p>
      <w:r>
        <w:br/>
        <w:t>Їй опертись король не здоліє й на мить:&lt;br /&gt;</w:t>
        <w:br/>
        <w:t>Там згорів Персеполь! Завтра Суза згорить!</w:t>
      </w:r>
    </w:p>
    <w:p>
      <w:r>
        <w:br/>
        <w:t>Кліта вбив при вині! Чи любов се, чи чад?..&lt;br /&gt;</w:t>
        <w:br/>
        <w:t>День у день із небес його кидає в ад.</w:t>
      </w:r>
    </w:p>
    <w:p>
      <w:r>
        <w:br/>
        <w:t>4</w:t>
      </w:r>
    </w:p>
    <w:p>
      <w:r>
        <w:br/>
        <w:t>Олександер Великий богині моливсь:&lt;br /&gt;</w:t>
        <w:br/>
        <w:t>"Дай, богине, щоб нині весь світ проваливсь!</w:t>
      </w:r>
    </w:p>
    <w:p>
      <w:r>
        <w:br/>
        <w:t>Або дай, щоб скінчилася мука моя,&lt;br /&gt;</w:t>
        <w:br/>
        <w:t>Щоб я знав, чи богиня вона, чи змія?</w:t>
      </w:r>
    </w:p>
    <w:p>
      <w:r>
        <w:br/>
        <w:t>Чом міняється так, кілько є в дні годин?&lt;br /&gt;</w:t>
        <w:br/>
        <w:t>І чи в серці її я паную один?"</w:t>
      </w:r>
    </w:p>
    <w:p>
      <w:r>
        <w:br/>
        <w:t>В тій хвилині аскет перед ним опинивсь&lt;br /&gt;</w:t>
        <w:br/>
        <w:t>І покірно царю до землі поклонивсь.</w:t>
      </w:r>
    </w:p>
    <w:p>
      <w:r>
        <w:br/>
        <w:t>"Вічно жий, царю мій! Хай твої вороги&lt;br /&gt;</w:t>
        <w:br/>
        <w:t>Згинуть! Ось тобі дар від твойого слуги.</w:t>
      </w:r>
    </w:p>
    <w:p>
      <w:r>
        <w:br/>
        <w:t>Не згордуй! Сей малий золотистий горіх —&lt;br /&gt;</w:t>
        <w:br/>
        <w:t>Від богині се дар! Моя гордість, мій гріх".</w:t>
      </w:r>
    </w:p>
    <w:p>
      <w:r>
        <w:br/>
        <w:t>І він все розповів, відки має сей плід,&lt;br /&gt;</w:t>
        <w:br/>
        <w:t>Що робить, щоб богині сповнить заповіт.</w:t>
      </w:r>
    </w:p>
    <w:p>
      <w:r>
        <w:br/>
        <w:t>"Міліонам ти сонце, добродій єси, —&lt;br /&gt;</w:t>
        <w:br/>
        <w:t>Будеш жить вічно юний, як плід сей з'їси".</w:t>
      </w:r>
    </w:p>
    <w:p>
      <w:r>
        <w:br/>
        <w:t>5</w:t>
      </w:r>
    </w:p>
    <w:p>
      <w:r>
        <w:br/>
        <w:t>"Вічно жить! Молодим! Справді, божеський дар!"&lt;br /&gt;</w:t>
        <w:br/>
        <w:t>І великим, безсмертним почув себе цар.</w:t>
      </w:r>
    </w:p>
    <w:p>
      <w:r>
        <w:br/>
        <w:t>"Вічно жить! Молодим! А вона? А вона?&lt;br /&gt;</w:t>
        <w:br/>
        <w:t>Постаріє, зів'яне, мов квітка марна!</w:t>
      </w:r>
    </w:p>
    <w:p>
      <w:r>
        <w:br/>
        <w:t>Що без неї життя? Сонце? Небо? Сам рай?&lt;br /&gt;</w:t>
        <w:br/>
        <w:t>З нею жить! Або радше ти сам умирай!"</w:t>
      </w:r>
    </w:p>
    <w:p>
      <w:r>
        <w:br/>
        <w:t>Вже й не думає цар, до Роксани біжить:&lt;br /&gt;</w:t>
        <w:br/>
        <w:t>"Серце, ось тобі дар: вічно в юності жить!"</w:t>
      </w:r>
    </w:p>
    <w:p>
      <w:r>
        <w:br/>
        <w:t>І сказав їй усе, відки має сей плід,&lt;br /&gt;</w:t>
        <w:br/>
        <w:t>Що робить, щоб богині сповнить заповіт.</w:t>
      </w:r>
    </w:p>
    <w:p>
      <w:r>
        <w:br/>
        <w:t>"Коли любиш мене, моє сонце ясне,&lt;br /&gt;</w:t>
        <w:br/>
        <w:t>Дасть безсмертя обом нам зерно те дрібне.</w:t>
      </w:r>
    </w:p>
    <w:p>
      <w:r>
        <w:br/>
        <w:t>А не любиш… — урвав. — Кого хочеш люби!&lt;br /&gt;</w:t>
        <w:br/>
        <w:t>Ось тобі сей горіх! Що захочеш — роби!"&lt;br /&gt;</w:t>
        <w:br/>
        <w:t>Зчервоніло дівча, в личко вдарила кров, —&lt;br /&gt;</w:t>
        <w:br/>
        <w:t>Олександер не ждав її слова — пішов.</w:t>
      </w:r>
    </w:p>
    <w:p>
      <w:r>
        <w:br/>
        <w:t>6</w:t>
      </w:r>
    </w:p>
    <w:p>
      <w:r>
        <w:br/>
        <w:t>Гей, Роксано, красуне, що думаєш ти?&lt;br /&gt;</w:t>
        <w:br/>
        <w:t>Чи про те, щоб з царем до безсмертя дійти?</w:t>
      </w:r>
    </w:p>
    <w:p>
      <w:r>
        <w:br/>
        <w:t>Не про те! Інший жар в її серці горить!&lt;br /&gt;</w:t>
        <w:br/>
        <w:t>Інший бог там живе! Інший цар там царить.</w:t>
      </w:r>
    </w:p>
    <w:p>
      <w:r>
        <w:br/>
        <w:t>Він мета її мрій, осолода очей,&lt;br /&gt;</w:t>
        <w:br/>
        <w:t>Над усіх милий їй генерал Птолемей.</w:t>
      </w:r>
    </w:p>
    <w:p>
      <w:r>
        <w:br/>
        <w:t>Хоч не любить її і холодний, як лід,&lt;br /&gt;</w:t>
        <w:br/>
        <w:t>Вона рада свій вік дать за сам його вид.</w:t>
      </w:r>
    </w:p>
    <w:p>
      <w:r>
        <w:br/>
        <w:t>"Вічно жить молодій, а без нього? О ні!&lt;br /&gt;</w:t>
        <w:br/>
        <w:t>Краще він хай живе, дасть безсмертя й мені!</w:t>
      </w:r>
    </w:p>
    <w:p>
      <w:r>
        <w:br/>
        <w:t>Ну ж, поможе сей плід його серце здобуть!&lt;br /&gt;</w:t>
        <w:br/>
        <w:t>А як ні, то мені краще в світі не буть".</w:t>
      </w:r>
    </w:p>
    <w:p>
      <w:r>
        <w:br/>
        <w:t>Птолемея знайшла, і дала йому плід,&lt;br /&gt;</w:t>
        <w:br/>
        <w:t>І сказала, який в нім лежить заповіт.</w:t>
      </w:r>
    </w:p>
    <w:p>
      <w:r>
        <w:br/>
        <w:t>А як ніч надійшла, вона тихо пішла,&lt;br /&gt;</w:t>
        <w:br/>
        <w:t>Олександру в вино трути-зілля влила.</w:t>
      </w:r>
    </w:p>
    <w:p>
      <w:r>
        <w:br/>
        <w:t>7</w:t>
      </w:r>
    </w:p>
    <w:p>
      <w:r>
        <w:br/>
        <w:t>Занедужав король, важко стогне, кричить,&lt;br /&gt;</w:t>
        <w:br/>
        <w:t>А Роксана при нім не ридає, мовчить.&lt;br /&gt;</w:t>
        <w:br/>
        <w:t>Головами хитають старі лікарі,&lt;br /&gt;</w:t>
        <w:br/>
        <w:t>І тривога, як ніч, залягла у дворі.</w:t>
      </w:r>
    </w:p>
    <w:p>
      <w:r>
        <w:br/>
        <w:t>По всім краю йде вість, наче змора та сон,&lt;br /&gt;</w:t>
        <w:br/>
        <w:t>І сумує весь край, і рида Вавілон.</w:t>
      </w:r>
    </w:p>
    <w:p>
      <w:r>
        <w:br/>
        <w:t>Ось у строях, білилах, рум'янах ціла,&lt;br /&gt;</w:t>
        <w:br/>
        <w:t>В Олександрів покій куртизана ввійшла.</w:t>
      </w:r>
    </w:p>
    <w:p>
      <w:r>
        <w:br/>
        <w:t>"Вічно жий, царю мій, на потіху для всіх!&lt;br /&gt;</w:t>
        <w:br/>
        <w:t>Ось від мене тобі чудодійний горіх!</w:t>
      </w:r>
    </w:p>
    <w:p>
      <w:r>
        <w:br/>
        <w:t>Се богині є дар. Як з'їси те зерно,&lt;br /&gt;</w:t>
        <w:br/>
        <w:t>Вічно жить тобі дасть вічно юним воно".</w:t>
      </w:r>
    </w:p>
    <w:p>
      <w:r>
        <w:br/>
        <w:t>Спалахнув Олександер: "Нещасна, дрижи!&lt;br /&gt;</w:t>
        <w:br/>
        <w:t>Від кого маєш плід сей? По правді скажи!"</w:t>
      </w:r>
    </w:p>
    <w:p>
      <w:r>
        <w:br/>
        <w:t>Та дівча не дрижить, не спускає очей:&lt;br /&gt;</w:t>
        <w:br/>
        <w:t>"Мені дав його твій генерал Птолемей".</w:t>
      </w:r>
    </w:p>
    <w:p>
      <w:r>
        <w:br/>
        <w:t>8</w:t>
      </w:r>
    </w:p>
    <w:p>
      <w:r>
        <w:br/>
        <w:t>Олександер у болях жорстоких лежав&lt;br /&gt;</w:t>
        <w:br/>
        <w:t>І в руці своїй плід чудодійний держав.</w:t>
      </w:r>
    </w:p>
    <w:p>
      <w:r>
        <w:br/>
        <w:t>"Вічно жить і любить! День за днем! День від дня&lt;br /&gt;</w:t>
        <w:br/>
        <w:t>А життя — то борня! А любов — то брехня!</w:t>
      </w:r>
    </w:p>
    <w:p>
      <w:r>
        <w:br/>
        <w:t>Вічно жить у борні! Биться в сітях брехні!&lt;br /&gt;</w:t>
        <w:br/>
        <w:t>День за днем! День за днем! Без кінця! Ні, ох, ні!</w:t>
      </w:r>
    </w:p>
    <w:p>
      <w:r>
        <w:br/>
        <w:t>Не для нас, о богине, твій божеський дар!&lt;br /&gt;</w:t>
        <w:br/>
        <w:t>Хоч над світом я цар, та над серцем не цар.</w:t>
      </w:r>
    </w:p>
    <w:p>
      <w:r>
        <w:br/>
        <w:t>Міліони людей можу вбить, погубить,&lt;br /&gt;</w:t>
        <w:br/>
        <w:t>Та чи змушу кого мене вірно любить?</w:t>
      </w:r>
    </w:p>
    <w:p>
      <w:r>
        <w:br/>
        <w:t>Вічно жить! О богине, се жарти, се сміх!&lt;br /&gt;</w:t>
        <w:br/>
        <w:t>Вічне щастя чи дасть сей чудовний горіх?</w:t>
      </w:r>
    </w:p>
    <w:p>
      <w:r>
        <w:br/>
        <w:t>А без щастя, без віри й любові внутрі&lt;br /&gt;</w:t>
        <w:br/>
        <w:t>Вічно жить — се горіть вік у вік на кострі!</w:t>
      </w:r>
    </w:p>
    <w:p>
      <w:r>
        <w:br/>
        <w:t>Ні, богине! Візьми свій дарунок назад!&lt;br /&gt;</w:t>
        <w:br/>
        <w:t>Я в нірвану волю, чи в Олімп, чи у ад!"</w:t>
      </w:r>
    </w:p>
    <w:p>
      <w:r>
        <w:br/>
        <w:t>9</w:t>
      </w:r>
    </w:p>
    <w:p>
      <w:r>
        <w:br/>
        <w:t>Серед болю в постелі підводиться цар,&lt;br /&gt;</w:t>
        <w:br/>
        <w:t>І побожно цілує чудовний той дар,</w:t>
      </w:r>
    </w:p>
    <w:p>
      <w:r>
        <w:br/>
        <w:t>І в тріскучий огонь із пахучих полін&lt;br /&gt;</w:t>
        <w:br/>
        <w:t>Чудодійний горіх бистро кидає він.</w:t>
      </w:r>
    </w:p>
    <w:p>
      <w:r>
        <w:br/>
        <w:t>І здалось, що вже біль не так люто палив,&lt;br /&gt;</w:t>
        <w:br/>
        <w:t>Мовби в збурену кров охолоди налив.</w:t>
      </w:r>
    </w:p>
    <w:p>
      <w:r>
        <w:br/>
        <w:t>Прояснів його ум, серце збулось химер,&lt;br /&gt;</w:t>
        <w:br/>
        <w:t>А в опівніч саму Олександер умер.</w:t>
      </w:r>
    </w:p>
    <w:p>
      <w:r>
        <w:br/>
        <w:t>ПО СЕЛАХ</w:t>
      </w:r>
    </w:p>
    <w:p>
      <w:r>
        <w:br/>
        <w:t>НА ПІДГІР'Ї СЕЛА НЕВЕСЕЛІ</w:t>
      </w:r>
    </w:p>
    <w:p>
      <w:r>
        <w:br/>
        <w:t>На Підгір'ї села невеселі&lt;br /&gt;</w:t>
        <w:br/>
        <w:t>Простяглися долом-долинами,&lt;br /&gt;</w:t>
        <w:br/>
        <w:t>Мов край шляху на твердій постелі&lt;br /&gt;</w:t>
        <w:br/>
        <w:t>Сплять старці, обвішані торбами.</w:t>
      </w:r>
    </w:p>
    <w:p>
      <w:r>
        <w:br/>
        <w:t>Понад річку верби головаті&lt;br /&gt;</w:t>
        <w:br/>
        <w:t>Довгі віти в воду похиляють;&lt;br /&gt;</w:t>
        <w:br/>
        <w:t>Журавель поскрипує при хаті,&lt;br /&gt;</w:t>
        <w:br/>
        <w:t>Босі діти по двору гуляють.</w:t>
      </w:r>
    </w:p>
    <w:p>
      <w:r>
        <w:br/>
        <w:t>З-поміж верб, та груш, та яворини&lt;br /&gt;</w:t>
        <w:br/>
        <w:t>Чорні стріхи глипають, нагнувшись,&lt;br /&gt;</w:t>
        <w:br/>
        <w:t>Мохом вкриті, корчами калини,&lt;br /&gt;</w:t>
        <w:br/>
        <w:t>Мов на вітер ті сичі, надувшись.</w:t>
      </w:r>
    </w:p>
    <w:p>
      <w:r>
        <w:br/>
        <w:t>Похилились смерекові стіни,&lt;br /&gt;</w:t>
        <w:br/>
        <w:t>Там і сям стемпльовані дрючками,&lt;br /&gt;</w:t>
        <w:br/>
        <w:t>Мов каліки, ждуть собі заміни,&lt;br /&gt;</w:t>
        <w:br/>
        <w:t>Щоб спочить розбитими кістками.</w:t>
      </w:r>
    </w:p>
    <w:p>
      <w:r>
        <w:br/>
        <w:t>Сліповаті та тісні віконця&lt;br /&gt;</w:t>
        <w:br/>
        <w:t>В старосвітських засувах ще ходять.&lt;br /&gt;</w:t>
        <w:br/>
        <w:t>Чи лякаються ясного сонця&lt;br /&gt;</w:t>
        <w:br/>
        <w:t>Ті, що вік свій в тих хатах проводять?</w:t>
      </w:r>
    </w:p>
    <w:p>
      <w:r>
        <w:br/>
        <w:t>Не видати комина на хаті;&lt;br /&gt;</w:t>
        <w:br/>
        <w:t>Вранці дим всю хату заповняє,&lt;br /&gt;</w:t>
        <w:br/>
        <w:t>З стріхи буха, в'ється по загаті,&lt;br /&gt;</w:t>
        <w:br/>
        <w:t>Хапле очі, сльози витискає.</w:t>
      </w:r>
    </w:p>
    <w:p>
      <w:r>
        <w:br/>
        <w:t>В хаті піч трохи не в півкімнати&lt;br /&gt;</w:t>
        <w:br/>
        <w:t>З запічком і припічком із глини,&lt;br /&gt;</w:t>
        <w:br/>
        <w:t>Вічно тепла — то жолудок хати,&lt;br /&gt;</w:t>
        <w:br/>
        <w:t>Величезний, як живіт дитини.</w:t>
      </w:r>
    </w:p>
    <w:p>
      <w:r>
        <w:br/>
        <w:t>Хліб і страва — тут найстарша справа,&lt;br /&gt;</w:t>
        <w:br/>
        <w:t>Ціль всіх змагань, замислів, турботи,&lt;br /&gt;</w:t>
        <w:br/>
        <w:t>Мов родивсь сей люд лиш для роботи,&lt;br /&gt;</w:t>
        <w:br/>
        <w:t>А на хліб вся праця йде кривава.</w:t>
      </w:r>
    </w:p>
    <w:p>
      <w:r>
        <w:br/>
        <w:t>Ліжко газди — п'ять дощок незбитих,&lt;br /&gt;</w:t>
        <w:br/>
        <w:t>Сніп соломи і верета зрібна;&lt;br /&gt;</w:t>
        <w:br/>
        <w:t>Тепла піч є для дітей невкритих,&lt;br /&gt;</w:t>
        <w:br/>
        <w:t>А для старших постіль непотрібна.</w:t>
      </w:r>
    </w:p>
    <w:p>
      <w:r>
        <w:br/>
        <w:t>Слуги в стайні сплять — їх коні гріють,&lt;br /&gt;</w:t>
        <w:br/>
        <w:t>А дівки на лаві, на запічку;&lt;br /&gt;</w:t>
        <w:br/>
        <w:t>Про вигоду й думати не сміють,&lt;br /&gt;</w:t>
        <w:br/>
        <w:t>Щоб лиш крижі випрямить за нічку.</w:t>
      </w:r>
    </w:p>
    <w:p>
      <w:r>
        <w:br/>
        <w:t>І про одіж мало дбають нині:&lt;br /&gt;</w:t>
        <w:br/>
        <w:t>Як кожух є й чоботи пасові,&lt;br /&gt;</w:t>
        <w:br/>
        <w:t>Для газдині шнур коралів в скрині,&lt;br /&gt;</w:t>
        <w:br/>
        <w:t>Для дівчат хустята шалінові,</w:t>
      </w:r>
    </w:p>
    <w:p>
      <w:r>
        <w:br/>
        <w:t>Капелюхи хлопцям повстянії, —&lt;br /&gt;</w:t>
        <w:br/>
        <w:t>То й весь празник є на довгі літа;&lt;br /&gt;</w:t>
        <w:br/>
        <w:t>Буднішня одежа в хаті шита&lt;br /&gt;</w:t>
        <w:br/>
        <w:t>З полотна, що вироблять хатнії.</w:t>
      </w:r>
    </w:p>
    <w:p>
      <w:r>
        <w:br/>
        <w:t>На стіні розвішані довкола&lt;br /&gt;</w:t>
        <w:br/>
        <w:t>Дерев'яні давні богомази:&lt;br /&gt;</w:t>
        <w:br/>
        <w:t>Страшний суд, Варвара і Микола,&lt;br /&gt;</w:t>
        <w:br/>
        <w:t>Чорні вже від диму, мов від мази.</w:t>
      </w:r>
    </w:p>
    <w:p>
      <w:r>
        <w:br/>
        <w:t>Тільки й всього християнства в хаті, —&lt;br /&gt;</w:t>
        <w:br/>
        <w:t>Але є й письменства в ній познаки:&lt;br /&gt;</w:t>
        <w:br/>
        <w:t>Там під сволоком, завитий в шматі,&lt;br /&gt;</w:t>
        <w:br/>
        <w:t>Лист небесний — писаний бог зна ким,</w:t>
      </w:r>
    </w:p>
    <w:p>
      <w:r>
        <w:br/>
        <w:t>Йосифінський наказ панщизняний,&lt;br /&gt;</w:t>
        <w:br/>
        <w:t>Прадідівський квит на тридцять буків,&lt;br /&gt;</w:t>
        <w:br/>
        <w:t>Діда скарга за грунтець забраний,&lt;br /&gt;</w:t>
        <w:br/>
        <w:t>Батьків акт ліцитаційний драний, —</w:t>
      </w:r>
    </w:p>
    <w:p>
      <w:r>
        <w:br/>
        <w:t>Ось весь спадок, що лишивсь для внуків.</w:t>
      </w:r>
    </w:p>
    <w:p>
      <w:r>
        <w:br/>
        <w:t>ДО БРАЗІЛІЇ!</w:t>
      </w:r>
    </w:p>
    <w:p>
      <w:r>
        <w:br/>
        <w:t>КОЛИ ПОЧУЄШ, ЯК В ТИШІ НІЧНІЙ...</w:t>
      </w:r>
    </w:p>
    <w:p>
      <w:r>
        <w:br/>
        <w:t>Коли почуєш, як в тиші нічній&lt;br /&gt;</w:t>
        <w:br/>
        <w:t>Залізним шляхом стугонять вагони,&lt;br /&gt;</w:t>
        <w:br/>
        <w:t>А в них гуде, шумить, пищить, мов рій,&lt;br /&gt;</w:t>
        <w:br/>
        <w:t>Дитячий плач, жіночі скорбні стони,&lt;br /&gt;</w:t>
        <w:br/>
        <w:t>Важке зітхання і гіркий проклін,&lt;br /&gt;</w:t>
        <w:br/>
        <w:t>Тужливий спів, дівочії дисканти,&lt;br /&gt;</w:t>
        <w:br/>
        <w:t>То не питай: сей поїзд — відки він?&lt;br /&gt;</w:t>
        <w:br/>
        <w:t>Кого везе? Куди? Кому вздогін?&lt;br /&gt;</w:t>
        <w:br/>
        <w:t>Се — емігранти.</w:t>
      </w:r>
    </w:p>
    <w:p>
      <w:r>
        <w:br/>
        <w:t>Коли побачиш — на пероні десь&lt;br /&gt;</w:t>
        <w:br/>
        <w:t>Людей, мов оселедців тих, набито,&lt;br /&gt;</w:t>
        <w:br/>
        <w:t>Жінок, худих, блідих, аж серце рвесь,&lt;br /&gt;</w:t>
        <w:br/>
        <w:t>Зів'ялих, мов побите градом жито,&lt;br /&gt;</w:t>
        <w:br/>
        <w:t>Мужчин понурих і дітей дрібних,&lt;br /&gt;</w:t>
        <w:br/>
        <w:t>І купою брудні, старії фанти,&lt;br /&gt;</w:t>
        <w:br/>
        <w:t>Навалені під ними і при них,&lt;br /&gt;</w:t>
        <w:br/>
        <w:t>На лицях слід терпінь, надій марних,&lt;br /&gt;</w:t>
        <w:br/>
        <w:t>Се — емігранти.</w:t>
      </w:r>
    </w:p>
    <w:p>
      <w:r>
        <w:br/>
        <w:t>Коли побачиш, як отих людей&lt;br /&gt;</w:t>
        <w:br/>
        <w:t>Держать, і лають, і в реєстри пишуть,&lt;br /&gt;</w:t>
        <w:br/>
        <w:t>Як матері у виходках дітей&lt;br /&gt;</w:t>
        <w:br/>
        <w:t>Зацитькують, годують і колишуть,&lt;br /&gt;</w:t>
        <w:br/>
        <w:t>Як їх жандарми штовхають від кас,&lt;br /&gt;</w:t>
        <w:br/>
        <w:t>Аж поїзд відійде, — тоді припадок!&lt;br /&gt;</w:t>
        <w:br/>
        <w:t>Весь люд на шини кидається враз:&lt;br /&gt;</w:t>
        <w:br/>
        <w:t>"Бери нас або переїдь по нас!"&lt;br /&gt;</w:t>
        <w:br/>
        <w:t>Се в нас порядок.</w:t>
      </w:r>
    </w:p>
    <w:p>
      <w:r>
        <w:br/>
        <w:t>ГЕЙ, РОЗІЛЛЯЛОСЬ ТИ, РУСЬКЕЄ ГОРЕ...</w:t>
      </w:r>
    </w:p>
    <w:p>
      <w:r>
        <w:br/>
        <w:t>Гей, розіллялось ти, руськеє горе,&lt;br /&gt;</w:t>
        <w:br/>
        <w:t>Геть по Європі і геть поза море!</w:t>
      </w:r>
    </w:p>
    <w:p>
      <w:r>
        <w:br/>
        <w:t>Бачили мури Любляни та Рєки,&lt;br /&gt;</w:t>
        <w:br/>
        <w:t>Як з свого краю біг русин навтеки.</w:t>
      </w:r>
    </w:p>
    <w:p>
      <w:r>
        <w:br/>
        <w:t>Руські ридання й стогнання лунали&lt;br /&gt;</w:t>
        <w:br/>
        <w:t>Там, де Понтеби біліються скали.</w:t>
      </w:r>
    </w:p>
    <w:p>
      <w:r>
        <w:br/>
        <w:t>Аж із Кормон, мов живого до гробу,&lt;br /&gt;</w:t>
        <w:br/>
        <w:t>Гнали жандарми наш люд, як худобу.</w:t>
      </w:r>
    </w:p>
    <w:p>
      <w:r>
        <w:br/>
        <w:t>Небо італьське, блакитне, погідне,&lt;br /&gt;</w:t>
        <w:br/>
        <w:t>Бачило бруд наш, пригноблення бідне.</w:t>
      </w:r>
    </w:p>
    <w:p>
      <w:r>
        <w:br/>
        <w:t>Генуя довго, мабуть, не забуде,&lt;br /&gt;</w:t>
        <w:br/>
        <w:t>Як то гостили в ній руськії люде.</w:t>
      </w:r>
    </w:p>
    <w:p>
      <w:r>
        <w:br/>
        <w:t>Будуть ще внукам казать проти ночі:&lt;br /&gt;</w:t>
        <w:br/>
        <w:t>"Дивний тут люд кочував із півночі.</w:t>
      </w:r>
    </w:p>
    <w:p>
      <w:r>
        <w:br/>
        <w:t>Рідну країну з слізьми споминав він,&lt;br /&gt;</w:t>
        <w:br/>
        <w:t>Але з прокляттям із неї тікав він.</w:t>
      </w:r>
    </w:p>
    <w:p>
      <w:r>
        <w:br/>
        <w:t>Спродував дома поля, господарство,&lt;br /&gt;</w:t>
        <w:br/>
        <w:t>Вірячі байці про Рудольфа царство,</w:t>
      </w:r>
    </w:p>
    <w:p>
      <w:r>
        <w:br/>
        <w:t>Дома покинувши землю родинну,&lt;br /&gt;</w:t>
        <w:br/>
        <w:t>Гнався, щоб мрію ловити дитинну.</w:t>
      </w:r>
    </w:p>
    <w:p>
      <w:r>
        <w:br/>
        <w:t>Смілий у мріях, у вірі беззглядний,&lt;br /&gt;</w:t>
        <w:br/>
        <w:t>В дійсності, наче дитина, безрадний.</w:t>
      </w:r>
    </w:p>
    <w:p>
      <w:r>
        <w:br/>
        <w:t>Ані порадитись, ні побалакать, —&lt;br /&gt;</w:t>
        <w:br/>
        <w:t>Знав він лиш гнуться, та жебрать, та плакать".</w:t>
      </w:r>
    </w:p>
    <w:p>
      <w:r>
        <w:br/>
        <w:t>Гей, розіллялось ти, руськеє горе,&lt;br /&gt;</w:t>
        <w:br/>
        <w:t>Геть по Європі і геть поза море!</w:t>
      </w:r>
    </w:p>
    <w:p>
      <w:r>
        <w:br/>
        <w:t>Доки гамбурзькі важкі паровози —&lt;br /&gt;</w:t>
        <w:br/>
        <w:t>Де ви не ллялися, руськії сльози!</w:t>
      </w:r>
    </w:p>
    <w:p>
      <w:r>
        <w:br/>
        <w:t>Всі з тебе, русине, драли проценти:&lt;br /&gt;</w:t>
        <w:br/>
        <w:t>Польськії шляхтичі й швабські агенти.</w:t>
      </w:r>
    </w:p>
    <w:p>
      <w:r>
        <w:br/>
        <w:t>Що то ще жде тебе на океані?&lt;br /&gt;</w:t>
        <w:br/>
        <w:t>Що у Бразілії, в славній Парані?</w:t>
      </w:r>
    </w:p>
    <w:p>
      <w:r>
        <w:br/>
        <w:t>Що то за рай ще тобі отвираєсь&lt;br /&gt;</w:t>
        <w:br/>
        <w:t>В Спіріту Санто і Мінас Джераєс?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ізмарагд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