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Місячна легенда</w:t>
      </w:r>
    </w:p>
    <w:p>
      <w:r>
        <w:br/>
        <w:t xml:space="preserve"> &lt;blockquote&gt;(Посвята моїй мамі)&lt;br /&gt;</w:t>
        <w:br/>
        <w:t>&lt;/blockquote&gt;&lt;br /&gt;</w:t>
        <w:br/>
        <w:t>1</w:t>
      </w:r>
    </w:p>
    <w:p>
      <w:r>
        <w:br/>
        <w:t>Весняної ночі, як в небі високо&lt;br /&gt;</w:t>
        <w:br/>
        <w:t>Стоять білі хмароньки в крузі;&lt;br /&gt;</w:t>
        <w:br/>
        <w:t>Як вітер шепоче й зітхає глибоко&lt;br /&gt;</w:t>
        <w:br/>
        <w:t>У сонному темному лузі;</w:t>
      </w:r>
    </w:p>
    <w:p>
      <w:r>
        <w:br/>
        <w:t>Як тихо усюди, і в полі, і в хаті,&lt;br /&gt;</w:t>
        <w:br/>
        <w:t>Як співи затихнуть дівочі;&lt;br /&gt;</w:t>
        <w:br/>
        <w:t>Як втомиться мати співати дитяті&lt;br /&gt;</w:t>
        <w:br/>
        <w:t>Й закриє утомлені очі;</w:t>
      </w:r>
    </w:p>
    <w:p>
      <w:r>
        <w:br/>
        <w:t>Як сни золотії колишуть дитину&lt;br /&gt;</w:t>
        <w:br/>
        <w:t>І стелять їй мрії барвисті;&lt;br /&gt;</w:t>
        <w:br/>
        <w:t>Як сам соловейко малий на хвилину&lt;br /&gt;</w:t>
        <w:br/>
        <w:t>Замовкне в кубелечку в листі, –</w:t>
      </w:r>
    </w:p>
    <w:p>
      <w:r>
        <w:br/>
        <w:t>Тоді затремтять полохливо, швиденько&lt;br /&gt;</w:t>
        <w:br/>
        <w:t>Скрізь тіні химернії дрібні,&lt;br /&gt;</w:t>
        <w:br/>
        <w:t>І спустить додолу тоді місяченько,&lt;br /&gt;</w:t>
        <w:br/>
        <w:t>Мов струни, ті промені срібні, –</w:t>
      </w:r>
    </w:p>
    <w:p>
      <w:r>
        <w:br/>
        <w:t>Тоді від заходу, зо мли таємної,&lt;br /&gt;</w:t>
        <w:br/>
        <w:t>З оселі вечірньої мрії,&lt;br /&gt;</w:t>
        <w:br/>
        <w:t>Луна пронесеться від пісні дивної,&lt;br /&gt;</w:t>
        <w:br/>
        <w:t>Гучної, мов гімни надії,</w:t>
      </w:r>
    </w:p>
    <w:p>
      <w:r>
        <w:br/>
        <w:t>І янгол величний з зорею на чолі,&lt;br /&gt;</w:t>
        <w:br/>
        <w:t>Мов хмарка прозора, поплине,&lt;br /&gt;</w:t>
        <w:br/>
        <w:t>Сіяючи світлом одвічної волі,&lt;br /&gt;</w:t>
        <w:br/>
        <w:t>До місяця вгору полине;</w:t>
      </w:r>
    </w:p>
    <w:p>
      <w:r>
        <w:br/>
        <w:t>І тихо руками до струн променистих&lt;br /&gt;</w:t>
        <w:br/>
        <w:t>Співець яснокрилий торкнеться,&lt;br /&gt;</w:t>
        <w:br/>
        <w:t>І легкая зграя акордів перлистих&lt;br /&gt;</w:t>
        <w:br/>
        <w:t>Із неба на землю поллється.</w:t>
      </w:r>
    </w:p>
    <w:p>
      <w:r>
        <w:br/>
        <w:t>Той голос надземний часами лунає&lt;br /&gt;</w:t>
        <w:br/>
        <w:t>В піснях соловейка навесні, –&lt;br /&gt;</w:t>
        <w:br/>
        <w:t>І тільки обранець між людьми здолає&lt;br /&gt;</w:t>
        <w:br/>
        <w:t>Співать тії гімни небесні.</w:t>
      </w:r>
    </w:p>
    <w:p>
      <w:r>
        <w:br/>
        <w:t>2</w:t>
      </w:r>
    </w:p>
    <w:p>
      <w:r>
        <w:br/>
        <w:t>У маленькій хатинці, у тихім куточку&lt;br /&gt;</w:t>
        <w:br/>
        <w:t>Мати спить і дитина маленька.&lt;br /&gt;</w:t>
        <w:br/>
        <w:t>У віконце одчинене линуть з садочку&lt;br /&gt;</w:t>
        <w:br/>
        <w:t>Урочисті пісні соловейка.</w:t>
      </w:r>
    </w:p>
    <w:p>
      <w:r>
        <w:br/>
        <w:t>Мати спить, над колискою сина схилившись,&lt;br /&gt;</w:t>
        <w:br/>
        <w:t>Певне, пісню малому співала,&lt;br /&gt;</w:t>
        <w:br/>
        <w:t>А тепер, як приспала його, – утомившись,&lt;br /&gt;</w:t>
        <w:br/>
        <w:t>Край його і сама задрімала.</w:t>
      </w:r>
    </w:p>
    <w:p>
      <w:r>
        <w:br/>
        <w:t>Спить маленький; матусину руку щільненько&lt;br /&gt;</w:t>
        <w:br/>
        <w:t>Обняли рученята дрібнії;&lt;br /&gt;</w:t>
        <w:br/>
        <w:t>Перед ним красні мрії снуються легенько,&lt;br /&gt;</w:t>
        <w:br/>
        <w:t>Невиразні, але чарівнії.</w:t>
      </w:r>
    </w:p>
    <w:p>
      <w:r>
        <w:br/>
        <w:t>І крізь сон йому чується спів соловйовий,&lt;br /&gt;</w:t>
        <w:br/>
        <w:t>Тонкі пахощі квітів з садочку,&lt;br /&gt;</w:t>
        <w:br/>
        <w:t>У віконце вривається легіт майовий.&lt;br /&gt;</w:t>
        <w:br/>
        <w:t>Промінь місячний гра на видочку…</w:t>
      </w:r>
    </w:p>
    <w:p>
      <w:r>
        <w:br/>
        <w:t>Раптом стихло усе… і з небес залунала&lt;br /&gt;</w:t>
        <w:br/>
        <w:t>Пісня та чарівна янголина.&lt;br /&gt;</w:t>
        <w:br/>
        <w:t>Тую пісню дитина крізь сон почувала, –&lt;br /&gt;</w:t>
        <w:br/>
        <w:t>І всміхалася любо дитина.</w:t>
      </w:r>
    </w:p>
    <w:p>
      <w:r>
        <w:br/>
        <w:t>3</w:t>
      </w:r>
    </w:p>
    <w:p>
      <w:r>
        <w:br/>
        <w:t>Ріс же той хлопчик при неньці коханій,&lt;br /&gt;</w:t>
        <w:br/>
        <w:t>Що обіцяла ясну&lt;br /&gt;</w:t>
        <w:br/>
        <w:t>Долю і славу дитині жаданій,&lt;br /&gt;</w:t>
        <w:br/>
        <w:t>Як колихала до сну:</w:t>
      </w:r>
    </w:p>
    <w:p>
      <w:r>
        <w:br/>
        <w:t>"Спи, любий синоньку! спи, моя врода!&lt;br /&gt;</w:t>
        <w:br/>
        <w:t>Будеш ти в світі щасливий,&lt;br /&gt;</w:t>
        <w:br/>
        <w:t>Буде тобі поміж людьми догода, –&lt;br /&gt;</w:t>
        <w:br/>
        <w:t>Ти ж бо у мене вродливий!.."</w:t>
      </w:r>
    </w:p>
    <w:p>
      <w:r>
        <w:br/>
        <w:t>Виріс той хлопчик, вродливий та гожий,&lt;br /&gt;</w:t>
        <w:br/>
        <w:t>Гарний, як малево, став,&lt;br /&gt;</w:t>
        <w:br/>
        <w:t>Голос до того дзвінкий мав, хороший,&lt;br /&gt;</w:t>
        <w:br/>
        <w:t>Штучно, чудово співав.</w:t>
      </w:r>
    </w:p>
    <w:p>
      <w:r>
        <w:br/>
        <w:t>Слави шукав по світах він усюди –&lt;br /&gt;</w:t>
        <w:br/>
        <w:t>І запобіг, і знайшов:&lt;br /&gt;</w:t>
        <w:br/>
        <w:t>Юрбами всюди зіходились люди,&lt;br /&gt;</w:t>
        <w:br/>
        <w:t>Всяк його слухати йшов.</w:t>
      </w:r>
    </w:p>
    <w:p>
      <w:r>
        <w:br/>
        <w:t>Всі його знали, усі дивували,&lt;br /&gt;</w:t>
        <w:br/>
        <w:t>Чув він хвалу собі скрізь,&lt;br /&gt;</w:t>
        <w:br/>
        <w:t>Бачив, як усміхи втішливі грали, –&lt;br /&gt;</w:t>
        <w:br/>
        <w:t>Тільки не бачив він сліз.</w:t>
      </w:r>
    </w:p>
    <w:p>
      <w:r>
        <w:br/>
        <w:t>Голос блискучий, мов крига ясная,&lt;br /&gt;</w:t>
        <w:br/>
        <w:t>Штучнії співи дзвінкі&lt;br /&gt;</w:t>
        <w:br/>
        <w:t>Тішили так, і юрба навісная&lt;br /&gt;</w:t>
        <w:br/>
        <w:t>Кидала квіти й вінки.</w:t>
      </w:r>
    </w:p>
    <w:p>
      <w:r>
        <w:br/>
        <w:t>"Слава митцеві!.." Та доля лихая&lt;br /&gt;</w:t>
        <w:br/>
        <w:t>Зрадила хутко його.&lt;br /&gt;</w:t>
        <w:br/>
        <w:t>Забавка людям знайшлася другая!&lt;br /&gt;</w:t>
        <w:br/>
        <w:t>Збувся він слави, всього!</w:t>
      </w:r>
    </w:p>
    <w:p>
      <w:r>
        <w:br/>
        <w:t>Хто так недавно приймав гучну славу,&lt;br /&gt;</w:t>
        <w:br/>
        <w:t>Світ того хутко забув;&lt;br /&gt;</w:t>
        <w:br/>
        <w:t>Кинув співець тоді юрбу лукаву,&lt;br /&gt;</w:t>
        <w:br/>
        <w:t>В рідний свій край повернув.</w:t>
      </w:r>
    </w:p>
    <w:p>
      <w:r>
        <w:br/>
        <w:t>Бідний мистець! він зневірився в людях!&lt;br /&gt;</w:t>
        <w:br/>
        <w:t>У глушині, самітний,&lt;br /&gt;</w:t>
        <w:br/>
        <w:t>З гордим, холодним презирством у грудях&lt;br /&gt;</w:t>
        <w:br/>
        <w:t>Жив він, забутий, смутний.</w:t>
      </w:r>
    </w:p>
    <w:p>
      <w:r>
        <w:br/>
        <w:t>4</w:t>
      </w:r>
    </w:p>
    <w:p>
      <w:r>
        <w:br/>
        <w:t>Ходить смутний співець по хатині,&lt;br /&gt;</w:t>
        <w:br/>
        <w:t>Зсунув брови, заломлює руки;&lt;br /&gt;</w:t>
        <w:br/>
        <w:t>Смутно, гірко йому в самотині,&lt;br /&gt;</w:t>
        <w:br/>
        <w:t>Серце рветься від жалю, від муки.</w:t>
      </w:r>
    </w:p>
    <w:p>
      <w:r>
        <w:br/>
        <w:t>Став співець край віконця малого,&lt;br /&gt;</w:t>
        <w:br/>
        <w:t>Погляд звів геть на небо нічнеє,&lt;br /&gt;</w:t>
        <w:br/>
        <w:t>Ніч суворо дивилась на нього…&lt;br /&gt;</w:t>
        <w:br/>
        <w:t>І промовив він слово сумнеє:</w:t>
      </w:r>
    </w:p>
    <w:p>
      <w:r>
        <w:br/>
        <w:t>"Тяжко жити в зрадливому світі!&lt;br /&gt;</w:t>
        <w:br/>
        <w:t>В серці рани глибокі палають,&lt;br /&gt;</w:t>
        <w:br/>
        <w:t>Серце вражене буде щеміти,&lt;br /&gt;</w:t>
        <w:br/>
        <w:t>Поки в землю його не сховають!.."</w:t>
      </w:r>
    </w:p>
    <w:p>
      <w:r>
        <w:br/>
        <w:t>На устах слово прикре німіє…&lt;br /&gt;</w:t>
        <w:br/>
        <w:t>У садочку так глухо і темно.&lt;br /&gt;</w:t>
        <w:br/>
        <w:t>Соловейків нема. Вітер віє,&lt;br /&gt;</w:t>
        <w:br/>
        <w:t>Шелестить верховіттям таємно.</w:t>
      </w:r>
    </w:p>
    <w:p>
      <w:r>
        <w:br/>
        <w:t>"Що се? знов я той чад споминаю?!&lt;br /&gt;</w:t>
        <w:br/>
        <w:t>Ні, я з пам’яті вирву ту славу!&lt;br /&gt;</w:t>
        <w:br/>
        <w:t>Я ненавиджу, я проклинаю&lt;br /&gt;</w:t>
        <w:br/>
        <w:t>Ту юрбу неправдиву, лукаву!.."</w:t>
      </w:r>
    </w:p>
    <w:p>
      <w:r>
        <w:br/>
        <w:t>Гордо блиснув очима й зважливо&lt;br /&gt;</w:t>
        <w:br/>
        <w:t>Чоло вгору підвів на хвилину,&lt;br /&gt;</w:t>
        <w:br/>
        <w:t>Потім знов похилився журливо…&lt;br /&gt;</w:t>
        <w:br/>
        <w:t>Що згадав він у сюю годину?</w:t>
      </w:r>
    </w:p>
    <w:p>
      <w:r>
        <w:br/>
        <w:t>Він згадав, як в сій самій хатині&lt;br /&gt;</w:t>
        <w:br/>
        <w:t>З ним була його ненька рідненька.&lt;br /&gt;</w:t>
        <w:br/>
        <w:t>Тихо, любо жилося дитині,&lt;br /&gt;</w:t>
        <w:br/>
        <w:t>І ніщо не сушило серденька.</w:t>
      </w:r>
    </w:p>
    <w:p>
      <w:r>
        <w:br/>
        <w:t>Любі спогади!.. Ночі весняні,&lt;br /&gt;</w:t>
        <w:br/>
        <w:t>Ночі місячні… спів солов’їний…&lt;br /&gt;</w:t>
        <w:br/>
        <w:t>Потім співи матусі кохані…&lt;br /&gt;</w:t>
        <w:br/>
        <w:t>Знову спів, – дивний спів, янголиний!..</w:t>
      </w:r>
    </w:p>
    <w:p>
      <w:r>
        <w:br/>
        <w:t>"Хто співав? Де? Коли чув я теє?..&lt;br /&gt;</w:t>
        <w:br/>
        <w:t>Не згадаю!" – покликнув у тузі…&lt;br /&gt;</w:t>
        <w:br/>
        <w:t>Слав проміння йому золотеє&lt;br /&gt;</w:t>
        <w:br/>
        <w:t>Місяць з неба, сіяючи в крузі.</w:t>
      </w:r>
    </w:p>
    <w:p>
      <w:r>
        <w:br/>
        <w:t>"Я згадав! я той спів пам’ятаю!&lt;br /&gt;</w:t>
        <w:br/>
        <w:t>О, якби та юрба неправдива&lt;br /&gt;</w:t>
        <w:br/>
        <w:t>Вчула, як я тепер заспіваю! –&lt;br /&gt;</w:t>
        <w:br/>
        <w:t>Скам’яніла б з нестяму та дива!"</w:t>
      </w:r>
    </w:p>
    <w:p>
      <w:r>
        <w:br/>
        <w:t>І мистець заспівав; але штучно,&lt;br /&gt;</w:t>
        <w:br/>
        <w:t>Дивно, гостро той спів розлягався,&lt;br /&gt;</w:t>
        <w:br/>
        <w:t>Якось дико, хоч гордо та гучно,&lt;br /&gt;</w:t>
        <w:br/>
        <w:t>Забринів, затремтів – і порвався.</w:t>
      </w:r>
    </w:p>
    <w:p>
      <w:r>
        <w:br/>
        <w:t>Заломив же співець тоді руки:&lt;br /&gt;</w:t>
        <w:br/>
        <w:t>"Ні! минули часи ті щасливі!.."&lt;br /&gt;</w:t>
        <w:br/>
        <w:t>Полились не мистецькії гуки,&lt;br /&gt;</w:t>
        <w:br/>
        <w:t>А ридання гіркі, розпачливі.</w:t>
      </w:r>
    </w:p>
    <w:p>
      <w:r>
        <w:br/>
        <w:t>5</w:t>
      </w:r>
    </w:p>
    <w:p>
      <w:r>
        <w:br/>
        <w:t>Не день, не годину, в журбі та в печалі,&lt;br /&gt;</w:t>
        <w:br/>
        <w:t>Прожив той співець, як в пустині,&lt;br /&gt;</w:t>
        <w:br/>
        <w:t>А далі запрагнув гіркі свої жалі&lt;br /&gt;</w:t>
        <w:br/>
        <w:t>Вповідати щирій людині.</w:t>
      </w:r>
    </w:p>
    <w:p>
      <w:r>
        <w:br/>
        <w:t>Та люди чужі тих розмов не приймали,&lt;br /&gt;</w:t>
        <w:br/>
        <w:t>Що людям до жалю чужого?&lt;br /&gt;</w:t>
        <w:br/>
        <w:t>Одні позіхали, байдуже мовчали,&lt;br /&gt;</w:t>
        <w:br/>
        <w:t>А другі тікали від нього.</w:t>
      </w:r>
    </w:p>
    <w:p>
      <w:r>
        <w:br/>
        <w:t>Коли ж хто з своєю журбою до нього,&lt;br /&gt;</w:t>
        <w:br/>
        <w:t>Неначе до друга, вдавався, –&lt;br /&gt;</w:t>
        <w:br/>
        <w:t>Співець утікав тоді сам вже від того,&lt;br /&gt;</w:t>
        <w:br/>
        <w:t>Від жалів чужих він ховався.</w:t>
      </w:r>
    </w:p>
    <w:p>
      <w:r>
        <w:br/>
        <w:t>Вернувся додому у тяжкій розраді&lt;br /&gt;</w:t>
        <w:br/>
        <w:t>І сумно схилив своє чоло.&lt;br /&gt;</w:t>
        <w:br/>
        <w:t>"Чи варто ж в людей сих шукати поради?&lt;br /&gt;</w:t>
        <w:br/>
        <w:t>Нікчемні тут люди навколо!</w:t>
      </w:r>
    </w:p>
    <w:p>
      <w:r>
        <w:br/>
        <w:t>Кому я віддав дорогі самоцвіти&lt;br /&gt;</w:t>
        <w:br/>
        <w:t>Найвищого чистого хисту?&lt;br /&gt;</w:t>
        <w:br/>
        <w:t>Чи варто ж під ноги їм кидати квіти,&lt;br /&gt;</w:t>
        <w:br/>
        <w:t>Снувати веселку барвисту?</w:t>
      </w:r>
    </w:p>
    <w:p>
      <w:r>
        <w:br/>
        <w:t>Не варто служити химерному світу!&lt;br /&gt;</w:t>
        <w:br/>
        <w:t>Нехай в самотині загину,&lt;br /&gt;</w:t>
        <w:br/>
        <w:t>Але вже я більше прекрасного цвіту&lt;br /&gt;</w:t>
        <w:br/>
        <w:t>Під ноги тій зграї не кину!"</w:t>
      </w:r>
    </w:p>
    <w:p>
      <w:r>
        <w:br/>
        <w:t>Тьмарилися думки і серце боліло…&lt;br /&gt;</w:t>
        <w:br/>
        <w:t>Співець підійшов до віконця:&lt;br /&gt;</w:t>
        <w:br/>
        <w:t>В садочку все квітом весняним біліло,&lt;br /&gt;</w:t>
        <w:br/>
        <w:t>Сміялося проміння сонця.</w:t>
      </w:r>
    </w:p>
    <w:p>
      <w:r>
        <w:br/>
        <w:t>Вже сонце котилось до темного бору&lt;br /&gt;</w:t>
        <w:br/>
        <w:t>І в теплім промінні купало&lt;br /&gt;</w:t>
        <w:br/>
        <w:t>І ярі лани, і веселую гору –&lt;br /&gt;</w:t>
        <w:br/>
        <w:t>Навколо все барвами грало.</w:t>
      </w:r>
    </w:p>
    <w:p>
      <w:r>
        <w:br/>
        <w:t>І вабило яснеє сонце злотисте&lt;br /&gt;</w:t>
        <w:br/>
        <w:t>Співця з його смутної хати&lt;br /&gt;</w:t>
        <w:br/>
        <w:t>Туди, в теє поле простореє, чисте,&lt;br /&gt;</w:t>
        <w:br/>
        <w:t>По волі гуляти-блукати.</w:t>
      </w:r>
    </w:p>
    <w:p>
      <w:r>
        <w:br/>
        <w:t>І вийшов співець геть із хати сумної,&lt;br /&gt;</w:t>
        <w:br/>
        <w:t>На вулицю вийшов сільськую,&lt;br /&gt;</w:t>
        <w:br/>
        <w:t>Корився принаді весни чарівної,&lt;br /&gt;</w:t>
        <w:br/>
        <w:t>Забуть хотів тугу тяжкую.</w:t>
      </w:r>
    </w:p>
    <w:p>
      <w:r>
        <w:br/>
        <w:t>На вулиці там недалечко стояла&lt;br /&gt;</w:t>
        <w:br/>
        <w:t>Громадка людей невелика,&lt;br /&gt;</w:t>
        <w:br/>
        <w:t>З середини тої громадки лунала&lt;br /&gt;</w:t>
        <w:br/>
        <w:t>Журливая, чула музика.</w:t>
      </w:r>
    </w:p>
    <w:p>
      <w:r>
        <w:br/>
        <w:t>Співець приступив до гурточку малого&lt;br /&gt;</w:t>
        <w:br/>
        <w:t>Поглянути, що там такеє?&lt;br /&gt;</w:t>
        <w:br/>
        <w:t>Там лірник сидів собі долі, – край нього&lt;br /&gt;</w:t>
        <w:br/>
        <w:t>Поводар, хлоп’ятко малеє.</w:t>
      </w:r>
    </w:p>
    <w:p>
      <w:r>
        <w:br/>
        <w:t>Щодалі все більше людей прибувало,&lt;br /&gt;</w:t>
        <w:br/>
        <w:t>Виходили з кожної хати,&lt;br /&gt;</w:t>
        <w:br/>
        <w:t>Стареє й малеє до гурту ставало&lt;br /&gt;</w:t>
        <w:br/>
        <w:t>Сліпого співця вислухати.</w:t>
      </w:r>
    </w:p>
    <w:p>
      <w:r>
        <w:br/>
        <w:t>Їм лірник співав про колишню неволю,&lt;br /&gt;</w:t>
        <w:br/>
        <w:t>"Даремщину-панщину" злую,&lt;br /&gt;</w:t>
        <w:br/>
        <w:t>Про тую нещасну підданськую долю,&lt;br /&gt;</w:t>
        <w:br/>
        <w:t>Про панську сваволю лихую.</w:t>
      </w:r>
    </w:p>
    <w:p>
      <w:r>
        <w:br/>
        <w:t>А ліра голосить, квилить жалібниця, –&lt;br /&gt;</w:t>
        <w:br/>
        <w:t>"Сирітки" сліпець починає.&lt;br /&gt;</w:t>
        <w:br/>
        <w:t>Ой вже не одна у гурті молодиця&lt;br /&gt;</w:t>
        <w:br/>
        <w:t>Хустиною сльози втирає.</w:t>
      </w:r>
    </w:p>
    <w:p>
      <w:r>
        <w:br/>
        <w:t>Он плаче в куточку дівчатко маленьке,&lt;br /&gt;</w:t>
        <w:br/>
        <w:t>В знесиллі схилилось до тина,&lt;br /&gt;</w:t>
        <w:br/>
        <w:t>Від плачу стинається тіло худеньке:&lt;br /&gt;</w:t>
        <w:br/>
        <w:t>Сирітка – та бідна дитина!..</w:t>
      </w:r>
    </w:p>
    <w:p>
      <w:r>
        <w:br/>
        <w:t>Кінчалася пісня; слова жалібнії&lt;br /&gt;</w:t>
        <w:br/>
        <w:t>Змінилися в слово потіхи:&lt;br /&gt;</w:t>
        <w:br/>
        <w:t>Що там десь, у бога, за муки земнії –&lt;br /&gt;</w:t>
        <w:br/>
        <w:t>Небеснії ждуть нас утіхи.</w:t>
      </w:r>
    </w:p>
    <w:p>
      <w:r>
        <w:br/>
        <w:t>Слова потішали, а голос і ліра,&lt;br /&gt;</w:t>
        <w:br/>
        <w:t>Як перш, голосили-ридали,&lt;br /&gt;</w:t>
        <w:br/>
        <w:t>Лагідна потіха і ясная віра&lt;br /&gt;</w:t>
        <w:br/>
        <w:t>Зникали, в жалю потопали…</w:t>
      </w:r>
    </w:p>
    <w:p>
      <w:r>
        <w:br/>
        <w:t>"Нема в світі правди!" Сей крик розпачливий&lt;br /&gt;</w:t>
        <w:br/>
        <w:t>Не співом, а плачем озвався.&lt;br /&gt;</w:t>
        <w:br/>
        <w:t>Сей поклик гіркий, безнадійний, вразливий&lt;br /&gt;</w:t>
        <w:br/>
        <w:t>Співцеві у серці віддався, –</w:t>
      </w:r>
    </w:p>
    <w:p>
      <w:r>
        <w:br/>
        <w:t>Мов серце розкраяв… Тяжкії ридання&lt;br /&gt;</w:t>
        <w:br/>
        <w:t>Співцеві знялися у грудях;&lt;br /&gt;</w:t>
        <w:br/>
        <w:t>Він кинувся геть, геть від того співання,&lt;br /&gt;</w:t>
        <w:br/>
        <w:t>Що плачем озвалось по людях.</w:t>
      </w:r>
    </w:p>
    <w:p>
      <w:r>
        <w:br/>
        <w:t>Пішов він далеко від тої громади,&lt;br /&gt;</w:t>
        <w:br/>
        <w:t>Але не до білого двору,&lt;br /&gt;</w:t>
        <w:br/>
        <w:t>Пішов до діброви шукати поради,&lt;br /&gt;</w:t>
        <w:br/>
        <w:t>До темного смутного бору.</w:t>
      </w:r>
    </w:p>
    <w:p>
      <w:r>
        <w:br/>
        <w:t>Там довго блукав він по темному борі,&lt;br /&gt;</w:t>
        <w:br/>
        <w:t>За ним його туга літала.&lt;br /&gt;</w:t>
        <w:br/>
        <w:t>Вже й нічка настала, засяяли зорі,&lt;br /&gt;</w:t>
        <w:br/>
        <w:t>І темрява бір залягала.</w:t>
      </w:r>
    </w:p>
    <w:p>
      <w:r>
        <w:br/>
        <w:t>Співець не вважав ні на тіні ворожі,&lt;br /&gt;</w:t>
        <w:br/>
        <w:t>Що скрізь від дерев простяглися,&lt;br /&gt;</w:t>
        <w:br/>
        <w:t>Співець не вважав ні на зіроньки гожі,&lt;br /&gt;</w:t>
        <w:br/>
        <w:t>Що тихим огнем зайнялися.</w:t>
      </w:r>
    </w:p>
    <w:p>
      <w:r>
        <w:br/>
        <w:t>Не сходили з мислі йому тії гуки,&lt;br /&gt;</w:t>
        <w:br/>
        <w:t>То тихі, то сумно-здужалі,&lt;br /&gt;</w:t>
        <w:br/>
        <w:t>Були в них якісь недоспівані муки,&lt;br /&gt;</w:t>
        <w:br/>
        <w:t>Якісь недомовлені жалі;</w:t>
      </w:r>
    </w:p>
    <w:p>
      <w:r>
        <w:br/>
        <w:t>І тяжко йому, невиразнії муки&lt;br /&gt;</w:t>
        <w:br/>
        <w:t>Серденько зболілеє стисли, –&lt;br /&gt;</w:t>
        <w:br/>
        <w:t>Співець розпачливо здійняв свої руки,&lt;br /&gt;</w:t>
        <w:br/>
        <w:t>В очах йому сльози заблисли.</w:t>
      </w:r>
    </w:p>
    <w:p>
      <w:r>
        <w:br/>
        <w:t>"Якби мені знову колишняя сила,&lt;br /&gt;</w:t>
        <w:br/>
        <w:t>Якби мені гуки міцнії,&lt;br /&gt;</w:t>
        <w:br/>
        <w:t>Тоді б мене туга оця не гнітила!..&lt;br /&gt;</w:t>
        <w:br/>
        <w:t>Ох, співи мої голоснії!..</w:t>
      </w:r>
    </w:p>
    <w:p>
      <w:r>
        <w:br/>
        <w:t>Коли б же тепер хоч на час, на годину&lt;br /&gt;</w:t>
        <w:br/>
        <w:t>Вернути співецьку потугу,&lt;br /&gt;</w:t>
        <w:br/>
        <w:t>Полинув би спів мій на цілу країну,&lt;br /&gt;</w:t>
        <w:br/>
        <w:t>Домовив би гіркую тугу!</w:t>
      </w:r>
    </w:p>
    <w:p>
      <w:r>
        <w:br/>
        <w:t>Не марної слави, не сміху пустого,&lt;br /&gt;</w:t>
        <w:br/>
        <w:t>Я сліз буду в світі шукати,&lt;br /&gt;</w:t>
        <w:br/>
        <w:t>Для сліз отих щирих, для смутку святого&lt;br /&gt;</w:t>
        <w:br/>
        <w:t>Ще варто і жити, й співати!"</w:t>
      </w:r>
    </w:p>
    <w:p>
      <w:r>
        <w:br/>
        <w:t>На небо він глянув очима смутними,&lt;br /&gt;</w:t>
        <w:br/>
        <w:t>Од місяця промені впали&lt;br /&gt;</w:t>
        <w:br/>
        <w:t>Йому на обличчя стрілами срібними,&lt;br /&gt;</w:t>
        <w:br/>
        <w:t>В сльозах йому сріблом заграли.</w:t>
      </w:r>
    </w:p>
    <w:p>
      <w:r>
        <w:br/>
        <w:t>Лагіднеє світло до серця проникло,&lt;br /&gt;</w:t>
        <w:br/>
        <w:t>Серденько міцніше забилось,&lt;br /&gt;</w:t>
        <w:br/>
        <w:t>І все, що давно було з пам’яті зникло,&lt;br /&gt;</w:t>
        <w:br/>
        <w:t>Зненацька так ясно з’явилось.</w:t>
      </w:r>
    </w:p>
    <w:p>
      <w:r>
        <w:br/>
        <w:t>І співи матусі, й дитячії мрії,&lt;br /&gt;</w:t>
        <w:br/>
        <w:t>І місячні ночі навесні,&lt;br /&gt;</w:t>
        <w:br/>
        <w:t>І співи гучнії, мов гімни надії,&lt;br /&gt;</w:t>
        <w:br/>
        <w:t>Забутії співи небесні –</w:t>
      </w:r>
    </w:p>
    <w:p>
      <w:r>
        <w:br/>
        <w:t>Він все пригадав… Раптом пісня чудова&lt;br /&gt;</w:t>
        <w:br/>
        <w:t>Навколо геть-геть залунала,&lt;br /&gt;</w:t>
        <w:br/>
        <w:t>Луну підхопила зелена діброва&lt;br /&gt;</w:t>
        <w:br/>
        <w:t>І з вітром далеко послала.</w:t>
      </w:r>
    </w:p>
    <w:p>
      <w:r>
        <w:br/>
        <w:t>Відколи на світі пісні гомоніли,&lt;br /&gt;</w:t>
        <w:br/>
        <w:t>Такої не чуто ніколи.&lt;br /&gt;</w:t>
        <w:br/>
        <w:t>Все стихло, а вільнії гуки летіли&lt;br /&gt;</w:t>
        <w:br/>
        <w:t>Далеко за гори, за доли…</w:t>
      </w:r>
    </w:p>
    <w:p>
      <w:r>
        <w:br/>
        <w:t>6</w:t>
      </w:r>
    </w:p>
    <w:p>
      <w:r>
        <w:br/>
        <w:t>Знов співець у широкому світі,&lt;br /&gt;</w:t>
        <w:br/>
        <w:t>Знов його наче бога вітають,&lt;br /&gt;</w:t>
        <w:br/>
        <w:t>Люди сиплють і лаври, і квіти,&lt;br /&gt;</w:t>
        <w:br/>
        <w:t>Дорогі подарунки складають.</w:t>
      </w:r>
    </w:p>
    <w:p>
      <w:r>
        <w:br/>
        <w:t>Ясна зала вся світлом палає,&lt;br /&gt;</w:t>
        <w:br/>
        <w:t>Грім плескання, громада без ліку.&lt;br /&gt;</w:t>
        <w:br/>
        <w:t>Гомонить люд, співця викликає –&lt;br /&gt;</w:t>
        <w:br/>
        <w:t>Він придбав собі славу велику!</w:t>
      </w:r>
    </w:p>
    <w:p>
      <w:r>
        <w:br/>
        <w:t>На кону він. Мов хвилі морськії&lt;br /&gt;</w:t>
        <w:br/>
        <w:t>Загули, заревли, зашуміли&lt;br /&gt;</w:t>
        <w:br/>
        <w:t>Голоси невгамовні людськії,&lt;br /&gt;</w:t>
        <w:br/>
        <w:t>Знову квіти дощем полетіли.</w:t>
      </w:r>
    </w:p>
    <w:p>
      <w:r>
        <w:br/>
        <w:t>Заспівав, і юрба величенна&lt;br /&gt;</w:t>
        <w:br/>
        <w:t>Мов життя на той час зупинила;&lt;br /&gt;</w:t>
        <w:br/>
        <w:t>Прислухалась юрба незчисленна,&lt;br /&gt;</w:t>
        <w:br/>
        <w:t>Що та пісня дивна гомоніла:</w:t>
      </w:r>
    </w:p>
    <w:p>
      <w:r>
        <w:br/>
        <w:t>"Мені чоло сьогодні квітчає&lt;br /&gt;</w:t>
        <w:br/>
        <w:t>Сей почесний лавровий вінець.&lt;br /&gt;</w:t>
        <w:br/>
        <w:t>Я склоняюсь, бо слава вінчає, –&lt;br /&gt;</w:t>
        <w:br/>
        <w:t>Їй же клониться кожний співець.</w:t>
      </w:r>
    </w:p>
    <w:p>
      <w:r>
        <w:br/>
        <w:t>Славо, горда та пишна царице!&lt;br /&gt;</w:t>
        <w:br/>
        <w:t>Хоч склонив своє чоло співець,&lt;br /&gt;</w:t>
        <w:br/>
        <w:t>Та не вірить тобі, чарівнице,&lt;br /&gt;</w:t>
        <w:br/>
        <w:t>Як зрадливому морю плавець.</w:t>
      </w:r>
    </w:p>
    <w:p>
      <w:r>
        <w:br/>
        <w:t>Не для слави – для вас, мої браття,&lt;br /&gt;</w:t>
        <w:br/>
        <w:t>Я свій скарб найдорожчий ховав,&lt;br /&gt;</w:t>
        <w:br/>
        <w:t>Він чистіший, ніж ясне багаття,&lt;br /&gt;</w:t>
        <w:br/>
        <w:t>І не легко його я придбав.</w:t>
      </w:r>
    </w:p>
    <w:p>
      <w:r>
        <w:br/>
        <w:t>Скільки сліз було гірких пролито –&lt;br /&gt;</w:t>
        <w:br/>
        <w:t>Їх лічив тільки місяць ясний!&lt;br /&gt;</w:t>
        <w:br/>
        <w:t>Скільки муки було пережито –&lt;br /&gt;</w:t>
        <w:br/>
        <w:t>Знає те мій садок затишний!</w:t>
      </w:r>
    </w:p>
    <w:p>
      <w:r>
        <w:br/>
        <w:t>Наче квітка, росою умита,&lt;br /&gt;</w:t>
        <w:br/>
        <w:t>Так мій скарб від тих сліз розцвітав,&lt;br /&gt;</w:t>
        <w:br/>
        <w:t>Мов калинонька, сонцем пригріта,&lt;br /&gt;</w:t>
        <w:br/>
        <w:t>Від палкого жалю виростав.</w:t>
      </w:r>
    </w:p>
    <w:p>
      <w:r>
        <w:br/>
        <w:t>Місяць промінням смутним, лагідним&lt;br /&gt;</w:t>
        <w:br/>
        <w:t>Цілував його, пестив, кохав,&lt;br /&gt;</w:t>
        <w:br/>
        <w:t>Але сам своїм серденьком бідним&lt;br /&gt;</w:t>
        <w:br/>
        <w:t>Я життя тому скарбові дав.</w:t>
      </w:r>
    </w:p>
    <w:p>
      <w:r>
        <w:br/>
        <w:t>Отже, скарб сей, єдиний, що маю,&lt;br /&gt;</w:t>
        <w:br/>
        <w:t>Я вам, браття, тепер віддаю, –&lt;br /&gt;</w:t>
        <w:br/>
        <w:t>Вам і рідному любому краю, –&lt;br /&gt;</w:t>
        <w:br/>
        <w:t>Тож прийміте ви пісню мою.</w:t>
      </w:r>
    </w:p>
    <w:p>
      <w:r>
        <w:br/>
        <w:t>Недомовлені гіркії жалі&lt;br /&gt;</w:t>
        <w:br/>
        <w:t>В рідній пісні почув я колись,&lt;br /&gt;</w:t>
        <w:br/>
        <w:t>Бачив тихії сльози печалі,&lt;br /&gt;</w:t>
        <w:br/>
        <w:t>Що, мов перли, котились-лились.</w:t>
      </w:r>
    </w:p>
    <w:p>
      <w:r>
        <w:br/>
        <w:t>Тії сльози, ті перли яснії,&lt;br /&gt;</w:t>
        <w:br/>
        <w:t>Певне, впали у серце моє,&lt;br /&gt;</w:t>
        <w:br/>
        <w:t>Бо ще й досі на сльози сумнії&lt;br /&gt;</w:t>
        <w:br/>
        <w:t>Пісня з серця мого устає.</w:t>
      </w:r>
    </w:p>
    <w:p>
      <w:r>
        <w:br/>
        <w:t>Коли співи мої жалібнії&lt;br /&gt;</w:t>
        <w:br/>
        <w:t>Знову викличуть сльози чиї,&lt;br /&gt;</w:t>
        <w:br/>
        <w:t>То над скарби усі дорогії&lt;br /&gt;</w:t>
        <w:br/>
        <w:t>Надгорода то буде мені.</w:t>
      </w:r>
    </w:p>
    <w:p>
      <w:r>
        <w:br/>
        <w:t>Я шукаю тії надгороди,&lt;br /&gt;</w:t>
        <w:br/>
        <w:t>Я за нею подався у світ,&lt;br /&gt;</w:t>
        <w:br/>
        <w:t>Більш, ніж лаври та гомін догоди,&lt;br /&gt;</w:t>
        <w:br/>
        <w:t>Мені скаже той тихий привіт.</w:t>
      </w:r>
    </w:p>
    <w:p>
      <w:r>
        <w:br/>
        <w:t>Знайте, браття: хто пісні смутної&lt;br /&gt;</w:t>
        <w:br/>
        <w:t>Вислухати від мене прийде,&lt;br /&gt;</w:t>
        <w:br/>
        <w:t>Не забуде він пісні дивної, –&lt;br /&gt;</w:t>
        <w:br/>
        <w:t>Вона в серце йому западе…</w:t>
      </w:r>
    </w:p>
    <w:p>
      <w:r>
        <w:br/>
        <w:t>Як умру я, імення славутне&lt;br /&gt;</w:t>
        <w:br/>
        <w:t>Хутко з пам’яті зникне усім, –&lt;br /&gt;</w:t>
        <w:br/>
        <w:t>Хутко-хутко усе "незабутнє"&lt;br /&gt;</w:t>
        <w:br/>
        <w:t>Забувається в світі отсім!</w:t>
      </w:r>
    </w:p>
    <w:p>
      <w:r>
        <w:br/>
        <w:t>Але поки ще буде на світі&lt;br /&gt;</w:t>
        <w:br/>
        <w:t>Хоч єдина людина сумна,&lt;br /&gt;</w:t>
        <w:br/>
        <w:t>Доти буде між людьми бриніти&lt;br /&gt;</w:t>
        <w:br/>
        <w:t>Моя пісня смутна-голосна.</w:t>
      </w:r>
    </w:p>
    <w:p>
      <w:r>
        <w:br/>
        <w:t>Довго щирими сими словами&lt;br /&gt;</w:t>
        <w:br/>
        <w:t>До людей промовлятиму я;&lt;br /&gt;</w:t>
        <w:br/>
        <w:t>Я загину, – та довго між вами&lt;br /&gt;</w:t>
        <w:br/>
        <w:t>Гомонітиме пісня моя!.."</w:t>
      </w:r>
    </w:p>
    <w:p>
      <w:r>
        <w:br/>
        <w:t>[Євпаторія, 4 серпня 1891 р. Зовсім скінчено 1892 p.]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Місячна легенда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