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Могилині родини</w:t>
      </w:r>
    </w:p>
    <w:p>
      <w:r>
        <w:br/>
        <w:t xml:space="preserve"> Ось чутка степом полетіла&lt;br /&gt;</w:t>
        <w:br/>
        <w:t>(На що то гріх не підведе),&lt;br /&gt;</w:t>
        <w:br/>
        <w:t>Що у степу якась Могила&lt;br /&gt;</w:t>
        <w:br/>
        <w:t>Дитину швидко приведе.&lt;br /&gt;</w:t>
        <w:br/>
        <w:t>Про диво сеє як почули,&lt;br /&gt;</w:t>
        <w:br/>
        <w:t>То люди зараз в степ майнули,&lt;br /&gt;</w:t>
        <w:br/>
        <w:t>Старий і молодий к Могилі, знай, іде.&lt;br /&gt;</w:t>
        <w:br/>
        <w:t>Крий Боже, народу якого там зобралось!&lt;br /&gt;</w:t>
        <w:br/>
        <w:t>Як об Іллі в Ромні;&lt;br /&gt;</w:t>
        <w:br/>
        <w:t>Буцім там місто починалось.&lt;br /&gt;</w:t>
        <w:br/>
        <w:t>Де ні взялись міняйли й шинкарі&lt;br /&gt;</w:t>
        <w:br/>
        <w:t>І підняли між себе галас;&lt;br /&gt;</w:t>
        <w:br/>
        <w:t>Чумак із сіллю став, із дьогтем дьогтярі,&lt;br /&gt;</w:t>
        <w:br/>
        <w:t>І красти бублики шатнули школярі;&lt;br /&gt;</w:t>
        <w:br/>
        <w:t>Сластьони шкварились, сідухи цокотіли;&lt;br /&gt;</w:t>
        <w:br/>
        <w:t>Про Лазаря старці під кобзу голосили;&lt;br /&gt;</w:t>
        <w:br/>
        <w:t>"Холодний квас!" — москаль між народом гукав&lt;br /&gt;</w:t>
        <w:br/>
        <w:t>Знечев’я, а базар в степу як треба став.&lt;br /&gt;</w:t>
        <w:br/>
        <w:t>Хрещений люд хоча гуляє,&lt;br /&gt;</w:t>
        <w:br/>
        <w:t>Да на Могилу все раз по раз позирає,&lt;br /&gt;</w:t>
        <w:br/>
        <w:t>Чи швидко вродиться те чадо степове.&lt;br /&gt;</w:t>
        <w:br/>
        <w:t>Могила ж стогне, мов сопе, мов тяжко дише,&lt;br /&gt;</w:t>
        <w:br/>
        <w:t>Боками сивими колише&lt;br /&gt;</w:t>
        <w:br/>
        <w:t>І з лиха на ввесь степ реве.&lt;br /&gt;</w:t>
        <w:br/>
        <w:t>Народ дивується, да їсть, да п’є горілку.&lt;br /&gt;</w:t>
        <w:br/>
        <w:t>Вже панський стадник Опанас,&lt;br /&gt;</w:t>
        <w:br/>
        <w:t>Покинувши товар, що пас,&lt;br /&gt;</w:t>
        <w:br/>
        <w:t>З кишені витягнув сопілку&lt;br /&gt;</w:t>
        <w:br/>
        <w:t>Да як утне московського бичка!&lt;br /&gt;</w:t>
        <w:br/>
        <w:t>Підківки зараз забряжчали,&lt;br /&gt;</w:t>
        <w:br/>
        <w:t>В кружку дівчата танцювали;&lt;br /&gt;</w:t>
        <w:br/>
        <w:t>Москаль покинув глек та садить гоцака.&lt;br /&gt;</w:t>
        <w:br/>
        <w:t>Аж ось — лулусь щось під ногами!&lt;br /&gt;</w:t>
        <w:br/>
        <w:t>Загоготів якийсь підземний глас.&lt;br /&gt;</w:t>
        <w:br/>
        <w:t>Базар утих, баби замовкли під возами,&lt;br /&gt;</w:t>
        <w:br/>
        <w:t>Із ляку упустив сопілку Опанас,&lt;br /&gt;</w:t>
        <w:br/>
        <w:t>І люди, хрестячись, баньки повитріщали.&lt;br /&gt;</w:t>
        <w:br/>
        <w:t>Могила тріснула, і те дитя, що ждали,&lt;br /&gt;</w:t>
        <w:br/>
        <w:t>На божий світ сусіль — як пить дало!&lt;br /&gt;</w:t>
        <w:br/>
        <w:t>Та що ж за чадо те було,&lt;br /&gt;</w:t>
        <w:br/>
        <w:t>Що стільки гомону між нами наробило?&lt;br /&gt;</w:t>
        <w:br/>
        <w:t>"Мабуть, підсудок?" — "Ні!" — "Так лев?" —&lt;br /&gt;</w:t>
        <w:br/>
        <w:t>"Ні!" — "Так мішок&lt;br /&gt;</w:t>
        <w:br/>
        <w:t>З дукатами?" — "Ні, ні!" — "Так папорті цвіток?"&lt;br /&gt;</w:t>
        <w:br/>
        <w:t>"Але ж!" — "Так, з нами хресна сила,&lt;br /&gt;</w:t>
        <w:br/>
        <w:t>Мабуть, вона полубіса вродила?"&lt;br /&gt;</w:t>
        <w:br/>
        <w:t>"Не втяв!" — "Так вилила козацького коня?"&lt;br /&gt;</w:t>
        <w:br/>
        <w:t>"Ні, просто привела руденьке мишеня".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Могилині родини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