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уїнах</w:t>
      </w:r>
    </w:p>
    <w:p>
      <w:r>
        <w:br/>
        <w:t xml:space="preserve"> &lt;p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уї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