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Нальотчиця</w:t>
      </w:r>
    </w:p>
    <w:p>
      <w:r>
        <w:br/>
        <w:t xml:space="preserve"> НАЛЬОТЧИЦЯ&lt;br /&gt;</w:t>
        <w:br/>
        <w:t>(Поема)</w:t>
      </w:r>
    </w:p>
    <w:p>
      <w:r>
        <w:br/>
        <w:t>І</w:t>
      </w:r>
    </w:p>
    <w:p>
      <w:r>
        <w:br/>
        <w:t>Біля конторки хлопці п'яні,&lt;br /&gt;</w:t>
        <w:br/>
        <w:t>вгорі вагончики біжать;&lt;br /&gt;</w:t>
        <w:br/>
        <w:t>і труби в синім океані...&lt;br /&gt;</w:t>
        <w:br/>
        <w:t>Туди летить моя душа.</w:t>
      </w:r>
    </w:p>
    <w:p>
      <w:r>
        <w:br/>
        <w:t>Колись на станції з огнями&lt;br /&gt;</w:t>
        <w:br/>
        <w:t>шумів залюднений перон,&lt;br /&gt;</w:t>
        <w:br/>
        <w:t>і чорним привидом між нами&lt;br /&gt;</w:t>
        <w:br/>
        <w:t>ходив в медалях "фараон"...</w:t>
      </w:r>
    </w:p>
    <w:p>
      <w:r>
        <w:br/>
        <w:t>А ніччю плакали шахтьори,&lt;br /&gt;</w:t>
        <w:br/>
        <w:t>лилась горілка і пісні...&lt;br /&gt;</w:t>
        <w:br/>
        <w:t>Мовчала тьма, мовчали гори,&lt;br /&gt;</w:t>
        <w:br/>
        <w:t>і — в небі золоті огні.</w:t>
      </w:r>
    </w:p>
    <w:p>
      <w:r>
        <w:br/>
        <w:t>II</w:t>
      </w:r>
    </w:p>
    <w:p>
      <w:r>
        <w:br/>
        <w:t>Родилось з синіми очима,&lt;br /&gt;</w:t>
        <w:br/>
        <w:t>волосся чорне, — і кричить...&lt;br /&gt;</w:t>
        <w:br/>
        <w:t>Востаннє ойкнула: — Юхиме!.. —&lt;br /&gt;</w:t>
        <w:br/>
        <w:t>і вмерла мати на печі.&lt;br /&gt;</w:t>
        <w:br/>
        <w:t>І годувала з жалю Ганна,&lt;br /&gt;</w:t>
        <w:br/>
        <w:t>у неї теж синок малий.&lt;br /&gt;</w:t>
        <w:br/>
        <w:t>Біжать вагончики в тумані,&lt;br /&gt;</w:t>
        <w:br/>
        <w:t>і хтось цигарку запалив.</w:t>
      </w:r>
    </w:p>
    <w:p>
      <w:r>
        <w:br/>
        <w:t>Юхима вдарило в забої —&lt;br /&gt;</w:t>
        <w:br/>
        <w:t>лежав в труні без голови.&lt;br /&gt;</w:t>
        <w:br/>
        <w:t>А десь цвіло зелене поле,&lt;br /&gt;</w:t>
        <w:br/>
        <w:t>і плакав похоронний дзвін.&lt;br /&gt;</w:t>
        <w:br/>
        <w:t>III</w:t>
      </w:r>
    </w:p>
    <w:p>
      <w:r>
        <w:br/>
        <w:t>Хтось по-французьки влучно цвенькав,&lt;br /&gt;</w:t>
        <w:br/>
        <w:t>коляски, бонни і ляльки, —&lt;br /&gt;</w:t>
        <w:br/>
        <w:t>а на базар дівча маненьке&lt;br /&gt;</w:t>
        <w:br/>
        <w:t>ходило красти житняки.</w:t>
      </w:r>
    </w:p>
    <w:p>
      <w:r>
        <w:br/>
        <w:t>Воно смугляве, синьооке,&lt;br /&gt;</w:t>
        <w:br/>
        <w:t>почує: — ївго! — і біжить.&lt;br /&gt;</w:t>
        <w:br/>
        <w:t>А світ далекий, світ широкий,&lt;br /&gt;</w:t>
        <w:br/>
        <w:t>і хочеш, — як і люди, жить.</w:t>
      </w:r>
    </w:p>
    <w:p>
      <w:r>
        <w:br/>
        <w:t>І кожний вечір пил із поля&lt;br /&gt;</w:t>
        <w:br/>
        <w:t>та де-не-де в вікні огонь.&lt;br /&gt;</w:t>
        <w:br/>
        <w:t>Ідуть корови чередою,&lt;br /&gt;</w:t>
        <w:br/>
        <w:t>і тепло пахне молоком.</w:t>
      </w:r>
    </w:p>
    <w:p>
      <w:r>
        <w:br/>
        <w:t>Надмірна праця, дим огидний,&lt;br /&gt;</w:t>
        <w:br/>
        <w:t>а сині пальчики тремтять.&lt;br /&gt;</w:t>
        <w:br/>
        <w:t>Отак її життя невидне&lt;br /&gt;</w:t>
        <w:br/>
        <w:t>йшло од гудка і до гудка.&lt;br /&gt;</w:t>
        <w:br/>
        <w:t>Але нарешті вечорниці,&lt;br /&gt;</w:t>
        <w:br/>
        <w:t>там голос ївги — той дзвінок.&lt;br /&gt;</w:t>
        <w:br/>
        <w:t>А в небі хмари, ніби птиці,&lt;br /&gt;</w:t>
        <w:br/>
        <w:t>і зорі дивляться в вікно.</w:t>
      </w:r>
    </w:p>
    <w:p>
      <w:r>
        <w:br/>
        <w:t>Прийшов з Матровського, веселий,&lt;br /&gt;</w:t>
        <w:br/>
        <w:t>і з ним осталась ночувать.&lt;br /&gt;</w:t>
        <w:br/>
        <w:t>А вітер щось у стрісі меле,&lt;br /&gt;</w:t>
        <w:br/>
        <w:t>й важніє тепло голова...</w:t>
      </w:r>
    </w:p>
    <w:p>
      <w:r>
        <w:br/>
        <w:t>І баче над собою очі,&lt;br /&gt;</w:t>
        <w:br/>
        <w:t>такі солодкі та ясні...&lt;br /&gt;</w:t>
        <w:br/>
        <w:t>А вітер меле і ґерґоче,&lt;br /&gt;</w:t>
        <w:br/>
        <w:t>дзвенить і плаче у вікні.</w:t>
      </w:r>
    </w:p>
    <w:p>
      <w:r>
        <w:br/>
        <w:t>Огонь і мука між ногами...&lt;br /&gt;</w:t>
        <w:br/>
        <w:t>— Коли кохаєш, так мовчи.&lt;br /&gt;</w:t>
        <w:br/>
        <w:t>О, не забуть їй вітру гами&lt;br /&gt;</w:t>
        <w:br/>
        <w:t>і кашлю Ганни на печі...</w:t>
      </w:r>
    </w:p>
    <w:p>
      <w:r>
        <w:br/>
        <w:t>Кімната пильна і порожня,&lt;br /&gt;</w:t>
        <w:br/>
        <w:t>в кутку з помиями відро.&lt;br /&gt;</w:t>
        <w:br/>
        <w:t>А мислі темні і тривожні,&lt;br /&gt;</w:t>
        <w:br/>
        <w:t>як на спідниці перша кров...&lt;br /&gt;</w:t>
        <w:br/>
        <w:t>V</w:t>
      </w:r>
    </w:p>
    <w:p>
      <w:r>
        <w:br/>
        <w:t>Од мелініту жовті руки,&lt;br /&gt;</w:t>
        <w:br/>
        <w:t>з другим побачення в кіно.&lt;br /&gt;</w:t>
        <w:br/>
        <w:t>А серце з перебоєм стука,&lt;br /&gt;</w:t>
        <w:br/>
        <w:t>бо перший розлюбив давно.</w:t>
      </w:r>
    </w:p>
    <w:p>
      <w:r>
        <w:br/>
        <w:t>У цього макова хустина,&lt;br /&gt;</w:t>
        <w:br/>
        <w:t>він дома пан свого добра.&lt;br /&gt;</w:t>
        <w:br/>
        <w:t>Водив на вистави й картини&lt;br /&gt;</w:t>
        <w:br/>
        <w:t>і за насіння в клуні брав...</w:t>
      </w:r>
    </w:p>
    <w:p>
      <w:r>
        <w:br/>
        <w:t>VI</w:t>
      </w:r>
    </w:p>
    <w:p>
      <w:r>
        <w:br/>
        <w:t>На фронт попала випадково —&lt;br /&gt;</w:t>
        <w:br/>
        <w:t>проспала станцію свою.&lt;br /&gt;</w:t>
        <w:br/>
        <w:t>Кресали, цокали підкови,&lt;br /&gt;</w:t>
        <w:br/>
        <w:t>і от вона уже в бою.</w:t>
      </w:r>
    </w:p>
    <w:p>
      <w:r>
        <w:br/>
        <w:t>Ідуть жіночі батальйони,&lt;br /&gt;</w:t>
        <w:br/>
        <w:t>а німці із землі огнем...&lt;br /&gt;</w:t>
        <w:br/>
        <w:t>І ївга серед них холоне,&lt;br /&gt;</w:t>
        <w:br/>
        <w:t>залізний вітер їх жене...</w:t>
      </w:r>
    </w:p>
    <w:p>
      <w:r>
        <w:br/>
        <w:t>І першу лінію одбили,&lt;br /&gt;</w:t>
        <w:br/>
        <w:t>ідуть на другу. Але крик:&lt;br /&gt;</w:t>
        <w:br/>
        <w:t>— Нас обійшли!.. — і впала ївга,&lt;br /&gt;</w:t>
        <w:br/>
        <w:t>блиснув в лице німецький штик.</w:t>
      </w:r>
    </w:p>
    <w:p>
      <w:r>
        <w:br/>
        <w:t>Ein Madchen?!..* — і багнет додолу...&lt;br /&gt;</w:t>
        <w:br/>
        <w:t>А очі теплі і ясні...&lt;br /&gt;</w:t>
        <w:br/>
        <w:t>Огненне розімкнулось коло,&lt;br /&gt;</w:t>
        <w:br/>
        <w:t>і потекли незнані дні.</w:t>
      </w:r>
    </w:p>
    <w:p>
      <w:r>
        <w:br/>
        <w:t>Котилась армія, мов хвилі,&lt;br /&gt;</w:t>
        <w:br/>
        <w:t>а хтось кричав: — Назад, назад!&lt;br /&gt;</w:t>
        <w:br/>
        <w:t>І знов поля і шахти милі,&lt;br /&gt;</w:t>
        <w:br/>
        <w:t>заводи й мітингів гроза...</w:t>
      </w:r>
    </w:p>
    <w:p>
      <w:r>
        <w:br/>
        <w:t>n Madchen — дівчина (нім.)&lt;br /&gt;</w:t>
        <w:br/>
        <w:t>І з того дня, о сон-лелеко!&lt;br /&gt;</w:t>
        <w:br/>
        <w:t>пройшли тривога й кров без дна...&lt;br /&gt;</w:t>
        <w:br/>
        <w:t>В безодню синю і далеку&lt;br /&gt;</w:t>
        <w:br/>
        <w:t>четверта падала весна.</w:t>
      </w:r>
    </w:p>
    <w:p>
      <w:r>
        <w:br/>
        <w:t>Струнка, смуглява, синьоока,&lt;br /&gt;</w:t>
        <w:br/>
        <w:t>ще й зірка грає на чолі.&lt;br /&gt;</w:t>
        <w:br/>
        <w:t>Вже одгуло під Перекопом,&lt;br /&gt;</w:t>
        <w:br/>
        <w:t>і ївга знову на селі.</w:t>
      </w:r>
    </w:p>
    <w:p>
      <w:r>
        <w:br/>
        <w:t>VII</w:t>
      </w:r>
    </w:p>
    <w:p>
      <w:r>
        <w:br/>
        <w:t>А потім місто і панелі,&lt;br /&gt;</w:t>
        <w:br/>
        <w:t>і непу в серце гострий ніж...&lt;br /&gt;</w:t>
        <w:br/>
        <w:t>Це ж ти в обідраній шинелі&lt;br /&gt;</w:t>
        <w:br/>
        <w:t>на розі, вся в сльозах, стоїш...</w:t>
      </w:r>
    </w:p>
    <w:p>
      <w:r>
        <w:br/>
        <w:t>Я бачив ївгу знов і знову,&lt;br /&gt;</w:t>
        <w:br/>
        <w:t>там матюки і плеск вина...&lt;br /&gt;</w:t>
        <w:br/>
        <w:t>Наган і гетри малинові, —&lt;br /&gt;</w:t>
        <w:br/>
        <w:t>тепер... на льотчиця вона.&lt;br /&gt;</w:t>
        <w:br/>
        <w:t>VIII</w:t>
      </w:r>
    </w:p>
    <w:p>
      <w:r>
        <w:br/>
        <w:t>Сашко не раз її "на дєло"&lt;br /&gt;</w:t>
        <w:br/>
        <w:t>у тьму на непманів водив.&lt;br /&gt;</w:t>
        <w:br/>
        <w:t>А десь цвіли червоні села&lt;br /&gt;</w:t>
        <w:br/>
        <w:t>й густішав од заводів дим...</w:t>
      </w:r>
    </w:p>
    <w:p>
      <w:r>
        <w:br/>
        <w:t>Хотілось вдарить, щоб вітрини&lt;br /&gt;</w:t>
        <w:br/>
        <w:t>дзвеніли знову, як шаблі,&lt;br /&gt;</w:t>
        <w:br/>
        <w:t>аби упали на коліна&lt;br /&gt;</w:t>
        <w:br/>
        <w:t>і жевжики, і куркулі.&lt;br /&gt;</w:t>
        <w:br/>
        <w:t>І кожний вечір томні панни,&lt;br /&gt;</w:t>
        <w:br/>
        <w:t>прислуги, бонни і ляльки, —&lt;br /&gt;</w:t>
        <w:br/>
        <w:t>а руки клоняться, мов п'яні,&lt;br /&gt;</w:t>
        <w:br/>
        <w:t>і в голові туман важкий...</w:t>
      </w:r>
    </w:p>
    <w:p>
      <w:r>
        <w:br/>
        <w:t>І тільки темна ніч настане,&lt;br /&gt;</w:t>
        <w:br/>
        <w:t>почує хтось: — Дайош пальто!&lt;br /&gt;</w:t>
        <w:br/>
        <w:t>А в небі зорі, ніби рани,&lt;br /&gt;</w:t>
        <w:br/>
        <w:t>і кличе, як колись, гудок...</w:t>
      </w:r>
    </w:p>
    <w:p>
      <w:r>
        <w:br/>
        <w:t>О ївго, ївго, нОчі краля,&lt;br /&gt;</w:t>
        <w:br/>
        <w:t>мій малиновий, ніжний цвіт,&lt;br /&gt;</w:t>
        <w:br/>
        <w:t>десь у холодному підвалі&lt;br /&gt;</w:t>
        <w:br/>
        <w:t>зложити голову тобі.</w:t>
      </w:r>
    </w:p>
    <w:p>
      <w:r>
        <w:br/>
        <w:t>А ївга, ніби вітер маю,&lt;br /&gt;</w:t>
        <w:br/>
        <w:t>то жінка, то стрункий козак..&lt;br /&gt;</w:t>
        <w:br/>
        <w:t>І не застане, не злапає&lt;br /&gt;</w:t>
        <w:br/>
        <w:t>її міліція ніяк.&lt;br /&gt;</w:t>
        <w:br/>
        <w:t>IX</w:t>
      </w:r>
    </w:p>
    <w:p>
      <w:r>
        <w:br/>
        <w:t>В лице тютюн і очі — ями:&lt;br /&gt;</w:t>
        <w:br/>
        <w:t>такий розхристаний Сашко&lt;br /&gt;</w:t>
        <w:br/>
        <w:t>її з похабними піснями&lt;br /&gt;</w:t>
        <w:br/>
        <w:t>навчає танцювать танго.&lt;br /&gt;</w:t>
        <w:br/>
        <w:t>1923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Нальотчиця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