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Напав я на тебе раптом</w:t>
      </w:r>
    </w:p>
    <w:p>
      <w:r>
        <w:br/>
        <w:t xml:space="preserve"> Напав я на тебе раптом&lt;br /&gt;</w:t>
        <w:br/>
        <w:t>На стежці посеред степу,&lt;br /&gt;</w:t>
        <w:br/>
        <w:t>Нахлинув, як дощ краплистий,&lt;br /&gt;</w:t>
        <w:br/>
        <w:t>Як проливень буревійний,&lt;br /&gt;</w:t>
        <w:br/>
        <w:t>Липневий джиґун-музика,&lt;br /&gt;</w:t>
        <w:br/>
        <w:t>Просяяний блискавками,&lt;br /&gt;</w:t>
        <w:br/>
        <w:t>Співаючий дощ любові.</w:t>
      </w:r>
    </w:p>
    <w:p>
      <w:r>
        <w:br/>
        <w:t>Ти кинулася тікати,&lt;br /&gt;</w:t>
        <w:br/>
        <w:t>А я танцював навколо,&lt;br /&gt;</w:t>
        <w:br/>
        <w:t>Шаліючи від натхнення,&lt;br /&gt;</w:t>
        <w:br/>
        <w:t>Від певності, що нікуди&lt;br /&gt;</w:t>
        <w:br/>
        <w:t>Сховатися ти не годна;&lt;br /&gt;</w:t>
        <w:br/>
        <w:t>На ста сопілках одразу&lt;br /&gt;</w:t>
        <w:br/>
        <w:t>Я грав, щоб тебе зманити,&lt;br /&gt;</w:t>
        <w:br/>
        <w:t>Принадити звуком бурі;&lt;br /&gt;</w:t>
        <w:br/>
        <w:t>А потім я взяв цимбали,&lt;br /&gt;</w:t>
        <w:br/>
        <w:t>Поклав їх сторчма на землю,&lt;br /&gt;</w:t>
        <w:br/>
        <w:t>До неба ходив по струнах —&lt;br /&gt;</w:t>
        <w:br/>
        <w:t>Тебе чарував я звільна&lt;br /&gt;</w:t>
        <w:br/>
        <w:t>Своїм сатанинським танцем.&lt;br /&gt;</w:t>
        <w:br/>
        <w:t>Ти бігла і розглядалась&lt;br /&gt;</w:t>
        <w:br/>
        <w:t>Налякано в тому полі,&lt;br /&gt;</w:t>
        <w:br/>
        <w:t>Де схову нема від грому,&lt;br /&gt;</w:t>
        <w:br/>
        <w:t>Від зливи і від кохання.&lt;br /&gt;</w:t>
        <w:br/>
        <w:t>Ти краплі, немов долоні&lt;br /&gt;</w:t>
        <w:br/>
        <w:t>Мої безсоромні і спраглі,&lt;br /&gt;</w:t>
        <w:br/>
        <w:t>Долонями відбивала,&lt;br /&gt;</w:t>
        <w:br/>
        <w:t>Та в мене було без ліку&lt;br /&gt;</w:t>
        <w:br/>
        <w:t>Тих рук, що тебе ловили,&lt;br /&gt;</w:t>
        <w:br/>
        <w:t>В обіймах стискали ніжно,&lt;br /&gt;</w:t>
        <w:br/>
        <w:t>Наповнювали поволі&lt;br /&gt;</w:t>
        <w:br/>
        <w:t>Твоє невтоленне тіло,&lt;br /&gt;</w:t>
        <w:br/>
        <w:t>Неначе водою землю,&lt;br /&gt;</w:t>
        <w:br/>
        <w:t>Піснями з безодні світу.</w:t>
      </w:r>
    </w:p>
    <w:p>
      <w:r>
        <w:br/>
        <w:t>Як змокла ти вся до нитки,&lt;br /&gt;</w:t>
        <w:br/>
        <w:t>Повільніше стала бігти,&lt;br /&gt;</w:t>
        <w:br/>
        <w:t>Спинилася й засміялась,&lt;br /&gt;</w:t>
        <w:br/>
        <w:t>До неба вознесла руки,-&lt;br /&gt;</w:t>
        <w:br/>
        <w:t>Так, ніби просила більше&lt;br /&gt;</w:t>
        <w:br/>
        <w:t>Потоків рвучкого світла&lt;br /&gt;</w:t>
        <w:br/>
        <w:t>І музики з-під блакиті.</w:t>
      </w:r>
    </w:p>
    <w:p>
      <w:r>
        <w:br/>
        <w:t>Ми різко зійшлися в танці —&lt;br /&gt;</w:t>
        <w:br/>
        <w:t>Аж ґудзики відірвались&lt;br /&gt;</w:t>
        <w:br/>
        <w:t>Од плаття твого тонкого,&lt;br /&gt;</w:t>
        <w:br/>
        <w:t>Відскочили й засвітили&lt;br /&gt;</w:t>
        <w:br/>
        <w:t>Над полем, немов ракети,&lt;br /&gt;</w:t>
        <w:br/>
        <w:t>Які провіщають наступ.&lt;br /&gt;</w:t>
        <w:br/>
        <w:t>Ти скинула одежину,&lt;br /&gt;</w:t>
        <w:br/>
        <w:t>Важку від води і грому&lt;br /&gt;</w:t>
        <w:br/>
        <w:t>І, зрештою, непотрібну&lt;br /&gt;</w:t>
        <w:br/>
        <w:t>В танку із дощем липневим.&lt;br /&gt;</w:t>
        <w:br/>
        <w:t>Я ж був тобі за одежу&lt;br /&gt;</w:t>
        <w:br/>
        <w:t>Єдвабну і за намиста,&lt;br /&gt;</w:t>
        <w:br/>
        <w:t>Я краплями діамантів&lt;br /&gt;</w:t>
        <w:br/>
        <w:t>Освітлював темні звиви&lt;br /&gt;</w:t>
        <w:br/>
        <w:t>І персні твого волосся,&lt;br /&gt;</w:t>
        <w:br/>
        <w:t>Я плив між. грудьми твоїми&lt;br /&gt;</w:t>
        <w:br/>
        <w:t>Струмком, як ланцюг зі срібла.</w:t>
      </w:r>
    </w:p>
    <w:p>
      <w:r>
        <w:br/>
        <w:t>Втім — райдуга стала в полі,&lt;br /&gt;</w:t>
        <w:br/>
        <w:t>І ти увійшла під синє&lt;br /&gt;</w:t>
        <w:br/>
        <w:t>Склепіння небес, як сонце,&lt;br /&gt;</w:t>
        <w:br/>
        <w:t>Засліплена власним сяйвом;&lt;br /&gt;</w:t>
        <w:br/>
        <w:t>А я, оп'янілий, в далеч,&lt;br /&gt;</w:t>
        <w:br/>
        <w:t>Затемнену хмаровинням,&lt;br /&gt;</w:t>
        <w:br/>
        <w:t>Відходив — не дощ, а хлопець,&lt;br /&gt;</w:t>
        <w:br/>
        <w:t>І запах твоєї плоті&lt;br /&gt;</w:t>
        <w:br/>
        <w:t>Я ніс, наче воду, в жмені.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Напав я на тебе раптом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