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 до малюнка...</w:t>
      </w:r>
    </w:p>
    <w:p>
      <w:r>
        <w:br/>
        <w:t xml:space="preserve"> Заквітчалася дівчина; стала край вікна.&lt;br /&gt;</w:t>
        <w:br/>
        <w:t>Дав бог празник. Людям празник,&lt;br /&gt;</w:t>
        <w:br/>
        <w:t>а вона одна із маленьким братом Йвасем, прибрана,&lt;br /&gt;</w:t>
        <w:br/>
        <w:t>в квітках, Дивиться, моя небога, на широкий шлях.&lt;br /&gt;</w:t>
        <w:br/>
        <w:t>Батько вмер давно у неї, матері нема,&lt;br /&gt;</w:t>
        <w:br/>
        <w:t>Тільки в хаті брат маленький да вона сама,&lt;br /&gt;</w:t>
        <w:br/>
        <w:t>Більш ні племені, ні роду — все чужі кругом!&lt;br /&gt;</w:t>
        <w:br/>
        <w:t>Тільки не об тім сумує дівка під вікном:&lt;br /&gt;</w:t>
        <w:br/>
        <w:t>Тута, край вікна, прощався, ціловався він,&lt;br /&gt;</w:t>
        <w:br/>
        <w:t>Чорнобровий козаченько, як їхав на Дін?&lt;br /&gt;</w:t>
        <w:br/>
        <w:t>Обі іцпнся вернутися — вже півроку є,&lt;br /&gt;</w:t>
        <w:br/>
        <w:t>Ніс сумує дівчинонька, серденько моє!..&lt;br /&gt;</w:t>
        <w:br/>
        <w:t>До мій милий? Що він робить? Де він&lt;br /&gt;</w:t>
        <w:br/>
        <w:t>забаривсь? Може, з іншою якою уже одруживсь!.."&lt;br /&gt;</w:t>
        <w:br/>
        <w:t>Дума дівка; серцю важко, сльози на очах.&lt;br /&gt;</w:t>
        <w:br/>
        <w:t>І пустий простягсь далеко перед нею шлях...</w:t>
      </w:r>
    </w:p>
    <w:p>
      <w:r>
        <w:br/>
        <w:t>1843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 до малюнка...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