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нарікаю я на бога...</w:t>
      </w:r>
    </w:p>
    <w:p>
      <w:r>
        <w:br/>
        <w:t xml:space="preserve"> Не нарікаю я на бога,&lt;br /&gt;</w:t>
        <w:br/>
        <w:t>Не нарікаю ні на кого.&lt;br /&gt;</w:t>
        <w:br/>
        <w:t>Я сам собе, дурний, дурю,&lt;br /&gt;</w:t>
        <w:br/>
        <w:t>Та ще й співаючи. Орю&lt;br /&gt;</w:t>
        <w:br/>
        <w:t>Свій переліг — убогу ниву! —&lt;br /&gt;</w:t>
        <w:br/>
        <w:t>Та сію слово. Добрі жнива&lt;br /&gt;</w:t>
        <w:br/>
        <w:t>Колись-то будуть. І дурю!&lt;br /&gt;</w:t>
        <w:br/>
        <w:t>Себе-таки, себе самого,&lt;br /&gt;</w:t>
        <w:br/>
        <w:t>А більше, бачиться, нікого?</w:t>
      </w:r>
    </w:p>
    <w:p>
      <w:r>
        <w:br/>
        <w:t>Орися ж ти, моя ниво,&lt;br /&gt;</w:t>
        <w:br/>
        <w:t>Долом та горою!&lt;br /&gt;</w:t>
        <w:br/>
        <w:t>Та засійся, чорна ниво,&lt;br /&gt;</w:t>
        <w:br/>
        <w:t>Волею ясною!&lt;br /&gt;</w:t>
        <w:br/>
        <w:t>Орися ж ти, розвернися,&lt;br /&gt;</w:t>
        <w:br/>
        <w:t>Полем розстелися!&lt;br /&gt;</w:t>
        <w:br/>
        <w:t>Та посійся добрим житом,&lt;br /&gt;</w:t>
        <w:br/>
        <w:t>Долею полийся!&lt;br /&gt;</w:t>
        <w:br/>
        <w:t>Розвернися ж на всі боки,&lt;br /&gt;</w:t>
        <w:br/>
        <w:t>Ниво-десятино!&lt;br /&gt;</w:t>
        <w:br/>
        <w:t>Та посійся не словами,&lt;br /&gt;</w:t>
        <w:br/>
        <w:t>А розумом, ниво!&lt;br /&gt;</w:t>
        <w:br/>
        <w:t>Вийдуть люди жито жати...&lt;br /&gt;</w:t>
        <w:br/>
        <w:t>Веселії жнива!..&lt;br /&gt;</w:t>
        <w:br/>
        <w:t>Розвернися ж, розстелися ж,&lt;br /&gt;</w:t>
        <w:br/>
        <w:t>Убогая ниво!!!</w:t>
      </w:r>
    </w:p>
    <w:p>
      <w:r>
        <w:br/>
        <w:t>Чи не дурю себе я знову&lt;br /&gt;</w:t>
        <w:br/>
        <w:t>Своїм химерним добрим словом?&lt;br /&gt;</w:t>
        <w:br/>
        <w:t>Дурю! Бо лучче одурить&lt;br /&gt;</w:t>
        <w:br/>
        <w:t>Себе-таки, себе самого,&lt;br /&gt;</w:t>
        <w:br/>
        <w:t>Ніж з ворогом по правді жить&lt;br /&gt;</w:t>
        <w:br/>
        <w:t>І всує нарікать на бога!</w:t>
      </w:r>
    </w:p>
    <w:p>
      <w:r>
        <w:br/>
        <w:t>5 жовтня [1860 С.-Петербург]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нарікаю я на бога...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