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Небезпечні польоти Василька Симоненка</w:t>
      </w:r>
    </w:p>
    <w:p>
      <w:r>
        <w:br/>
        <w:t xml:space="preserve"> &lt;blockquote&gt;&lt;p&gt;…Упаду я зорею,</w:t>
      </w:r>
    </w:p>
    <w:p>
      <w:r>
        <w:br/>
        <w:t>Мій вічний народе,</w:t>
      </w:r>
    </w:p>
    <w:p>
      <w:r>
        <w:br/>
        <w:t>На трагічний і довгий Чумацький твій шлях.</w:t>
      </w:r>
    </w:p>
    <w:p>
      <w:r>
        <w:br/>
        <w:t>Василь Симоненко. "Стільки в тебе очей…"</w:t>
      </w:r>
    </w:p>
    <w:p>
      <w:r>
        <w:br/>
        <w:t>Навчальні піруети[9]</w:t>
      </w:r>
    </w:p>
    <w:p>
      <w:r>
        <w:br/>
        <w:t>Стільки пам'ятає себе Василько, він хотів стати льотчиком. Як тільки загуде в небі — бігом надвір! Геть і ложку покине. Забуде і борщ, і мамині пиріжки, начинені смаженим борошном. Адже в небі — сталевий птах (це вам не чорногуз із їхньої повітки!) крилами розтинає хмари!.. Оце висота! Оце доля!</w:t>
      </w:r>
    </w:p>
    <w:p>
      <w:r>
        <w:br/>
        <w:t>Змалку вподобав собі віршика, що склав троюрідний брат Льоня Щербань: "Я маленький льотчик, / Я зроблю літак…". Розповідав його вдома з таким запалом, наче то його власні рядочки. Мама навіть вирішила, що це не Льоня — Василько придумав. Так ненароком ця помилка й увійде в історію. Але вірш і справді наче Васильків. Бо є в ньому щось і від хвальковитих газет, що їх недолюблює, але почитує дідусь. А щось — від рідної колядки: Василько ж народився 8 січня, одразу після Різдва! Правда, колядують Василь із хлопцями покрадьки, щоб у сільраді та школі не пронюхали. На своєму кутку десяток хат обійдеш — та й по всьому. Але ж колядують! "Коляд-коляд-колядин, я у батька один", — схоже з Льоніним віршеням, хіба ні? Ото й тільки, що Василько не в батька один, а — в мами! Ну, іще в дідуся, звісно. Любить Василько їх дуже, і вони над ним трусяться.</w:t>
      </w:r>
    </w:p>
    <w:p>
      <w:r>
        <w:br/>
        <w:t>Хоч нічого в них героїчного, нічого від романтичної льотчицької долі. Мама Ганна, в колгоспі наробившись, вечорами цокотить на швейній машинці — сусідів обшиває. Дід Федір Щербань, колгоспний комірник, після роботи косить, порається біля худоби та читає книжки-газетки. Василькові тільки й "польотів", що в розкрилені мамині руки, коли приходить увечері з роботи. Або — дідусеві назустріч, коли той із поля чи з базару в Лубнах несе онукові гостинчика "від зайця": окрайчик хліба, яблуко чи бублика. І то — це коли Василько маленький був, а нині півпарубка, семикласник уже!</w:t>
      </w:r>
    </w:p>
    <w:p>
      <w:r>
        <w:br/>
        <w:t>У війну літаки не вабили, а лякали. Були схожі на чорні хрести й несли в собі смерть і руїну. Правда, щойно 1943-го їхнє село Біївці звільнили од німців, Василько з Льонею Щербанем і собі спробували трохи "повоювати". Не льотчиками, то хоч піхотинцями. Ну, а піхоті чи льотчикам треба вміти стріляти.</w:t>
      </w:r>
    </w:p>
    <w:p>
      <w:r>
        <w:br/>
        <w:t>Війна одгриміла, проте снаряди, патрони, гранати зостались. Всі хлопчаки тоді "запаслися": Гриша Симоненко автоматні диски прикопав у схованці, дід його — пістолети на сінокосі познаходив, Льоня ящиком патронів розжився. Василько ж озброївся в рідній клуні. Там, коли замерзали Удай і болота, часом переховувались партизани, і в очеретяній стрісі лишили… нагана й гвинтівку! Тож хлопці — за зброю. Висадили зі стріхи десант у бур'яни і дрібними перебіжками — в береги.</w:t>
      </w:r>
    </w:p>
    <w:p>
      <w:r>
        <w:br/>
        <w:t>…Однак та перша військова операція скінчилась поразкою. Постріли з болота неабияк наполохали селян. "Солдатів" швидко виловили, зброю відібрали, босі вояки під грізним конвоєм Параски Щербань, і насмішкуватим поглядом чорногуза з клуні прибули додому. Увечері зазнали ще й публічного суду.</w:t>
      </w:r>
    </w:p>
    <w:p>
      <w:r>
        <w:br/>
        <w:t>Хлоп'ячі вуха палали від батьківсько-дідівських зітхань, бідкання і докорів.</w:t>
      </w:r>
    </w:p>
    <w:p>
      <w:r>
        <w:br/>
        <w:t>— Дурило мале! — трималась за серце заплакана мама. — Це ж тільки Божа ласка, що лиха не сталось!..</w:t>
      </w:r>
    </w:p>
    <w:p>
      <w:r>
        <w:br/>
        <w:t>Але справжні герої не відступають.</w:t>
      </w:r>
    </w:p>
    <w:p>
      <w:r>
        <w:br/>
        <w:t>— Як виросту, буду льотчиком і оженюся з італійкою! — звірявся Льоні Василь, коли вони через вікна колишньої церкви, де совєцька влада зробила клуб, дивились нове кіно. Кіно привозять мало не щодня. Нема електрики — вмикають движка і крутять, крутять, крутять… Хлопці через вікна пролазять, бо грошей — катма. Сьогодні кіно страх, яке цікаве, — італійське. Із Софі Лорен у головній ролі!</w:t>
      </w:r>
    </w:p>
    <w:p>
      <w:r>
        <w:br/>
        <w:t>Хоча женячкою не переймається ще. Однак майбутню дружину Людмилу-Люсю, красуню не згірш італійської актриси, кликатиме трохи "по-кіношному": "Люсьєн".</w:t>
      </w:r>
    </w:p>
    <w:p>
      <w:r>
        <w:br/>
        <w:t>А от льотчиком — уже зараз був би, і край!</w:t>
      </w:r>
    </w:p>
    <w:p>
      <w:r>
        <w:br/>
        <w:t>Одначе мріяти — кожен може. Чого лиш не понамріюється, коли цілих дев'ять кілометрів тюпариш до школи, а потім, відучившись, — тих самих дев'ять дринзяєш назад? З 1942 року Василь учився в Біївецькій початковій, потім ходив до семирічки в сусідніх Єнківцях, а тепер — до десятирічки в село Тарандинці. Колись у Тарандинцях служив писарем</w:t>
      </w:r>
    </w:p>
    <w:p>
      <w:r>
        <w:br/>
        <w:t>Васильків прапрадід (теж Федором звався). Тільки прапрадід собі щодня верхи їздив, а хлопець — пішака. Як тепло й сухо — мовби й нічого. А дощами-снігами одежа-взувачка не встигала за ніч висихати на грубці. Пальто ж у Васі — вітром підбите, чоботи — босий слід знати…</w:t>
      </w:r>
    </w:p>
    <w:p>
      <w:r>
        <w:br/>
        <w:t>Але до школи — це закон! Якось у несамовиту хуртечу, коли всі були певні, що з сіл у Тарандинці ніхто не приб'ється, вчителька Уляна Миколаївна Демченко здивовано уздріла на шкільному порозі… сніговика! Коли "сніговик" обтрусився-обтупався-пообмітав паморозь, він зробився… Василем Симоненком!</w:t>
      </w:r>
    </w:p>
    <w:p>
      <w:r>
        <w:br/>
        <w:t>— Тяжко тобі, Васю? — мама жаліє.</w:t>
      </w:r>
    </w:p>
    <w:p>
      <w:r>
        <w:br/>
        <w:t>— Та чого там важко? — віджартовується-відсміхається каро-зеленими очиськама. — Доки дійду до школи — всі уроки повторю. Доки назад — усі пісні переспіваю!</w:t>
      </w:r>
    </w:p>
    <w:p>
      <w:r>
        <w:br/>
        <w:t>Отже, мріяти — не сокирою махати! Проте і за рубанням дров чи очерету (дідусь уже старенький, хлопець — головний хазяїн у домі) мріяння Василька теж не покидає. Города копає — мріє, сіно згрібає — мріє, худобу порає — мріє!..</w:t>
      </w:r>
    </w:p>
    <w:p>
      <w:r>
        <w:br/>
        <w:t>Льоні простіше: постановив собі, що стане поетом, і вперто прямує до мети. А тут же пером і папером не обійдешся! Треба щось робити, бо ж, як у Біївцях кажуть, без підпалу й дрова не горять!</w:t>
      </w:r>
    </w:p>
    <w:p>
      <w:r>
        <w:br/>
        <w:t>…Нові "навчальні" польоти відбулись на Удаї, що несе поважно глибокі води через село.</w:t>
      </w:r>
    </w:p>
    <w:p>
      <w:r>
        <w:br/>
        <w:t>Місцева парубота придумала такого собі лука. З усіх сил нахиляється донизу молода верба. Двоє тримають за гілки-шасі, доки "льотчик" не вибереться на "фюзеляж"[10] і не вчепиться руками за "рулі повороту" — верхівку.</w:t>
      </w:r>
    </w:p>
    <w:p>
      <w:r>
        <w:br/>
        <w:t>— Три… чотири! — командують хлопці. — Від гвинта!</w:t>
      </w:r>
    </w:p>
    <w:p>
      <w:r>
        <w:br/>
        <w:t>І — в-в-відпускають дерево.</w:t>
      </w:r>
    </w:p>
    <w:p>
      <w:r>
        <w:br/>
        <w:t>Воно розправляється і пружиною викидає того, хто на верхівці, в річку. Пілот іде на зниження! Є контакт — геройський бульк у воду! Та-а-аке добро! І страх, і гордість, і, головне, безмежна радість польоту!</w:t>
      </w:r>
    </w:p>
    <w:p>
      <w:r>
        <w:br/>
        <w:t>Але якось Василько, не втримавшись, "важелі" випустив завчасно…</w:t>
      </w:r>
    </w:p>
    <w:p>
      <w:r>
        <w:br/>
        <w:t>Впав із триметрової висоти. Не у воду. Зайшов у штопор на берег, у мокрий пісок.</w:t>
      </w:r>
    </w:p>
    <w:p>
      <w:r>
        <w:br/>
        <w:t>Лежма лежав кілька днів, так спина боліла. Згодом начебто минулось. Але — чи минулось?..</w:t>
      </w:r>
    </w:p>
    <w:p>
      <w:r>
        <w:br/>
        <w:t>Бажання літати — не минулося точно. Його не могли відвернути жодні мамині плачі й дідові умовляння. Бо ж льотчик він чи ні, врешті-решт?!</w:t>
      </w:r>
    </w:p>
    <w:p>
      <w:r>
        <w:br/>
        <w:t>Може, задерикуватий Василько послухався б твердого татового слова? Бо ж, як зізнається у вірші "Кривда":</w:t>
      </w:r>
    </w:p>
    <w:p>
      <w:r>
        <w:br/>
        <w:t>Ну, нехай би смикнув за вухо,</w:t>
      </w:r>
    </w:p>
    <w:p>
      <w:r>
        <w:br/>
        <w:t>Хай нагримав би раз чи два, — Все одно він би тата слухав І ловив би його слова…</w:t>
      </w:r>
    </w:p>
    <w:p>
      <w:r>
        <w:br/>
        <w:t>От лише де він — той тато? У війну, подейкують, колишній бивецький учитель, художник і артист Андрій Симоненко воював. Дослужився навіть до високих чинів. Подейкують, що навіть — льотчик він, майор авіації… Проте щось там ніби не догодив начальству й тепер засланий до таборів… Якщо досі про Василька не згадував, то нині й поготів! І марно мама ще жде, ще на того "вітра" Андрія надіється…</w:t>
      </w:r>
    </w:p>
    <w:p>
      <w:r>
        <w:br/>
        <w:t>Плаває ж Василько таки майстерно. Удай перепливає, мов торпеда.</w:t>
      </w:r>
    </w:p>
    <w:p>
      <w:r>
        <w:br/>
        <w:t>Є на Удаї глибоченна яма — Бибиха, що в неї, за леґендою, було вкинуто бочку золота, ще й не одну. Золото хвилювало Василька найменше: від дідуся перейняв зневагу до всякого багатства й високих посад. Дід зовсім не переймався втратою дворянської грамоти Варвари Максимівни Остапенко — власної мами. Козаками були, мовляв, козаками й зостались. А всякі вислуги та звання — дурниці. Отож не золото манить Василька в загадковій удайській западині. Хочеться дна дістати! Поки що це нікому з місцевих парубчаків не вдається, але в майбутньому Василь таки добуде своїй родичці, дослідниці Щербанівського родоводу Любові Сердюк-Баран, мул із самісінького дна самої Бибихи!</w:t>
      </w:r>
    </w:p>
    <w:p>
      <w:r>
        <w:br/>
        <w:t>Пірнання, плавання — це теж як планерування. Розтинаєш гущу води, наче ріжеш хмари. Тамуєш дихання, мовби ти в розрідженій атмосфері…</w:t>
      </w:r>
    </w:p>
    <w:p>
      <w:r>
        <w:br/>
        <w:t>.. А коли йдеш на дно — ти наче підбитий фашистом літак…</w:t>
      </w:r>
    </w:p>
    <w:p>
      <w:r>
        <w:br/>
        <w:t>Василько зазнав і цього — йти на дно.</w:t>
      </w:r>
    </w:p>
    <w:p>
      <w:r>
        <w:br/>
        <w:t>Узявся перепливати річку, прив'язавши до спини весло. Але на той берег, де чекали хлопці з човном, доплисти не вдалось. Підступне латаття, таке гарне, біло-порцелянове, ненароком оперезало весло. Зчепилося з ремінцем, потягло в свої нетрі… Вже які "мертві петлі" виробляв — іще більше заплутувався. Ще трохи — і відчайдушний "льотчик" навіки "спікірує" годувати раків!..</w:t>
      </w:r>
    </w:p>
    <w:p>
      <w:r>
        <w:br/>
        <w:t>Добре, що недалеко рибалив біївецький дядько!</w:t>
      </w:r>
    </w:p>
    <w:p>
      <w:r>
        <w:br/>
        <w:t>…Тому дядькові й завдячує життям семикласник Василь, по-вуличному — Сурмилівський (мамина мама Варвара була Сурмило), майбутній поет Василь Симоненко…</w:t>
      </w:r>
    </w:p>
    <w:p>
      <w:r>
        <w:br/>
        <w:t>Утім, киснути влітку на річці не геройство, а задоволення. Взимку скупатись — ото б! А то лише гасають на шкільних лижах, на саморобних дерев'яних, підбитих дротом ковзанах та "літають" на шалено розкручених "крутилкою" санках.</w:t>
      </w:r>
    </w:p>
    <w:p>
      <w:r>
        <w:br/>
        <w:t>Узимку чи не взимку, але якось Василь із Олексієм Щербанем та Андрієм Туром постановили скупатися восьмого березня.</w:t>
      </w:r>
    </w:p>
    <w:p>
      <w:r>
        <w:br/>
        <w:t>Посановили — зробили! Не вспіли й до середини доплисти, як нагодився одноокий Коля' (з війни без ока вернувся):</w:t>
      </w:r>
    </w:p>
    <w:p>
      <w:r>
        <w:br/>
        <w:t>— А що це ви, паскудники, робите? А я бачу, що в береги пішли, та й не туди! У вас що, не всі дома — роз'їхалися на Клечання? Жити набридло?!</w:t>
      </w:r>
    </w:p>
    <w:p>
      <w:r>
        <w:br/>
        <w:t>Як ухопить бісовий дядько дрючка, та як зачне виганяти їх із води!</w:t>
      </w:r>
    </w:p>
    <w:p>
      <w:r>
        <w:br/>
        <w:t>Воно й самим кортіло вилазити, але — ґоґошились — ніхто не важився першим. Тож потайки навіть зраділи, що мусять капітулювати.</w:t>
      </w:r>
    </w:p>
    <w:p>
      <w:r>
        <w:br/>
        <w:t>І це минулось. Ну, вкрило після того Василя всенького чиряками. Ну, загнилася щелепа в Андрія Тура. Але ж слава — пішла!</w:t>
      </w:r>
    </w:p>
    <w:p>
      <w:r>
        <w:br/>
        <w:t>А славу треба плекати, щоб не забулася. Наступний "політ" відбувся на пасовиську, де Василь, після гусей і свиней, уже вибився на вищу сходинку пастушої "школи" — пас корівчину. Добре у веселому товаристві серед безмежного зеленого простору щось вигадувати. Давно минулися дитячі ігри в цурки, в гилки, в рогатки й луки, в катання коліщати, в м'ячі, зваляні з коров'ячої шерсті. Тепер Василь упевнено приборкує і найноровистішого коня, вправно атакує "фашистів" поміж "окопами", спритно добуває вогонь кресалом і губкою. Тут, серед пастушків, "герой" змалку приохотився і до куріння (в рідного діда ні на грядках, ні в кисеті також тютюнець не переводиться!). Відтепер смалитиме безбожно, "по-чорному". Буде пояснювати, що тютюн заглушує голод, чи шукатиме інших виправдань. Знав би, яку фатальну й трагічну роль зіграє цигарка в його житті! Утім, то вже нашої історії не стосується.</w:t>
      </w:r>
    </w:p>
    <w:p>
      <w:r>
        <w:br/>
        <w:t>А зараз парубота забагла "політати" на старому вітрякові, що кострубато стирчить у полі над єнківецьким шляхом. Баки заправлено, датчики настроєно, автопілот увімкнено…</w:t>
      </w:r>
    </w:p>
    <w:p>
      <w:r>
        <w:br/>
        <w:t>…Василько й не пам'ятає до пуття, як це сталося. Знає, що був політ, була висота — потім усе зникло…</w:t>
      </w:r>
    </w:p>
    <w:p>
      <w:r>
        <w:br/>
        <w:t>Того вечора пастушки принесли його додому в рядні. Ні встати, ні поворухнутися ще довго не міг.</w:t>
      </w:r>
    </w:p>
    <w:p>
      <w:r>
        <w:br/>
        <w:t>"Хоч би нічого собі не відбило!!!" — товклось у стривоженій, передчасно посивілій маминій голові.</w:t>
      </w:r>
    </w:p>
    <w:p>
      <w:r>
        <w:br/>
        <w:t>І це ж при тому, що змалку, вічно голодне й худюще, перехворіло всіма можливим болячками!</w:t>
      </w:r>
    </w:p>
    <w:p>
      <w:r>
        <w:br/>
        <w:t>Помалу одужав. Минулося. Минулося?..</w:t>
      </w:r>
    </w:p>
    <w:p>
      <w:r>
        <w:br/>
        <w:t>Набирання висоти</w:t>
      </w:r>
    </w:p>
    <w:p>
      <w:r>
        <w:br/>
        <w:t>У чеканні того часу, коли зможе сісти в літак, Василько не лише "тренується". І не лише "відмінно" — та що там відмінно — блискуче! — навчається в школі. А й принагідно, між іншим, "шліфує" себе у Слові. Як поприходять Льоня та Гриша, як почнуть римувати-складати всякі історії! Як ото про однолітка Івана Кушніра, що нібито залицяється до доньок дядька Ченя: Дарини, Марії та Наталі:</w:t>
      </w:r>
    </w:p>
    <w:p>
      <w:r>
        <w:br/>
        <w:t>… Вила, граблища, ломаки,</w:t>
      </w:r>
    </w:p>
    <w:p>
      <w:r>
        <w:br/>
        <w:t>Запальнички і підсаки,</w:t>
      </w:r>
    </w:p>
    <w:p>
      <w:r>
        <w:br/>
        <w:t>Днища, прядки, веретена —</w:t>
      </w:r>
    </w:p>
    <w:p>
      <w:r>
        <w:br/>
        <w:t>Все під Ченеві знамена</w:t>
      </w:r>
    </w:p>
    <w:p>
      <w:r>
        <w:br/>
        <w:t>Стало грізно в ряд…</w:t>
      </w:r>
    </w:p>
    <w:p>
      <w:r>
        <w:br/>
        <w:t>.. А Кушнір, немов той кіт,</w:t>
      </w:r>
    </w:p>
    <w:p>
      <w:r>
        <w:br/>
        <w:t>Все сидить біля воріт…</w:t>
      </w:r>
    </w:p>
    <w:p>
      <w:r>
        <w:br/>
        <w:t>.. Якщо, Ченю, хочеш жить —</w:t>
      </w:r>
    </w:p>
    <w:p>
      <w:r>
        <w:br/>
        <w:t>Мусиш зброю ти зложить,</w:t>
      </w:r>
    </w:p>
    <w:p>
      <w:r>
        <w:br/>
        <w:t>Перестати воювать</w:t>
      </w:r>
    </w:p>
    <w:p>
      <w:r>
        <w:br/>
        <w:t>І Марію нам віддать!</w:t>
      </w:r>
    </w:p>
    <w:p>
      <w:r>
        <w:br/>
        <w:t>Довга поема теж закінчувалась "польотом", щоправда, жартівливим, з місцевої гори Лисак:</w:t>
      </w:r>
    </w:p>
    <w:p>
      <w:r>
        <w:br/>
        <w:t>Ми із Симоном сиділи,</w:t>
      </w:r>
    </w:p>
    <w:p>
      <w:r>
        <w:br/>
        <w:t>Наблюдали з Писака,</w:t>
      </w:r>
    </w:p>
    <w:p>
      <w:r>
        <w:br/>
        <w:t>А як Чені наступали,</w:t>
      </w:r>
    </w:p>
    <w:p>
      <w:r>
        <w:br/>
        <w:t>Задали ми драпака!</w:t>
      </w:r>
    </w:p>
    <w:p>
      <w:r>
        <w:br/>
        <w:t>Симон — це одне з численних прізвиськ Василя Симоненка. Віршують у Василевому роду, крім Олексія Щербаня, ще й дядько Петро Щербань, трохи — брат по батькові (точніше, по безбатченству) Гриша Симоненко… Навіть відомий критик і письменник Прокіп Мисник — їхній далекий свояк. Зрештою, і мама, вже яка зайнята селянською та кравецькою роботою, а завше вдатна до влучного слівця, до гарної пісні! Згодом Ганна Федорівна збере почуті в рідному селі примовки-приказки в окремий зошит під назвою "Перлини поміж людей". Василь умисне обминає думку ще й про тата, котрий, кажуть, теж має літературний дар. Бо ніякий дар не може бути вищим за талант совісті, людяності, відповідальності! Сам він через ціле життя пронесе зароджену в дитинстві зневагу до забудькуватих невірних "пошти-батьків" і лицарську повагу до Жінки, до Матері.</w:t>
      </w:r>
    </w:p>
    <w:p>
      <w:r>
        <w:br/>
        <w:t>Але найбільше будить Васильків поетичний дар дідусь Федір. Не лише тому, що Федір Трохимович нема-нема — та й забалакає "прикладно", римою. А ще й тому, що останні гроші віддасть на книжки для коханого внука. Головне — ті благодатні розмови довгими вечорами на печі або влітку на сінокосі. Кінця нема тим подорожам у минуле до свого роду, до рідної України!..</w:t>
      </w:r>
    </w:p>
    <w:p>
      <w:r>
        <w:br/>
        <w:t>"Ми йдемо через сінокіс, і темніє над нами небо, і дзвенить земля на тисячу ладів, і я слухаю. Слухаю небо, і слухаю землю, і слухаю дідову мову. І в серце моє вливається якась незрима сила, що на віки вічні прив'яже мене до цієї землі, до співучої тихої мови", — напише через роки.</w:t>
      </w:r>
    </w:p>
    <w:p>
      <w:r>
        <w:br/>
        <w:t>І справді, манить Василька вже не так небо, як ця земля на межі полтавського степу й чернігівських лісів, наповнена буйною зеленню та розкішними чорноземами.</w:t>
      </w:r>
    </w:p>
    <w:p>
      <w:r>
        <w:br/>
        <w:t>— Діду, а Україна — найкраща?</w:t>
      </w:r>
    </w:p>
    <w:p>
      <w:r>
        <w:br/>
        <w:t>— Батьківщину, як і маму, люблять не за те, що вона краща за всіх, а за те, що — твоя, рідна.</w:t>
      </w:r>
    </w:p>
    <w:p>
      <w:r>
        <w:br/>
        <w:t>..Можна все на світі вибирати, сину,</w:t>
      </w:r>
    </w:p>
    <w:p>
      <w:r>
        <w:br/>
        <w:t>Вибрати не можна тільки Батьківщину…</w:t>
      </w:r>
    </w:p>
    <w:p>
      <w:r>
        <w:br/>
        <w:t>— промовлятиме Василева пісня "Лебеді материнства". Облетить ця пісня, як і чимало інших Симоненкових поезій, увесь світ: Василева однокласниця почує її аж у Канаді. Чи ж варто мріяти про успішніші польоти?..</w:t>
      </w:r>
    </w:p>
    <w:p>
      <w:r>
        <w:br/>
        <w:t>Лише 1947 року Василько з Льонею не те що літати — ходити не могли. Безсило повзали по молодесенькій травичці й "випасали" молоду кропивку, вишукували шпичаки, рогіз… Мало помагають млинці з жолудів (жолудяники), із висівок чи липового листя… Піти б на скошене поле й по стерні в рогозяний кошик колосків назбирати (однак пропадуть!) — так далеко ж… І об'їждчики стережуть, голодних дітей проганяють!..</w:t>
      </w:r>
    </w:p>
    <w:p>
      <w:r>
        <w:br/>
        <w:t>Цей рік — рік уже третього для совєцької України голоду.</w:t>
      </w:r>
    </w:p>
    <w:p>
      <w:r>
        <w:br/>
        <w:t>"Піснею про Сталіна починаєм день!" — наче на глум, бадьоро виспівує радіо. "Кращих ми не знаємо на землі пісень!" — знесиленими голосами підхоплює шкільний хор… А про голод наказано мовчати!</w:t>
      </w:r>
    </w:p>
    <w:p>
      <w:r>
        <w:br/>
        <w:t>Мовчати? Хібо що до пори, до часу! Льоня он уже тихцем заримував тужливі рядки — відгук на недавню голодну смерть дівчинки Марійки, в яку був закоханий. Російською мовою — це мовби "краще", "поетичніше". Проте Василько відчуває: тут треба слів не "плакальних" — якихось інших. Яких? Ну, яких же?!!</w:t>
      </w:r>
    </w:p>
    <w:p>
      <w:r>
        <w:br/>
        <w:t>…Чи не тоді вперше й прийшла підсвідома думка: гарним льотчиком зможе стати і хтось інший. Василь же мусить зробити щось таке, що… Що під силу буде лише йому одному! І це "щось" може стати його власним ПОЛЬОТОМ. Може, значно важчим, відважнішим, хай навіть — небезпечним… Але — його власним. І — щонайвищої висоти!</w:t>
      </w:r>
    </w:p>
    <w:p>
      <w:r>
        <w:br/>
        <w:t>Справжні слова вже десь виболюються-народжуються у Василькові. І згодом таки виллються в сміливих поезіях "Жорна", "47 рік" та інших. Саме Василь Симоненко один із перших прорве мовчанку і скаже те, що давно болить його народові!</w:t>
      </w:r>
    </w:p>
    <w:p>
      <w:r>
        <w:br/>
        <w:t>Деякі надміру чесні його поезії вже й зараз улюблена вчителька української літератури Марія Йосипівна Остапенко радить заховати й нікому не показувати. Пам'ятає колеґ, що зазнали репресій і таборів, як-от улюблений Васильків учитель Андрій Федотович Махиня!</w:t>
      </w:r>
    </w:p>
    <w:p>
      <w:r>
        <w:br/>
        <w:t>Але ж боротися з брехливим злочинним суспільством — це завжди ризик!.. Тому юнак не спиняється в польоті.</w:t>
      </w:r>
    </w:p>
    <w:p>
      <w:r>
        <w:br/>
        <w:t>Хіба не зухвальством стане стрімке Василеве піке в "шістдесятництво"?[11]</w:t>
      </w:r>
    </w:p>
    <w:p>
      <w:r>
        <w:br/>
        <w:t>Хіба ж не зухвалим піке буде таке-от, ніби з найвищих висот промовлене, освідчення Україні в любові:</w:t>
      </w:r>
    </w:p>
    <w:p>
      <w:r>
        <w:br/>
        <w:t>Ради тебе перли в душі сію,</w:t>
      </w:r>
    </w:p>
    <w:p>
      <w:r>
        <w:br/>
        <w:t>Ради тебе мислю і творю —</w:t>
      </w:r>
    </w:p>
    <w:p>
      <w:r>
        <w:br/>
        <w:t>Хай мовчать Америки й Росії,</w:t>
      </w:r>
    </w:p>
    <w:p>
      <w:r>
        <w:br/>
        <w:t>Коли я з тобою говорю.</w:t>
      </w:r>
    </w:p>
    <w:p>
      <w:r>
        <w:br/>
        <w:t>Поки що, правда, його вірші-здебільшого виписані залізним пером звичайні заримовані куплети: "Бігав вовк по горах, / Здобичі шукав. / І у гірких сльозах / Долю проклинав"… Часто — смішні, про односельців.</w:t>
      </w:r>
    </w:p>
    <w:p>
      <w:r>
        <w:br/>
        <w:t>Або й кусючі епіграми на учнів, на вчителів. Зате як заримує щось ліричне — аж серце мліє!</w:t>
      </w:r>
    </w:p>
    <w:p>
      <w:r>
        <w:br/>
        <w:t>Рівняється на тих, кого так любить із сотень жадібно "проковтнутих"-прочитаних, майже вивчених напам'ять книжок. Тарас Шевченко, Іван Франко, Василь Стефаник, Леся Українка, Михайло Коцюбинський, Павло Тичина, Алєксандр Блок, Сєрґєй Єсенін, Едуардас Межелайтіс, Еріх Марія Ремарк, Ернест Гемінґвей…</w:t>
      </w:r>
    </w:p>
    <w:p>
      <w:r>
        <w:br/>
        <w:t>Пізніше, як зазначить Лілія Шитова, проникне в таємниці забороненого совєцькою імперією "Розстріляного відродження"[12]: у творчість майже нікому не відомих тоді Миколи Зерова, Василя Еллана-Блакитного, Тодося Осьмачки, Валеріана Підмогильного, Василя Чумака, Євгена Плужника, Миколи Вороного…</w:t>
      </w:r>
    </w:p>
    <w:p>
      <w:r>
        <w:br/>
        <w:t>Що далі, то старанніше нарощуватиме "висоту", вимоги до власних текстів. Тому й надрукується вперше нескоро: аж 1 грудня 1957 року, в газеті "Черкаська правда". Навіть укладе такі собі 5 заповідей справжнього поета. Його майбутній черкаський колеґа-приятель, журналіст Микола Сніжко ці заповіді чітко запам'ятає і перекаже нащадкам:</w:t>
      </w:r>
    </w:p>
    <w:p>
      <w:r>
        <w:br/>
        <w:t>1. Знати мову, якою пишеш. (Говорити українською мовою, а не "на українській мові").</w:t>
      </w:r>
    </w:p>
    <w:p>
      <w:r>
        <w:br/>
        <w:t>2. Стати освіченою людиною.</w:t>
      </w:r>
    </w:p>
    <w:p>
      <w:r>
        <w:br/>
        <w:t>3. Не бути байдужим до людей.</w:t>
      </w:r>
    </w:p>
    <w:p>
      <w:r>
        <w:br/>
        <w:t>4. Працювати до сьомого поту.</w:t>
      </w:r>
    </w:p>
    <w:p>
      <w:r>
        <w:br/>
        <w:t>5. Мати те, що від Бога, — талант.</w:t>
      </w:r>
    </w:p>
    <w:p>
      <w:r>
        <w:br/>
        <w:t>Шкода, що так недовго розвиватиметься його талант, шкода, обірветься на злеті, на порозі, може, найкращих творів…</w:t>
      </w:r>
    </w:p>
    <w:p>
      <w:r>
        <w:br/>
        <w:t>Але навіть за цих умов наш чорнявий високочолий хлопчина, чиє ім'я в перекладі з грецької означає "володар", "господар" чи "цар", устигне стати Володарем Неба, Найвищої Висоти…</w:t>
      </w:r>
    </w:p>
    <w:p>
      <w:r>
        <w:br/>
        <w:t>Такий ось швидкий і стрімко-вертикальний шлях ("кабрирування" по-льотчицькому). Із малого полтавського села — в класики.</w:t>
      </w:r>
    </w:p>
    <w:p>
      <w:r>
        <w:br/>
        <w:t>Прямісінько у безсмертя.</w:t>
      </w:r>
    </w:p>
    <w:p>
      <w:r>
        <w:br/>
        <w:t>Історія людини в історії людства</w:t>
      </w:r>
    </w:p>
    <w:p>
      <w:r>
        <w:br/>
        <w:t>Василь Андрійович Симоненко — поет, прозаїк, перекладач, журналіст. Народився 8.01.1935 в с. Бїївці Лубенського району Полтавської області. Помер 13.12.1963 в Черкасах, там і похований.</w:t>
      </w:r>
    </w:p>
    <w:p>
      <w:r>
        <w:br/>
        <w:t>1957 року закінчив факультет журналістики Київського університету імені Т. Шевченка. У 1957–1960 рр. працював у газеті "Черкаська правда", в 1960–1963 рр. — у газеті "Молодь Черкащини", власним кореспондентом "Робітничоїгазети".</w:t>
      </w:r>
    </w:p>
    <w:p>
      <w:r>
        <w:br/>
        <w:t>Його поетичні збірки: "Тиша і грім" (1962), "Цар Плаксій та Лоскотон" (1963 і 1967), "Подорож в країну Навпаки" (1964), "Земне тяжіння" (1964), "Поезії" (1966), "Лебеді материнства" (1981), "Народ мій завжди буде" (1990) та багато інших.</w:t>
      </w:r>
    </w:p>
    <w:p>
      <w:r>
        <w:br/>
        <w:t>Прозові збірки: "Вино з троянд" (1965), "Півні на рушниках (оповідання, щоденник)" (1992) та інші.</w:t>
      </w:r>
    </w:p>
    <w:p>
      <w:r>
        <w:br/>
        <w:t>Його поезія глибоко патріотична, публіцистична, пристрасна, лірична, часто в'їдливо-саркастична, чесна, серцевинно народна. Як і його своєрідна та обнадійлива проза, вона вже починала виростати з "традиційної" поетики й підніматися до нових рівнів художньої якості, але на цьому шляху Симоненка зупинила смерть.</w:t>
      </w:r>
    </w:p>
    <w:p>
      <w:r>
        <w:br/>
        <w:t>На твори В. Симоненка написано чимало пісень: "Синові", "Лебеді материнства" А. Пашкевича, "Крізь століття" А. Чекаля, "Український лев" В. Морозова, "Там, у степу, схрестилися дороги" бандуристів Василя та Миколи Литвинів, а О. Винокур за баладою "Русалка" створив балет. За мотивами Симоненкової творчості художники В. Клименко, І. Кулик, В. Кузьменко, Т. Гордова, М. Бабак малювали картини.</w:t>
      </w:r>
    </w:p>
    <w:p>
      <w:r>
        <w:br/>
        <w:t>1995 року В.Симоненкові посмертно присуджено Державну премію України імені Т. Шевченка. Його твори перекладені багатьма мовами.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Небезпечні польоти Василька Симоненка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