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Небезпечний приятель</w:t>
      </w:r>
    </w:p>
    <w:p>
      <w:r>
        <w:br/>
        <w:t xml:space="preserve"> &lt;p&gt;Мліє степ у малинових променях передвечірнього сонця Мліє і сходить до неба степова імла — теж малинова. А тумани вже давно щезли: розвіяли їх сині та теплі вітри й вітерці. Парує і Курінь старий, зогрівшись за цілий день проти сонечка. А тополеня мале на верху Куреневому солодкі духмянці у степ за вітром посилає: то пахне його брость тополиними парфумами. Скоро стане та брость шовковими листочками. А зараз на ній сонце малинові краплі порозвішувало — впала роса, вечір заходить.</w:t>
      </w:r>
    </w:p>
    <w:p>
      <w:r>
        <w:br/>
        <w:t>А Крота немає. Як врився уранці в землю, то й досі не видно. Що він там робить потемки? Чи, може, нора його вийшла вже десь аж на другому полі?</w:t>
      </w:r>
    </w:p>
    <w:p>
      <w:r>
        <w:br/>
        <w:t>Ба ні. Сапає щось там у кутку. Сапало, сапало, тоді чхнуло. Він... Ось вигулькнув з нори гострий писочок боязкий, вуса, а далі і вся голова. Потяг носом повітря, заслінки над очима підняв ледь-ледь, та враз і сховався — і не стало ні голови, ні писка з вусами. Тільки нора чорна кругло зорить по Куреню. А в другому кутку, де почав хтось ритися та й не кінчив, блиснуло двоє веселих оченят і почувся неголосний добрий сміх: хох-хох-хох...</w:t>
      </w:r>
    </w:p>
    <w:p>
      <w:r>
        <w:br/>
        <w:t>А тоді ще й голос:</w:t>
      </w:r>
    </w:p>
    <w:p>
      <w:r>
        <w:br/>
        <w:t>— Вилазь, Кроте, не бійся.</w:t>
      </w:r>
    </w:p>
    <w:p>
      <w:r>
        <w:br/>
        <w:t>— Не вилізу,— озвався Кріт глухо, видно, зглибока, видно, аж із дна своєї нори.— Не вилізу, бо я тебе знаю: ти — Їжак!</w:t>
      </w:r>
    </w:p>
    <w:p>
      <w:r>
        <w:br/>
        <w:t>І справді, з кутка, де блищали очі, вибрався Їжак, струснув солому з голок і сів посеред Куреня.</w:t>
      </w:r>
    </w:p>
    <w:p>
      <w:r>
        <w:br/>
        <w:t>— Вилазь, кажу, я зараз не голодний,— промовив він.</w:t>
      </w:r>
    </w:p>
    <w:p>
      <w:r>
        <w:br/>
        <w:t>— Еге, так я тобі й повірив,— прогув Кріт.— Ти за мною торік ганявся, щоб з'їсти... Знаю я вашого брата.</w:t>
      </w:r>
    </w:p>
    <w:p>
      <w:r>
        <w:br/>
        <w:t>То, мабуть, не я, хох-хох... — засміявся Їжак,— бо від того року в степу не харчуюся, а тільки в селі.— Ей, Павуче!.. — гукнув вгору до Павукової сіті. Скажи йди Кротові, що я не голодний...</w:t>
      </w:r>
    </w:p>
    <w:p>
      <w:r>
        <w:br/>
        <w:t>Павук хутенько спустився по павутині вниз (він уже відпочив за день після ранкової біганки) і гукнув у Кротову нору:</w:t>
      </w:r>
    </w:p>
    <w:p>
      <w:r>
        <w:br/>
        <w:t>— Вилазь, вилазь, Їжак не голодний.</w:t>
      </w:r>
    </w:p>
    <w:p>
      <w:r>
        <w:br/>
        <w:t>— А ти відки знаєш? — спитав Кріт з підземелля.</w:t>
      </w:r>
    </w:p>
    <w:p>
      <w:r>
        <w:br/>
        <w:t>— Знаю-знаю,— заторохтів Павук,— я всіма вісьмома своїми очима бачу, який він наїдений, і пісень співає веселих...</w:t>
      </w:r>
    </w:p>
    <w:p>
      <w:r>
        <w:br/>
        <w:t>Кріт довго мовчав. Тоді прогув:</w:t>
      </w:r>
    </w:p>
    <w:p>
      <w:r>
        <w:br/>
        <w:t>— Хай присягається, що не займе, тоді вилізу.</w:t>
      </w:r>
    </w:p>
    <w:p>
      <w:r>
        <w:br/>
        <w:t>— Отже не займу! — вигукнув Їжак і додав ображено: — Чого б же ми, під одним дахом живучи, не мирилися? Адже нам ціле літо разом жити!</w:t>
      </w:r>
    </w:p>
    <w:p>
      <w:r>
        <w:br/>
        <w:t>Аж тоді Кріт, хоч і огинаючись, і позираючи скоса на Їжака, видобувся з нори і сів біля неї близенько,— про всяк випадок.</w:t>
      </w:r>
    </w:p>
    <w:p>
      <w:r>
        <w:br/>
        <w:t>— Ходімо в степ погуляємо, погомонимо,— сказав Їжак.—Ходімо?</w:t>
      </w:r>
    </w:p>
    <w:p>
      <w:r>
        <w:br/>
        <w:t>— Про що ж ми з тобою гомонітимемо? — буркнув Кріт.— Як я сердитий, а ти ні.</w:t>
      </w:r>
    </w:p>
    <w:p>
      <w:r>
        <w:br/>
        <w:t>— А так і гомонітимемо,— одказав Їжак.— Ти сердито, а я ні. Хіба, якщо вдачі у нас різні, то й сваритися неодмінно? Вдача — це таке: сказав їй "мовчи!", вона й мовчатиме. Треба тільки гарненько сказати. То ходімо?</w:t>
      </w:r>
    </w:p>
    <w:p>
      <w:r>
        <w:br/>
        <w:t>— Ходімо,— не дужо охоче погодився Кріт.— Тільки як тобі починатиме хотітися їсти, скажеш...</w:t>
      </w:r>
    </w:p>
    <w:p>
      <w:r>
        <w:br/>
        <w:t>— Гаразд,— погодився Їжак.— Як схочеться мені їсти, я почну бубоніти отако: бу-бу-бу... Тоді ти краще тікай.</w:t>
      </w:r>
    </w:p>
    <w:p>
      <w:r>
        <w:br/>
        <w:t>І перший пішов із Куреня. А слідом за ним почапав і Кріт.</w:t>
      </w:r>
    </w:p>
    <w:p>
      <w:r>
        <w:br/>
        <w:t>Степ уже вбирався у вечорову просинь. Спершу вона, як вода, вступила у видолинки, стала у полинових кущах та побіля них, а далечінь була вже вся синя. Над нею аж ген-ген крайнеба червоніла сонячна заграва та вітерець ледве чутно дихав.</w:t>
      </w:r>
    </w:p>
    <w:p>
      <w:r>
        <w:br/>
        <w:t>— Я тебе од самого полудня ждав,— промовив Їжак любенько, бо таки бачив, що Кріт побоюється його.— Самому, знаєш, така нудьга. Мурахи — ті за роботою світа білого не бачать, все вештаються, як на пожежі. Та ще й дрібні вони дуже як для мене. Ти йому щось скажеш, а його й не видно. Хіба то балачка?! Павук, той усе мух виглядає... Обізватися ні до кого. А я, правду кажучи, як не голодний, люблю поміркувати з ким-небудь у парі, погратися, поспівать... А тебе нема й нема. Що ти там хоч робиш під землею?</w:t>
      </w:r>
    </w:p>
    <w:p>
      <w:r>
        <w:br/>
        <w:t>— Риюся,— одказав Кріт.— Домівку собі будував. Три поверхи вже вивів, тепер ще один треба. Хороша тут земля, під Куренем, черв'ячків повно...</w:t>
      </w:r>
    </w:p>
    <w:p>
      <w:r>
        <w:br/>
        <w:t>— Як — три поверхи? — здивувався їжак.— Хіба тобі просто нори мало?</w:t>
      </w:r>
    </w:p>
    <w:p>
      <w:r>
        <w:br/>
        <w:t>— Мало,— сказав Кріт.— Ноги, бач, у мене хоч і дуженькі — і то лиш передні, та не бистрі; очі недобачають; голок, як у тебе, немає... Отож і доводиться рити не одну нору, а багато і на кілька поверхів. Скажімо, пішов дощ — так і знай: нижній мій поверх заллє. Пішов більший — і другий заллє. Куди подітися? Тікаю на третій, або ж на четвертий. А буває, Вужака вповзе. Ух! — по цих словах Кріт аж затремтів, а перетремтівши, сказав: — Очі світять, язик як голка... Правда, я йому теж пальця в рот не кладу, а поповоджу з поверху на поверх. В мене голова обертом іде, ну й він попокрутиться!</w:t>
      </w:r>
    </w:p>
    <w:p>
      <w:r>
        <w:br/>
        <w:t>— А як на останній поверх зажене, тоді як? — аж зупинився од цікавості їжак.</w:t>
      </w:r>
    </w:p>
    <w:p>
      <w:r>
        <w:br/>
        <w:t>— Ніяк,— усміхнувся Кріт, — 3 останнього поверху вихід є.</w:t>
      </w:r>
    </w:p>
    <w:p>
      <w:r>
        <w:br/>
        <w:t>— Хо-хо! Попалися б вони мені! — реготнув Їжак.— Хоч вуж, хоч гадюка. Я б їм показав!</w:t>
      </w:r>
    </w:p>
    <w:p>
      <w:r>
        <w:br/>
        <w:t>— То ж тобі, у тебе оно голки які,—сказав Кріт.— Ти за хвіст її вхопив і держиш, а вона хай собі колеться, доки сконає.</w:t>
      </w:r>
    </w:p>
    <w:p>
      <w:r>
        <w:br/>
        <w:t>— Те-те,— образився Їжак.— І ти, бачу, мене за боягуза маєш. Вигадав хтось, що я зміїв за хвіст хапаю, і всі за ним слідом бовкають. А я, щоб ти знав, ніколи так не роблю. Я на них просто йду, грудьми, і хапаю не за хвіст, а за голову.</w:t>
      </w:r>
    </w:p>
    <w:p>
      <w:r>
        <w:br/>
        <w:t>— Таж вони кусаються отрутно! — вигукнув Кріт.</w:t>
      </w:r>
    </w:p>
    <w:p>
      <w:r>
        <w:br/>
        <w:t>— Ай що? Мені після того тільки свербить трохи; отрута їхня мене не бере.</w:t>
      </w:r>
    </w:p>
    <w:p>
      <w:r>
        <w:br/>
        <w:t>— А нашого брата бере,— похнюпився Кріт.</w:t>
      </w:r>
    </w:p>
    <w:p>
      <w:r>
        <w:br/>
        <w:t>Вони йшли бур'янами, часто ставали й прислухалися, бо степ є степ, тут усякого зустрінеш, і друга, і ворога. Бувало й так, що Кріт відставав, тоді доганяв Їжака, облизувався й казав сором'язливенько:</w:t>
      </w:r>
    </w:p>
    <w:p>
      <w:r>
        <w:br/>
        <w:t>— Слимачок трапився.</w:t>
      </w:r>
    </w:p>
    <w:p>
      <w:r>
        <w:br/>
        <w:t>І Їжак на те співчутливо покивував добрим гострим писочком і казав:</w:t>
      </w:r>
    </w:p>
    <w:p>
      <w:r>
        <w:br/>
        <w:t>— Воно з того слимачка й наїдок такий собі, ну й то харч. Як голодний, то нічим не побракуєш. Я раніше, коли села ще не знав, теж, бувало, заморював черв'ячка всячиною. А тепер ні. Тепер аби лишень до села добився, а там знайду чим поласувати: і молоком, і яєчком, і яблучком...</w:t>
      </w:r>
    </w:p>
    <w:p>
      <w:r>
        <w:br/>
        <w:t>— І молоком?! — здивувався Кріт.</w:t>
      </w:r>
    </w:p>
    <w:p>
      <w:r>
        <w:br/>
        <w:t>— Атож. Оце, буває, виставлять хазяїни мисочку молока своїм прислужникам — котам, собакам тощо, а вони ще й носом крутять. То я вже не промину. А там, дивись, яєчко знайшов на гнізді — теж моє. Яблуко під яблунею трапиться — сюди його. Ти яблук ніколи не куштував?..</w:t>
      </w:r>
    </w:p>
    <w:p>
      <w:r>
        <w:br/>
        <w:t>— А люди ж на те що? — спитав Кріт.</w:t>
      </w:r>
    </w:p>
    <w:p>
      <w:r>
        <w:br/>
        <w:t>— Нічого,— усміхнувся Їжак.— Або кажуть: ХАЙ. Слово в них таке є. ХАЙ — це значить, я можу їсти все, що схочу. Гарне слово. Іще вони полюбляють казати: ЩОСЬ. Ото висьорбаю молоко з мисочки чи там яєчко вип'ю,— вночі, звісно,— а вдень приляжу десь під хмизком поспати і чи так перепочити — і чую: "О, щось уже молоко оно випило. А хай йому тямиться!" Інколи, правда, вгадують, що то я. А частіше — ЩОСЬ, кажуть, хох-хох... Ну і я їх не обижаю: я їм мишей ловлю, пацюків... Одне слово, жити можна!</w:t>
      </w:r>
    </w:p>
    <w:p>
      <w:r>
        <w:br/>
        <w:t>— Можна,— мудро погодився Кріт.</w:t>
      </w:r>
    </w:p>
    <w:p>
      <w:r>
        <w:br/>
        <w:t>І далі пішли мовчки, бо попереду вже виднівся шлях і гули дроти на стовпах. Тут не дужо розбалакуй, а краще дивися пильніш на всі боки та наслухай: бува, їде хтось возом чи велосипедом, а слідом пес біжить, язик висолопив, то вже неодмінно почує — і тоді клопоту не обберешся. Ні, краще помовчати...</w:t>
      </w:r>
    </w:p>
    <w:p>
      <w:r>
        <w:br/>
        <w:t>А степ уже вгортався у прозелень, сонно зітхав утомлений за день вітрисько, і з-за стовпів на шляху сходив круглісінький червоний місяць.</w:t>
      </w:r>
    </w:p>
    <w:p>
      <w:r>
        <w:br/>
        <w:t>— А що, може, вертаймо? — промовив тихенько Кріт.— Бо Курінь наш уже диви де.</w:t>
      </w:r>
    </w:p>
    <w:p>
      <w:r>
        <w:br/>
        <w:t>І тільки він це сказав, як на шляху спалахнуло два величезних ока, і світло від них так різонуло приятелям у вічі, що вони аж заплющилися обидва.</w:t>
      </w:r>
    </w:p>
    <w:p>
      <w:r>
        <w:br/>
        <w:t>— Скрутись!! — крикнув Кротові Їжак і став круглою колючою кулею.</w:t>
      </w:r>
    </w:p>
    <w:p>
      <w:r>
        <w:br/>
        <w:t>— Зарийсь!! — крикнув Кріт Їжакові й де стояв, там і зник під землею, тільки грудочки вгору полетіли.</w:t>
      </w:r>
    </w:p>
    <w:p>
      <w:r>
        <w:br/>
        <w:t>Потім повз них прокотився жахливий круглий гуркіт і подався, подався степом усе далі й далі, обмацуючи світлом своїх очей кожен стовп, білі чашечки вгорі на стовпах, співучі дроти і небо в зорях.</w:t>
      </w:r>
    </w:p>
    <w:p>
      <w:r>
        <w:br/>
        <w:t>А коли вже геть стихло, Кріт, що сидів у своїй міленькій нірці-сховку, скулившись од переляку, почув:</w:t>
      </w:r>
    </w:p>
    <w:p>
      <w:r>
        <w:br/>
        <w:t>— Вилазь, годі боятися. То машина поїхала.</w:t>
      </w:r>
    </w:p>
    <w:p>
      <w:r>
        <w:br/>
        <w:t>— А ти їсти ще не хочеш? — обережно спитав Кріт.</w:t>
      </w:r>
    </w:p>
    <w:p>
      <w:r>
        <w:br/>
        <w:t>— Он диви! — аж образився Їжак.— Чого це ти як з нори виходити, так і перелякався?</w:t>
      </w:r>
    </w:p>
    <w:p>
      <w:r>
        <w:br/>
        <w:t>— Хтозна,— мовив Кріт, вилазячи з нори та обтрушуючись.</w:t>
      </w:r>
    </w:p>
    <w:p>
      <w:r>
        <w:br/>
        <w:t>До Куреня підходили, коли місяць стояв уже вище стовпів на шляху. Світло його зазирало в одну Куреневу діру, а в другу пхалися ніч і зорі. Вітер спав, і спав на своїй круглій сіті Павук.</w:t>
      </w:r>
    </w:p>
    <w:p>
      <w:r>
        <w:br/>
        <w:t>Біля входу в Курінь височіла гостроверха купка землі — та, що Мурашиний ватаг пообіцяв Кротові, а біля неї куняло десятків з чотири Мурах.</w:t>
      </w:r>
    </w:p>
    <w:p>
      <w:r>
        <w:br/>
        <w:t>— Чого це вони не в норі? — пошепки, щоб нікого не розбудити, спитав Кріт у Їжака.</w:t>
      </w:r>
    </w:p>
    <w:p>
      <w:r>
        <w:br/>
        <w:t>— А то Мурашині солдати,— одшепнув Їжак.— Такі в них порядки: одні сплять, інші мурашник сторожують.</w:t>
      </w:r>
    </w:p>
    <w:p>
      <w:r>
        <w:br/>
        <w:t>І справді, один Мураха-солдат раптом ворухнув вусами і сонно тонюсіньким голосом гукнув своєму сусідові:</w:t>
      </w:r>
    </w:p>
    <w:p>
      <w:r>
        <w:br/>
        <w:t>— Пильнуй!</w:t>
      </w:r>
    </w:p>
    <w:p>
      <w:r>
        <w:br/>
        <w:t>Сусід одвістив те слово далі, і пішло воно навколо мурашника, сонне та зморене:</w:t>
      </w:r>
    </w:p>
    <w:p>
      <w:r>
        <w:br/>
        <w:t>— Пильнуй!..</w:t>
      </w:r>
    </w:p>
    <w:p>
      <w:r>
        <w:br/>
        <w:t>— Пильнуй!..</w:t>
      </w:r>
    </w:p>
    <w:p>
      <w:r>
        <w:br/>
        <w:t>— Пильнуй!..</w:t>
      </w:r>
    </w:p>
    <w:p>
      <w:r>
        <w:br/>
        <w:t>— Ну то на добраніч,— сказав Їжак до Крота.</w:t>
      </w:r>
    </w:p>
    <w:p>
      <w:r>
        <w:br/>
        <w:t>— Добраніч,— тихенько одказав Кріт. І раптом засміявся, шепочучи: —Ой!.. Хі-хі-хі... ой!..</w:t>
      </w:r>
    </w:p>
    <w:p>
      <w:r>
        <w:br/>
        <w:t>— Чого ти? — аж злякався Їжак.</w:t>
      </w:r>
    </w:p>
    <w:p>
      <w:r>
        <w:br/>
        <w:t>— Та то я... ой! — згадав, як мене вранці Мурахи лоскотали...— ніяково промовив Кріт і вже прицілився був шаснути в нору, як Їжак сказав:</w:t>
      </w:r>
    </w:p>
    <w:p>
      <w:r>
        <w:br/>
        <w:t>— Слухай, Кроте, як же це воно в нас так вийшло, що за всю мандрівку ти ні разу й не розсердився?</w:t>
      </w:r>
    </w:p>
    <w:p>
      <w:r>
        <w:br/>
        <w:t>— Я ж послухав твоєї поради,— розважливо мовив Кріт,— і сказав своїй сердитості: "Мовчи мені!" От вона й мовчала.</w:t>
      </w:r>
    </w:p>
    <w:p>
      <w:r>
        <w:br/>
        <w:t>— Ба! — зрадів Їжак.— Як схоти — так і зробиться! З тим і вшевкалися в нори спочивати до ранку.</w:t>
      </w:r>
    </w:p>
    <w:p>
      <w:r>
        <w:br/>
        <w:t>А разом з ними, радіючи, що не сам у світі і недарма тут стоїть, заснув серед місячного сяйва і старий Курінь.</w:t>
      </w:r>
    </w:p>
    <w:p>
      <w:r>
        <w:br/>
        <w:t>Тиха і тепла стала ніч над степом. А місяця, а просинюватого сяйва, а тіней — від кожної бур'янинки, від кожної грудочки. А від Куреня — ледь не на півстепу, ще й від тополеняти тоненька в гілочках тінь.</w:t>
      </w:r>
    </w:p>
    <w:p>
      <w:r>
        <w:br/>
        <w:t>І в синій місячній купелі по степу — стовпчики, стовпчики... То стануть і стоять, то зникнуть геть. І знову стануть.</w:t>
      </w:r>
    </w:p>
    <w:p>
      <w:r>
        <w:br/>
        <w:t>Ф'ють, ф'ють...— між собою пересвистуються — ближче од Куреня, далі, ще далі...</w:t>
      </w:r>
    </w:p>
    <w:p>
      <w:r>
        <w:br/>
        <w:t>Куняють Мурахи-вартові, куняють.</w:t>
      </w:r>
    </w:p>
    <w:p>
      <w:r>
        <w:br/>
        <w:t>Аж ось якийсь пробуркався, ворухнув вусами і спитав у сусіди:</w:t>
      </w:r>
    </w:p>
    <w:p>
      <w:r>
        <w:br/>
        <w:t>— Хто свистить?</w:t>
      </w:r>
    </w:p>
    <w:p>
      <w:r>
        <w:br/>
        <w:t>Прокинувся й сусіда та до найближчого куняйла:</w:t>
      </w:r>
    </w:p>
    <w:p>
      <w:r>
        <w:br/>
        <w:t>— Хто свистить?</w:t>
      </w:r>
    </w:p>
    <w:p>
      <w:r>
        <w:br/>
        <w:t>Отак і питаються один в одного.</w:t>
      </w:r>
    </w:p>
    <w:p>
      <w:r>
        <w:br/>
        <w:t>А то Ховрашки гасають степом. То зведуться на задні лапки і стоять стовпчиками, щоб глянути, що там коїться, по степу при місяцю, то знову сховаються в бур'янах чи борознах.</w:t>
      </w:r>
    </w:p>
    <w:p>
      <w:r>
        <w:br/>
        <w:t>А місяць сміється вгорі.</w:t>
      </w:r>
    </w:p>
    <w:p>
      <w:r>
        <w:br/>
        <w:t>Ф'ють, ф'ють, ф'ють...— свиськає увесь степ. І сяє синьо.</w:t>
      </w:r>
    </w:p>
    <w:p>
      <w:r>
        <w:br/>
        <w:t>І ледь чутно дихає уві сні Курінь старий, і пахне ледь-ледь мале тополеня — теж зморене сном.</w:t>
      </w:r>
    </w:p>
    <w:p>
      <w:r>
        <w:br/>
        <w:t>А вдалині край степу, за селом, біліє вузенька смужечка поміж хатами й садами — то повертається із своєї мандрівки по всіх усюдах на землі новий ранок.</w:t>
      </w:r>
    </w:p>
    <w:p>
      <w:r>
        <w:br/>
        <w:t>Солодко спиться такої години Куреневому братству — і в норах, і під острішком.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Небезпечний приятель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