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Незабутнє</w:t>
      </w:r>
    </w:p>
    <w:p>
      <w:r>
        <w:br/>
        <w:t xml:space="preserve"> &lt;p&gt;Цю історію хочеться казати найдорожчими словами, що даються людині в рідкі, неповторні години.</w:t>
      </w:r>
    </w:p>
    <w:p>
      <w:r>
        <w:br/>
        <w:t>Хочеться кожне слово помити в українській криниці, де дівчина воду брала, і поставити слова чистими рядами, щоб незабутнє вигравало в них, як сонце на Великдень і радувало людські серця у великі і трудні часи.</w:t>
      </w:r>
    </w:p>
    <w:p>
      <w:r>
        <w:br/>
        <w:t>Хотілось би вишити слова, мов червоні квіти на холодних рушниках, і розвішати рушники в кожній хатині, аби хто на них не глянув, з якого боку не зайшов, щоб вони завжди були непорочними, як говорила колись про себе моя скорбна мати.</w:t>
      </w:r>
    </w:p>
    <w:p>
      <w:r>
        <w:br/>
        <w:t>Де вони! Ой вийду я на високу гору і гляну на захід, на Україну. Подивлюсь на перетяте прожекторами небо, перелічу знайомі зорі. Пригадаю літа молодії, коли не топтав я землі ще, а плавав неначе над нею, коли думав ощасливити світ своїми красивими вчинками, як і всякий юнак, і марив про свою улюблену, складаючи слова, а зайняти не смів.</w:t>
      </w:r>
    </w:p>
    <w:p>
      <w:r>
        <w:br/>
        <w:t>Багато вітрів прошуміло над головою. Уже і голова сива. І не літаю вже, і близько неначе земля, і бачити став щось далеко.</w:t>
      </w:r>
    </w:p>
    <w:p>
      <w:r>
        <w:br/>
        <w:t>Де ти, моя юність крилата? Прилітай до мене хоч на годину. Припливи до мене в гості весняною водою по Десні, принеси оті слова. Хай я розкажу про дівчину Олесю, і більш нічого. І пливи тоді собі за водою, пливи і не вертайся вже ніколи, а я порадуюся за Олесю чи, може, ще й заплачу.</w:t>
      </w:r>
    </w:p>
    <w:p>
      <w:r>
        <w:br/>
        <w:t>Б'ють гармати. Вечоріє.</w:t>
      </w:r>
    </w:p>
    <w:p>
      <w:r>
        <w:br/>
        <w:t>У червоній куряві й диму немов навіки заходить сонце. Горять жита на многі кілометри, і ярина толочиться вже кілька днів людьми, машинами і мільйонами бездомних коней і корів. Бомбардують череди із літаків у пилу. Високим зойком скиглять поранені коні. Ревуть бики од пахощів кривавих і гинуть тисячами од ящура і сапу. Женуть орденоноски племінних корів важких і плачуться над ними по шляхах із дітьми разом. Кульгають вівці. Курява — до неба на сумних шляхах.</w:t>
      </w:r>
    </w:p>
    <w:p>
      <w:r>
        <w:br/>
        <w:t>Відходили на схід України сини.</w:t>
      </w:r>
    </w:p>
    <w:p>
      <w:r>
        <w:br/>
        <w:t>Пливли німецькі трупи по Десні без числа і краю, падали З небес парашутисти в лози. І всюди сльози і прощання.</w:t>
      </w:r>
    </w:p>
    <w:p>
      <w:r>
        <w:br/>
        <w:t>— Прощайте, мамо, прощавайте!</w:t>
      </w:r>
    </w:p>
    <w:p>
      <w:r>
        <w:br/>
        <w:t>— Прощайте!</w:t>
      </w:r>
    </w:p>
    <w:p>
      <w:r>
        <w:br/>
        <w:t>— Щасливо... Ой щасливо!</w:t>
      </w:r>
    </w:p>
    <w:p>
      <w:r>
        <w:br/>
        <w:t>Біля холодної криниці край села, неначе в пісні, під вербою коло старенької хатини, стояла дівчина Олеся, сумна і тиха, як і всі дівчата. Вона давно вже роздала бійцям, що було можна. А зараз цілий день напувала з відра подорожніх і вже не плакала. Не вистачило сліз. Повисихали якось очі і посвітлішали, припухли губи, а під очима впали тіні смутку і передчасна зморшка поміж бровами на чолі.</w:t>
      </w:r>
    </w:p>
    <w:p>
      <w:r>
        <w:br/>
        <w:t>"Що жде мене? Що жде красу мою?"— думала вона вже два тижні, дивлячись на шлях.</w:t>
      </w:r>
    </w:p>
    <w:p>
      <w:r>
        <w:br/>
        <w:t>Спочатку їхали закурені грузовики з речами. В грузовиках поверх речей сиділо безліч мовчазних жінок з далеких міст. Тоді ще всі з них глузували. Покійна мати лаяла було й плювала їм услід, бодай їм добра не було. А потім загули в небі страшні літаки, і загриміла, запалала вся неначе Україна і рушила на схід. Потім худоба з-за Дніпра здалека потяглася шляхами, житом, яриною. І почалося ревище.</w:t>
      </w:r>
    </w:p>
    <w:p>
      <w:r>
        <w:br/>
        <w:t>Пішли вже давно з села чоловіки і хлопці. Вже деякі вернулися додому і нишком п'ють горілку по коморах, і плачуть, і матюкають все на світі, проклинаючи свою нещасну долю.</w:t>
      </w:r>
    </w:p>
    <w:p>
      <w:r>
        <w:br/>
        <w:t>Страшно Олесі. Такого страху не знала ще вона за всі свої дев'ятнадцять літ, такого ще ніколи не було, відколи світ стоїть.</w:t>
      </w:r>
    </w:p>
    <w:p>
      <w:r>
        <w:br/>
        <w:t>— Пропали ми, нещасні, всі пропали. Іде наша смерть...— плакала тітка Мотря вголос.— І ти пропадеш, сиротино моя, і зведеться нінащо навіть увесь наш рід.</w:t>
      </w:r>
    </w:p>
    <w:p>
      <w:r>
        <w:br/>
        <w:t>Олеся в сльози. Але те, що сталося за три останні дні, остаточно пригнуло її: військо почало відходити по шляху, утомлене, скорботне, мовчазне. Потім запалали лани. Дим і рев моторів. Над армією глумилися бомбардувальники. Вони падали стрімголов з-за хмар, і розганяли людей, як птахів, і вдавлювали їх у землю на години.</w:t>
      </w:r>
    </w:p>
    <w:p>
      <w:r>
        <w:br/>
        <w:t>Олесі здавалося, що настав кінець світу, яким лякала колись ще в дитинстві її покійна баба.</w:t>
      </w:r>
    </w:p>
    <w:p>
      <w:r>
        <w:br/>
        <w:t>Невідомі якісь пастухи роздавали селянам овець. Продавали сало, м'ясо бійцям за безцінок, а то й так роздавали баби і молодиці. Ніхто вже нічого не беріг і нікому нічого не було жалько. Роздали колгоспний реманент і зерно. Вже не було колгоспного правління. Все розпадалося. Розривалися неначе всі зв'язки життя. Люди перестали робити...</w:t>
      </w:r>
    </w:p>
    <w:p>
      <w:r>
        <w:br/>
        <w:t>Олеся дивилась на шлях. Вона не була звичайною дівчиною. Вона була красива і чепурна. Олесею пишався весь ку ток. Бувало, по роботі вона щовечора, мов птиця, ну так співала коло хати на цілий куток, що, мо, й не снилось ні одній артистці з орденами. А вишивки її висіли по стінах під склом у європейських музеях — у Лондоні, в Альберт-Вікторія музеї2, в Парижі, в Мюнхені, у Нью-Йорку, хоча вона про це й не знала. Учила її покійна мати всьому. Була Олеся тонка, обдарована, артистична натура, тактовна, роботяща і бездоганно вихована хорошим чесним родом. Легковажні хлопці трохи соромилися її, вважаючи чудною і неприступною.</w:t>
      </w:r>
    </w:p>
    <w:p>
      <w:r>
        <w:br/>
        <w:t>Пили бійці воду і сумно проходили далі. Вона вже ні про що не питала в них. Вона жадібно вдивлялася в кожне лице і в кожних очах читала смуток. Велике, багато більше, ніж може вмістити свідомість, горе впало на народ, придушило його, погнало.</w:t>
      </w:r>
    </w:p>
    <w:p>
      <w:r>
        <w:br/>
        <w:t>— ІЗудь здорова, дівчино. Бувай щаслива,— сказали їй троє стомлених артилеристів і пішли од криниці. На Олесю</w:t>
      </w:r>
    </w:p>
    <w:p>
      <w:r>
        <w:br/>
        <w:t>, нахлинула хвиля такого гострого болючого жалю до себе, що їй нестерпно защеміло в горлі. Олеся глянула назад. Людей поменшало. Де-не-де людина.</w:t>
      </w:r>
    </w:p>
    <w:p>
      <w:r>
        <w:br/>
        <w:t>"Останні йдуть,— подумала Олеся.— Невже останні?"</w:t>
      </w:r>
    </w:p>
    <w:p>
      <w:r>
        <w:br/>
        <w:t>І рішилася вона на крок нечуваний, не бачений ні в її селі ніколи, ні в усім її народі. На вчинок надзвичайний, від одної згадки про який у неї захолонуло і спинилося серце. На вчинок грізний, що підказав їй грізний надзвичайний час Що кинуло її на цей учинок? Що наштовхнуло її? Глибина інстинкту роду, підсвідома мудрість, що з'являється на допомогу людині в грізні часи, коли розум холоне і не встигає усвідомити небезпеку, і спитати нікого, і грізний час летить лавиною з гори.</w:t>
      </w:r>
    </w:p>
    <w:p>
      <w:r>
        <w:br/>
        <w:t>До Олесі підійшов один з останніх юнаків танкіст Василь Нечай аж із-під Кам'янця і жадно припав до відра. Був він хороший, кремезний юнак. Одежа вся в пилу і поті. На рукаві і спині пропалена сорочка на пожарах. Здорові темні руки, патьоки на шиї і скронях і зморшка на чолі також не по літах.</w:t>
      </w:r>
    </w:p>
    <w:p>
      <w:r>
        <w:br/>
        <w:t>— Спасибі, дівчино. Прощай,— промовив він, підвівшись од відра.</w:t>
      </w:r>
    </w:p>
    <w:p>
      <w:r>
        <w:br/>
        <w:t>— Щаслива путь... Постій... Слухай,— сказала Олеся тихо, дивлячись на танкіста глибокими скорбними очима.— Я тебе щось попрошу...</w:t>
      </w:r>
    </w:p>
    <w:p>
      <w:r>
        <w:br/>
        <w:t>— Мене? Що мене просити?— поглянув на неї танкіст, і надзвичайний погляд Олесі прикував його на мить до себе.— Що ти, дівчино?</w:t>
      </w:r>
    </w:p>
    <w:p>
      <w:r>
        <w:br/>
        <w:t>— Слухай,— сказала Олеся,— переночуй зі мною. Вже наступає ніч. Коли ще можна, чуєш?</w:t>
      </w:r>
    </w:p>
    <w:p>
      <w:r>
        <w:br/>
        <w:t>Вона поставила відро і підійшла до нього.</w:t>
      </w:r>
    </w:p>
    <w:p>
      <w:r>
        <w:br/>
        <w:t>— Я дівчина. Я знаю, прийдуть німці завтра чи позавтра, замучать мене, поругаються наді мною. Я так цього боюсь. Прошу тебе, нехай ти... Переночуй зі мною...</w:t>
      </w:r>
    </w:p>
    <w:p>
      <w:r>
        <w:br/>
        <w:t>При останніх словах голос Олесі затремтів і неначе погас</w:t>
      </w:r>
    </w:p>
    <w:p>
      <w:r>
        <w:br/>
        <w:t>— Я не можу взяти тебе,— сказав Нечай чесно і одвер-то.— Я в танку горів позавчора під бомбами. Я не герой.</w:t>
      </w:r>
    </w:p>
    <w:p>
      <w:r>
        <w:br/>
        <w:t>— Ти наш.</w:t>
      </w:r>
    </w:p>
    <w:p>
      <w:r>
        <w:br/>
        <w:t>— Я одступаю. Тікаю. Я покидаю тебе. Пойми мій сором. Я не герой.</w:t>
      </w:r>
    </w:p>
    <w:p>
      <w:r>
        <w:br/>
        <w:t>— Ти нещасний. І я нещасна. Пойми ж і ти мене. Глянь, що робиться. Я хочу згадувать тебе усе життя, а не отих мерців, що вже пливуть Десною. Останься, правда.</w:t>
      </w:r>
    </w:p>
    <w:p>
      <w:r>
        <w:br/>
        <w:t>Олеся дивилася на нього з такою довірою, з такою болючою мольбою, що він умовк і не зводив з неї очей. Він дивився на неї, чужу,4невідому, випадкову, аби ніколи вже потім ні на одну годину ніде не забути її, аби понести її, оцю дівчину, в своєму серці через усі бої, через усі вогні.</w:t>
      </w:r>
    </w:p>
    <w:p>
      <w:r>
        <w:br/>
        <w:t>— Ну, як же? Ну, добре...</w:t>
      </w:r>
    </w:p>
    <w:p>
      <w:r>
        <w:br/>
        <w:t>— Ото моя хата.</w:t>
      </w:r>
    </w:p>
    <w:p>
      <w:r>
        <w:br/>
        <w:t>— А де твої батьки?— раптом збагнув він.</w:t>
      </w:r>
    </w:p>
    <w:p>
      <w:r>
        <w:br/>
        <w:t>— Батька давно вже немає, а матір недавно, на тому тижні, з літака на городі... і двох сестер. Я одна осталась.</w:t>
      </w:r>
    </w:p>
    <w:p>
      <w:r>
        <w:br/>
        <w:t>Вони зайшли до маленької чепурної хати, і, коли за ними зачинилися двері, він тільки тоді якось відчув, що вони одні, самі удвох, окремі од усього світу. Це саме відчула і вона. Якусь хвилину вони стояли одно перед одним у хатньому присмерку мовчки і не знали, куди рухатись. Вони були незаймані обоє.</w:t>
      </w:r>
    </w:p>
    <w:p>
      <w:r>
        <w:br/>
        <w:t>У хаті пахло старими образами, любистком, м'ятою, і в'ялим лепехом, і ще чимось пахучим і смачним.</w:t>
      </w:r>
    </w:p>
    <w:p>
      <w:r>
        <w:br/>
        <w:t>— Сідай, посидь у мене за столом,— сказала Олеся тихо і взяла його обома руками за руку.— їсти хочеш? Ну, хоч трошки, прошу тебе... Може, помиєшся з дороги, помийся.</w:t>
      </w:r>
    </w:p>
    <w:p>
      <w:r>
        <w:br/>
        <w:t>Василь скинув сорочку і став митися над шапликом. Олеся злила йому холодної води на руки, потім на голову. Він затулив очі. Він почував, як спливала з нього дорожня курява і піт. Йому було приємно, а коли Олеся вилляла кружку води йому на спину, він трохи було не заіржав од лоскоту і радості, але посоромився.</w:t>
      </w:r>
    </w:p>
    <w:p>
      <w:r>
        <w:br/>
        <w:t>Вона подала йому чистий рушник. Потім він роззувся і, добре помивши ноги, присів на лавку край стола. Якийсь хвилюючий сором все ж таки сковував і не покидав його, а її неначе ні. Вона і соромилась, і ні. Вона ходила по хаті, носила йому до стола страви. Вона сповняла свій, одній лиш їй начертаний неначебто, закон.</w:t>
      </w:r>
    </w:p>
    <w:p>
      <w:r>
        <w:br/>
        <w:t>Вони щось їли вдвох і уникали читать бажання одне у одного в очах, та чи й було воно, і говорили все про те, про се, соромлячись мовчання. Часом вони стрічалися очима, коли рвалася нитка розмови, і тоді вони переставали дихати й жувати їжу. Вони ніби кам'яніли обоє і вдивлялися одне в одного до дна. Коли отак їм стало нічим дихать раз, Олеся застогнала вся і притулила руки до грудей.</w:t>
      </w:r>
    </w:p>
    <w:p>
      <w:r>
        <w:br/>
        <w:t>— Ой боже мій! Що ж воно буде з нами?</w:t>
      </w:r>
    </w:p>
    <w:p>
      <w:r>
        <w:br/>
        <w:t>Коли у хаті стало темно, вона рішилась перша. Підійшла до полу і довго-довго слала мовчки чисту полотняну постіль.</w:t>
      </w:r>
    </w:p>
    <w:p>
      <w:r>
        <w:br/>
        <w:t>Вона виймала з материної скрині чисті нові рядна, напірначі, рушник, поклала дві подушки рядом, задумавшись на мить, і принесла знадвору квітів.</w:t>
      </w:r>
    </w:p>
    <w:p>
      <w:r>
        <w:br/>
        <w:t>Не співали дружки. Ніхто не посівав Олесину постіль ні житом, ні пшеницею, і не шумів у голові весільний хміль. Не співали свахи лукавих пісень. Сама собі Олеся готовила весілля.</w:t>
      </w:r>
    </w:p>
    <w:p>
      <w:r>
        <w:br/>
        <w:t>Тихо було в хаті. Тільки далеко десь гупали важкі гармати та часом торохтів у небі далекий чужий літак.</w:t>
      </w:r>
    </w:p>
    <w:p>
      <w:r>
        <w:br/>
        <w:t>— Не дивись на мене,— попросила Олеся і, важко зітхаючи, одягла нову сорочку. Василь чув, як стугоніло його серце.</w:t>
      </w:r>
    </w:p>
    <w:p>
      <w:r>
        <w:br/>
        <w:t>— Як у мене б'ється серце...</w:t>
      </w:r>
    </w:p>
    <w:p>
      <w:r>
        <w:br/>
        <w:t>— І у мене,— сказала тихо Олеся.— Ой... іди сюди. Вона стояла коло ліжка у довгій мережаній сорочці.</w:t>
      </w:r>
    </w:p>
    <w:p>
      <w:r>
        <w:br/>
        <w:t>Місяць освітлював її з вікна.</w:t>
      </w:r>
    </w:p>
    <w:p>
      <w:r>
        <w:br/>
        <w:t>— Як тебе звуть?</w:t>
      </w:r>
    </w:p>
    <w:p>
      <w:r>
        <w:br/>
        <w:t>— Василь.</w:t>
      </w:r>
    </w:p>
    <w:p>
      <w:r>
        <w:br/>
        <w:t>— А мене Олеся. Дай руку.</w:t>
      </w:r>
    </w:p>
    <w:p>
      <w:r>
        <w:br/>
        <w:t>Вона притулила його руку до свого серця.</w:t>
      </w:r>
    </w:p>
    <w:p>
      <w:r>
        <w:br/>
        <w:t>— Я ніколи тебе не забуду,— сказала вона журно і строго і поцілувала Василя в щоку коротким, холодним, немов дитячим, поцілунком.— Скажи і ти оці слова.</w:t>
      </w:r>
    </w:p>
    <w:p>
      <w:r>
        <w:br/>
        <w:t>Василь повторив слова і сам не впізнав свого голосу, такий він був низький і урочистий. Василь прозвучав увесь, усім своїм єством, як дзвін.</w:t>
      </w:r>
    </w:p>
    <w:p>
      <w:r>
        <w:br/>
        <w:t>Раптом задзеленчали шибки. Низько над самою хатою проревла страшним ревом велика зграя ворожих літаків. Загриміли бомби на шляху за селом.</w:t>
      </w:r>
    </w:p>
    <w:p>
      <w:r>
        <w:br/>
        <w:t>— Прощайте! — лунав десь здалека голос парубка.</w:t>
      </w:r>
    </w:p>
    <w:p>
      <w:r>
        <w:br/>
        <w:t>— Ой діточки ж мої, діточки...— жалібно голосила понад шляхом розлука</w:t>
      </w:r>
    </w:p>
    <w:p>
      <w:r>
        <w:br/>
        <w:t>Вони довго лежали мовчки, прислухаючись мимоволі до криків. Потім Олеся розказала Василю, що це плаче її тітка Мотря, у якої забрано до армії вже чотирьох синів.</w:t>
      </w:r>
    </w:p>
    <w:p>
      <w:r>
        <w:br/>
        <w:t>— А це вже п'ятий прощається, Іван,— останній.</w:t>
      </w:r>
    </w:p>
    <w:p>
      <w:r>
        <w:br/>
        <w:t>— Так,— зітхнув Василь.— Як гарно ти пахнеш любистком.</w:t>
      </w:r>
    </w:p>
    <w:p>
      <w:r>
        <w:br/>
        <w:t>— А ти, коли дишеш, пахнеш огірками, огірковим листом.</w:t>
      </w:r>
    </w:p>
    <w:p>
      <w:r>
        <w:br/>
        <w:t>— І ти...</w:t>
      </w:r>
    </w:p>
    <w:p>
      <w:r>
        <w:br/>
        <w:t>— І ти...— прошептала Олеся.</w:t>
      </w:r>
    </w:p>
    <w:p>
      <w:r>
        <w:br/>
        <w:t>Вони вдивлялися одне в одного широко відкритими очима і за всю ніч так і не звели очей. Потроху в них ущухла несміливість. Вони знаходили одне у одному щось дивне і несподіване, якісь чарівні відкриття. Пройшла непевність і ще щось невимовне. Кожен з них почував у собі радісну молоду силу і гордість володіння і подяки.</w:t>
      </w:r>
    </w:p>
    <w:p>
      <w:r>
        <w:br/>
        <w:t>Часом їм здавалося, що вони знають одне одного з самих дитячих літ, давко-давно вже, і радісний спокій обгортав їх обох. Та один якийсь рух раптом нагадував їм всю трагічну несподіваність зустрічі, і тоді новизна починала знову хвилювати їхні груди серед нічного людського плачу, і реву худоби, і віщування псів.</w:t>
      </w:r>
    </w:p>
    <w:p>
      <w:r>
        <w:br/>
        <w:t>— Так тебе зовуть Василь?</w:t>
      </w:r>
    </w:p>
    <w:p>
      <w:r>
        <w:br/>
        <w:t>— Так.</w:t>
      </w:r>
    </w:p>
    <w:p>
      <w:r>
        <w:br/>
        <w:t>— Василь, Василик, а я Олеся. Поцілуй мене, Василику. Скажи мені ще раз, що я гарна. Я така щаслива.</w:t>
      </w:r>
    </w:p>
    <w:p>
      <w:r>
        <w:br/>
        <w:t>— А чого ти плачеш?</w:t>
      </w:r>
    </w:p>
    <w:p>
      <w:r>
        <w:br/>
        <w:t>— Ні, я не плачу. Так мені гарно.</w:t>
      </w:r>
    </w:p>
    <w:p>
      <w:r>
        <w:br/>
        <w:t>— Рідна моя. Чого ж ти плачеш?</w:t>
      </w:r>
    </w:p>
    <w:p>
      <w:r>
        <w:br/>
        <w:t>— Це ж ти плачеш, Василику. Ти не забудеш мене?</w:t>
      </w:r>
    </w:p>
    <w:p>
      <w:r>
        <w:br/>
        <w:t>— Мила моя!</w:t>
      </w:r>
    </w:p>
    <w:p>
      <w:r>
        <w:br/>
        <w:t>— Милий мій!</w:t>
      </w:r>
    </w:p>
    <w:p>
      <w:r>
        <w:br/>
        <w:t>— Хороша моя!</w:t>
      </w:r>
    </w:p>
    <w:p>
      <w:r>
        <w:br/>
        <w:t>— Хороший мій! Іди до мене!</w:t>
      </w:r>
    </w:p>
    <w:p>
      <w:r>
        <w:br/>
        <w:t>Вони сміялися тихо знову од любовної втіхи і скорботи, неначе притихли і поснули по темних кутках в хатині.</w:t>
      </w:r>
    </w:p>
    <w:p>
      <w:r>
        <w:br/>
        <w:t>Вони і вірили, і не вірили, що вони вже чоловік і жінка.</w:t>
      </w:r>
    </w:p>
    <w:p>
      <w:r>
        <w:br/>
        <w:t>— Знаєш, Василику,— шептала Олеся над його лицем.— Коли б ми жили, коли б сталося так, що ми житимем двоє, ми ніколи за все наше життя не скажем одне одному жодного поганого слова. Правда?</w:t>
      </w:r>
    </w:p>
    <w:p>
      <w:r>
        <w:br/>
        <w:t>— Правда.</w:t>
      </w:r>
    </w:p>
    <w:p>
      <w:r>
        <w:br/>
        <w:t>— Ми навіть не подумаємо злого. Правда?</w:t>
      </w:r>
    </w:p>
    <w:p>
      <w:r>
        <w:br/>
        <w:t>— Правда.</w:t>
      </w:r>
    </w:p>
    <w:p>
      <w:r>
        <w:br/>
        <w:t>— Правда?</w:t>
      </w:r>
    </w:p>
    <w:p>
      <w:r>
        <w:br/>
        <w:t>— Правда.</w:t>
      </w:r>
    </w:p>
    <w:p>
      <w:r>
        <w:br/>
        <w:t>— Ми будемо так ладно жити, як ніхто в світі. Правда?</w:t>
      </w:r>
    </w:p>
    <w:p>
      <w:r>
        <w:br/>
        <w:t>— Так.</w:t>
      </w:r>
    </w:p>
    <w:p>
      <w:r>
        <w:br/>
        <w:t>— Ти не забудеш мене?</w:t>
      </w:r>
    </w:p>
    <w:p>
      <w:r>
        <w:br/>
        <w:t>— Ні.</w:t>
      </w:r>
    </w:p>
    <w:p>
      <w:r>
        <w:br/>
        <w:t>— Ти найдеш, одвоюеш мене?</w:t>
      </w:r>
    </w:p>
    <w:p>
      <w:r>
        <w:br/>
        <w:t>— Найду, одвоюю тебе.</w:t>
      </w:r>
    </w:p>
    <w:p>
      <w:r>
        <w:br/>
        <w:t>— Іди до мене, іди.</w:t>
      </w:r>
    </w:p>
    <w:p>
      <w:r>
        <w:br/>
        <w:t>Неначе зійшлися століття простої народної любові, що сіє дітей на нашій родючій землі. Зійшлися століття горючих прощань української дівчини-жінки, оспіваної в журних піснях народу.</w:t>
      </w:r>
    </w:p>
    <w:p>
      <w:r>
        <w:br/>
        <w:t>Почало світати. Пом'якшали тіні у хаті, і прощання протирало вже свої очі десь там, у сінях за дверима.</w:t>
      </w:r>
    </w:p>
    <w:p>
      <w:r>
        <w:br/>
        <w:t>— Кажи мені ще, Василику, красиві слова, кажи,— припадала Олеся до Василевого плеча.— Уже кінчається ніч. Вже скоро прощатись пора.</w:t>
      </w:r>
    </w:p>
    <w:p>
      <w:r>
        <w:br/>
        <w:t>— Слухай, Олесю...</w:t>
      </w:r>
    </w:p>
    <w:p>
      <w:r>
        <w:br/>
        <w:t>Довго говорили вони на світанку. Вони повінчали свою просту любов духовним єднанням надзвичайної сили і самі дивувались цьому. Вони ніби виросли обоє за цю ніч, і душі їхні піднеслися вперше до високих вершин проникливості і розуміння. А невблаганна неминучість розлуки ніби освітлювала особливим світлом їхні почуття і надавала їм особливої краси. Перед ними за цю ніч розчинилося неначе нове бачення речей, сумне, але ясне і чітке, і ясними і чіткими були його, Василеві, слова, що їх він у собі ніколи неначе й не сподівався знайти.</w:t>
      </w:r>
    </w:p>
    <w:p>
      <w:r>
        <w:br/>
        <w:t>— Ні, я не забуду тебе, Олесю, моя дорога дружино. Не забуду ніколи ні тебе, ні твоєї хати, ні криниці під вербою, ні твого села. Я покидаю тебе на нашій землі. Та що наша земля, що наше життя без тебе?!</w:t>
      </w:r>
    </w:p>
    <w:p>
      <w:r>
        <w:br/>
        <w:t>— Василю...— простогнала Олеся.</w:t>
      </w:r>
    </w:p>
    <w:p>
      <w:r>
        <w:br/>
        <w:t>— Прощай. Горить моя душа...</w:t>
      </w:r>
    </w:p>
    <w:p>
      <w:r>
        <w:br/>
        <w:t>— Уже день настає,— оглянулась Олеся в тривозі.</w:t>
      </w:r>
    </w:p>
    <w:p>
      <w:r>
        <w:br/>
        <w:t>— Що ж ти будеш думать про мене, Олесю?</w:t>
      </w:r>
    </w:p>
    <w:p>
      <w:r>
        <w:br/>
        <w:t>— Я спасатиму рід. Я попросила тебе дати мені надію... Не запізнись, Василю.</w:t>
      </w:r>
    </w:p>
    <w:p>
      <w:r>
        <w:br/>
        <w:t>— Ні, я вернусь до тебе, вернусь. Я проб'юсь до тебе через усі пожежі, через усі доти, через все на світі. Яка б ти не була, я вернусь до тебе. Хай ти будеш чорна, і хвора, і понівечена ворогом, хай посивієш ти від горя і сліз і побіліє твоя коса, хай ритимеш ти шанці проти мене, і плестимеш колючі німецькі дроти проти мене, і сіятимеш для ворога хліб під нагаями, ти зостанешся для мене прекрасною, як і зараз прекрасна ти. І повсихають руки, язики усім, хто спробує про тебе мислить зле. Якщо ж бо в розпачі ти проклинатимеш мене і всіх, що кинули тебе і на Дніпрі не вмерли,— простив я тебе наперед, така вже наша доля, і ти мене прости,— сказав схвильовано Василь, дивуючись своїм незвичайним словам.</w:t>
      </w:r>
    </w:p>
    <w:p>
      <w:r>
        <w:br/>
        <w:t>— Прощаю,— сказала Олеся,— тільки найди мене.</w:t>
      </w:r>
    </w:p>
    <w:p>
      <w:r>
        <w:br/>
        <w:t>— Найду,— сказав Василь, пригортаючи її до себе своїми сильними великими руками.— Коли ж так станеться, що не найду, може, уб'ють мене, Олесю, чи вибухну я десь, мо, на фугасах у своєму танку і розлечуся шматтями по полю, так що й кісток моїх не найдуть для могили, я все одно вернусь до тебе. Я пам'ятником стану з бронзи у твоїм селі, отам ось, за вікном! Я зрозумів, Олесю. Стежка назад до тебе є одна, один є шлях. Шлях геройства. Треба бути героєм і ненавидіти ворога. Олесю,— сказав Василь, подумавши трохи,— який же непотрібно млявий прийшов я вчора до твоєї хати!</w:t>
      </w:r>
    </w:p>
    <w:p>
      <w:r>
        <w:br/>
        <w:t>— Я тебе простила.</w:t>
      </w:r>
    </w:p>
    <w:p>
      <w:r>
        <w:br/>
        <w:t>— Я бачу. По великості жіночої душі своєї. Ти, Олесю, одкрила мені світ.</w:t>
      </w:r>
    </w:p>
    <w:p>
      <w:r>
        <w:br/>
        <w:t>— Іди до мене, бідненький, іди...</w:t>
      </w:r>
    </w:p>
    <w:p>
      <w:r>
        <w:br/>
        <w:t>Спали вони чи ні? Часом вони обоє впадали в щось подібне до сну, але то був не сон. Вони не переставали почувати одне одного і неначе летіли в обіймах над синім морем і чули звучання далеких дзвонів і весняних потоків.</w:t>
      </w:r>
    </w:p>
    <w:p>
      <w:r>
        <w:br/>
        <w:t>Вони розійшлися ранком, рано-рано до схід сонця, у холодній росі коло перелазу за садком.</w:t>
      </w:r>
    </w:p>
    <w:p>
      <w:r>
        <w:br/>
        <w:t>Не побігла Олеся за Василем у далекі краї. Не було в неї ні фібрового ширпотребу, ні компаса,— нічого для дороги. У неї була хата, земля, квіти і дорогі могили батьків.</w:t>
      </w:r>
    </w:p>
    <w:p>
      <w:r>
        <w:br/>
        <w:t>Василь скоро зник за горою у битих житах.</w:t>
      </w:r>
    </w:p>
    <w:p>
      <w:r>
        <w:br/>
        <w:t>Він ішов швидко і легко, з ясною головою. Він немов летів,. не чуючи під собою землі, готовий до подвигів велетенських. Він зрозумів, що треба поспішати до бойового товариства, треба забути про все на світі в ім'я життя і битися з ворогом смертним боєм.</w:t>
      </w:r>
    </w:p>
    <w:p>
      <w:r>
        <w:br/>
        <w:t>А Олеся-Ярославна виплакала на перелазі свою много-сотлітню пісню і спустошена пішла до хати3. І стала вона кам'яною. Не чула вона, як громили гарматами село, як з боєм відходили останні бійці і вповзала в село німецька неволя.</w:t>
      </w:r>
    </w:p>
    <w:p>
      <w:r>
        <w:br/>
        <w:t>— У мене, тітко, кам'яна душа. Зі мною тепер можна робити що завгодно,— сказала вона тітці Мотрі, що прибігла до неї потужити.</w:t>
      </w:r>
    </w:p>
    <w:p>
      <w:r>
        <w:br/>
        <w:t>Олеся сиділа нерухома і дивилась на подушку, на слід Василевої голови.</w:t>
      </w:r>
    </w:p>
    <w:p>
      <w:r>
        <w:br/>
        <w:t>[1942]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Незабутнє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