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Оповідки про великодушні вчинки</w:t>
      </w:r>
    </w:p>
    <w:p>
      <w:r>
        <w:br/>
        <w:t xml:space="preserve"> &lt;p&gt;ОПОВІДКИ ПРО ВЕЛИКОДУШНІ ВЧИНКИ</w:t>
      </w:r>
    </w:p>
    <w:p>
      <w:r>
        <w:br/>
        <w:t>Все своє життя, починаючи з дитячих літ, я мав звичай читати певного роду історії, написані у своєрідній манері Премудрого Мораліста, бо ж таке чтиво було повчальне й справляло мені втіху. Історії ті завжди лежали в мене напохваті, і коли мені сприкрювався рід людський, я вдавався до них – і вони підносили мене на дусі; коли я почувався немилосердним егоїстом і негідником, я вдавався до них,– і вони нараджували мені, як вестися, щоб знову себе поважати. Не раз я жалкував, що ті чарівні історії уривалися щасливою розв’язкою, і мріяв довідатися, куди поверне далі захоплива оповість про добродійників та вдобродійнених. Це почуття росло в моїй душі так уперто й непогамовно, що я нарешті зважився таки дізнатися, чим закінчились оті історії. Я взявся за діло і по багатьох невсипущих трудах та копітких дослідах довів його до кінця. Наслідки я викладу вам, супроводжуючи по черзі кожну історію її правдивим продовженням, що його я знайшов і перевірив.</w:t>
      </w:r>
    </w:p>
    <w:p>
      <w:r>
        <w:br/>
        <w:t>Вдячний пудель</w:t>
      </w:r>
    </w:p>
    <w:p>
      <w:r>
        <w:br/>
        <w:t>Жалісливий лікар (він залюбки читав такі книжки) здибав якось безхатнього пуделя з поламаною лапою, приніс бідолаху до себе додому, наставив та перев’язав йому скалічену лапу, відпустив його на волю, а невдовзі й думати про нього забув. Та як же він здивувався, коли одного пречудового дня відчинив свої двері й уздрів біля них вдячного пуделя – той терпляче ждав лікаря в парі з іншим безпритульним собакою, якому теж було поламано ногу. Добрий лікар незагайно подав допомогу нещасній тварині, святобливо схиляючись перед невичерпною добрістю та милосердям бога, той-бо не погребував таким покірливим знаряддям, як безхатній пудель, щоб покріпити... і т. д. і т. д.</w:t>
      </w:r>
    </w:p>
    <w:p>
      <w:r>
        <w:br/>
        <w:t>Продовження</w:t>
      </w:r>
    </w:p>
    <w:p>
      <w:r>
        <w:br/>
        <w:t>Назавтра вранці жалісливий лікар знайшов біля своїх дверей двох тих самих собак, розпромінених вдячністю, а з ними ще двох собак-калік. Він тут-таки подав їм допомогу, і всі четверо подалися собі геть, залишивши жалісливого лікаря на самоті і сповнивши його таким побожним подивом, якого ще ніколи в житті він не відчував. День минув, настав ранок. Перед дверима жалісливого лікаря сиділо вже четверо псів, що побували на лікуванні, а з ними ще четверо, що потребували лікування. Минув і цей день, настав інший ранок; тепер уже шістнадцять псів, із них вісім щойно скалічілих, залягли тротуар, а перехожі остережливо обминали це місце. До полудня всі зламані лапи було вправлено, але до побожного подиву в серці доброго лікаря мимохіть стали долучатися блюзнірські почуття. Ще раз зійшло сонце й освітило вже тридцять двох собак, із них шістнадцять із поламаними лапами укрили весь тротуар і піввулиці; решту місця запосіли глядачі людського поріддя. Виття зранених собак, вдячне скавуління зцілених та зауваження глядачів справляли незабутнє враження, але рух по цій вулиці завмер. Добрий лікар надіслав заяву про вихід з-поміж парафіян своєї церкви, щоб ніщо не заважало йому добирати слів так вільно, як того вимагали обставини. Тоді він найняв двох хірургів собі до помочі і ще перед смерком закінчив свою доброчинну діяльність.</w:t>
      </w:r>
    </w:p>
    <w:p>
      <w:r>
        <w:br/>
        <w:t>Та всьому на світі є своя межа. Ось ще раз ізблиснув ранок, і добрий лікар, визирнувши надвір, побачив незліченне, неоглядне стовпище собак, що вили й просили допомоги, і сказав:</w:t>
      </w:r>
    </w:p>
    <w:p>
      <w:r>
        <w:br/>
        <w:t>– Нема ради, треба признатися, що книжки пошили мене в дурні: вони розповідають лише кращу половину історії і на цьому уривають. Дайте-но сюди рушницю, справа зайшла задалеко.</w:t>
      </w:r>
    </w:p>
    <w:p>
      <w:r>
        <w:br/>
        <w:t>Він вийшов із рушницею з дому й ненароком наступив на хвіст першому вдобродійненому пуделеві. Той відразу ж схопив його за ногу. Слід сказати, що велика й добра справа, якій присвятив себе цей пудель, зродила в ньому таку сильну, а далі то ще й більшу заповзятливість, що його слабка голова не витримала й він сказився.</w:t>
      </w:r>
    </w:p>
    <w:p>
      <w:r>
        <w:br/>
        <w:t>З місяць жалісливий лікар у страхітливих муках конав від сказу, тут-то він закликав до себе друзів, що вдарились у ревний плач, і сказав:</w:t>
      </w:r>
    </w:p>
    <w:p>
      <w:r>
        <w:br/>
        <w:t>– Остерігайтеся книжок. Вони розповідають тільки половину історії. Коли сіромаха просить у вас допомоги і ви не певні, чим обернеться ваша доброчинність, дайте волю своїм сумнівам і вбийте прохача.</w:t>
      </w:r>
    </w:p>
    <w:p>
      <w:r>
        <w:br/>
        <w:t>По цих словах він обернувся лицем до стіни й віддав богові душу.</w:t>
      </w:r>
    </w:p>
    <w:p>
      <w:r>
        <w:br/>
        <w:t>Жалісливий письменник</w:t>
      </w:r>
    </w:p>
    <w:p>
      <w:r>
        <w:br/>
        <w:t>Бідний і молодий літератор-початківець марно намагався примістити куди-небудь свої рукописи. Нарешті, спіткавшись віч-на-віч з усіма жахіттями голодної смерті, він розповів свою сумну історію одному славетному письменникові, просячи в нього поради й допомоги. Цей великодушний чоловік як стій відклав усі свої справи й заходився читати відхилений рукопис. Упоравши це добре діло, він щиро потис молодикові руку й сказав: "Ваш рукопис не позбавлений інтересу; зайдіть до мене в понеділок".</w:t>
      </w:r>
    </w:p>
    <w:p>
      <w:r>
        <w:br/>
        <w:t>У домовлений час славнозвісний письменник, гречно всміхаючись, але не кажучи й слова, розгорнув перед літератором-початківцем ще вологе, щойно віддруковане число часопису. Як же здивувався бідний молодик, побачивши, що в часописові вміщено його власний твір.</w:t>
      </w:r>
    </w:p>
    <w:p>
      <w:r>
        <w:br/>
        <w:t>– Як я зумію віддячити вам за цей шляхетний вчинок! – вимовив він, падаючи навколішки й умиваючися слізьми.</w:t>
      </w:r>
    </w:p>
    <w:p>
      <w:r>
        <w:br/>
        <w:t>Славетний письменник був знаний Снодграс; бідний літератор-початківець, врятований таким чином від безвісності та голодної смерті,– не згірш знаний згодом Снегсбі. Нехай цей випадок схилить нас до того, щоб ми зичливо вислуховували всіх початківців, що потребують допомоги.</w:t>
      </w:r>
    </w:p>
    <w:p>
      <w:r>
        <w:br/>
        <w:t>Продовження</w:t>
      </w:r>
    </w:p>
    <w:p>
      <w:r>
        <w:br/>
        <w:t>Наступного тижня Снегсбі прийшов із п’ятьма відхиленими рукописами. Славетний письменник трохи вже здивувався, в книжках-бо він читав, що молодому генієві вистачить допомогти лише один раз. Та він переорав і ці сторінки, виполюючи дорогою зайві квіти красномовства та проріджуючи зарості з прикметників, після чого йому пощастило примістити ще два рукописи.</w:t>
      </w:r>
    </w:p>
    <w:p>
      <w:r>
        <w:br/>
        <w:t>Не минуло й тижня, як вдячний Снегсбі заявився з новим вантажем. Прислужившись молодому страдникові вперше, славетний письменник внутрішньо раював, порівнював себе з великодушними героями в книжках; одначе тепер йому закралася підозра, що він наразився на щось нове на ниві великодушних вчинків. Його заповзятливість трохи пригасла. А проте йому бракувало сил відшити молодого автора, що второвував собі шлях, а надто, коли той горнувся до нього з такою наївною простотою та довірливістю.</w:t>
      </w:r>
    </w:p>
    <w:p>
      <w:r>
        <w:br/>
        <w:t>І ось уже закінчилося тим, що молодий літератор-початківець невдовзі осідлав славетного письменника. Усі кволі спроби старшого колеги скинути цей тягар ішли намарне. Він мусив щодень вділяти порад своєму молодому другові, щодень підохочувати його; він мусив пробивати його рукописи в тижневики, переписуючи щоразу все від слова до слова, щоб надати творам пристойного вигляду. Убившись нарешті в силу, дебютант зажив собі блискавичної популярності, змалювавши особисте життя славетного письменника так занозувато і з такими ущипливими подробицями, що книга розійшлася в безлічі примірників. І серце славетного письменника не витримало ганьби. Лежачи на смертному одрі, він сказав:</w:t>
      </w:r>
    </w:p>
    <w:p>
      <w:r>
        <w:br/>
        <w:t>– Леле, книжки ошукали мене; вони розповідають далеко не все. Остерігайтеся літераторів, коли ті второвують собі шлях, друзі мої. Кому бог наготував голодну смерть, того не вирятовуйте самовпевнено собі ж на погибель.</w:t>
      </w:r>
    </w:p>
    <w:p>
      <w:r>
        <w:br/>
        <w:t>Вдячний чоловік</w:t>
      </w:r>
    </w:p>
    <w:p>
      <w:r>
        <w:br/>
        <w:t>Одна місіс їхала головною вулицею великого міста зі своїм маленьким синочком, коли це нараз коні схарапудилися й понесли, мов навіжені, і вже візник злетів з передка, а пасажири в колясці закам’яніли з жаху. Та сміливий юнак, що правував бакалійною балагулою, кинувся навперейми знавіснілим тваринам і, важачи головою,41 спинив їх на всьому скаку. Вдячна дама занотувала його адресу, дісталася до себе додому й розповіла про цей геройський вчинок своєму чоловікові (що залюбки читав книжки); той, увесь мокрий від сліз, вислухав зворушливу розповідь, а тоді, подякувавши разом із любими його серцю домівниками тому, хто не дасть навіть горобцеві упасти додолу без своєї на те волі, послав по сміливого юнака, вклав йому в долоню чек на п’ятсот доларів і сказав:</w:t>
      </w:r>
    </w:p>
    <w:p>
      <w:r>
        <w:br/>
        <w:t>– Візьміть оцю винагороду за свій благородний вчинок, Вільяме Фергюсоне, і коли вам знадобиться друг, згадайте, що у Томпсона Макспадена б’ється в грудях шляхетне серце.</w:t>
      </w:r>
    </w:p>
    <w:p>
      <w:r>
        <w:br/>
        <w:t>Нехай це буде нам наука, що добре діло завжди обертається на користь доброчинцеві, хоч би й яке становище він обіймав.</w:t>
      </w:r>
    </w:p>
    <w:p>
      <w:r>
        <w:br/>
        <w:t>Продовження</w:t>
      </w:r>
    </w:p>
    <w:p>
      <w:r>
        <w:br/>
        <w:t>Вільям Фергюсон навідався за тиждень і попросив містера Макспадена як впливову людину виклопотати йому пристойніше місце, бо чує себе здатним на щось більше, ніж правувати балагулою. Містер Макспаден виклопотав йому місце писаря з доброю платнею.</w:t>
      </w:r>
    </w:p>
    <w:p>
      <w:r>
        <w:br/>
        <w:t>Невдовзі заслабла мати Вільяма Фергюсона, і Вільям... Одне слово, містер Макспаден погодився взяти її до себе в дім. За недовгий час вона занудилася за своїми меншими дітками, отож Мері та Джулії теж знайшли місце в домі, а також і Джімі, їхньому маленькому братикові. Джімі мав ножика, і одного пречудового дня забрався до вітальні й менш ніж за три чверті години обернув меблі вартістю в десять тисяч доларів на безцінь. День чи два перегодом він упав зі сходів і скрутив собі в’язи, і на похорони об’явилося душ із сімнадцятеро родичів. Так відбулося знайомство, і опісля кухня Макспаденів уже ніколи не порожнювала, а самі Макспадени мали клопоту по зав’язку: пришукували їм всіляку роботу й знову пришукували, коли попередня набивала оскомину. Бабуся Фергюсон добряче пила й добряче лаялась, але вдячні Макспадени розуміли, що мусять терпіти та напучувати стару, бо її син непомалу їм прислужився,– і прихилялися до цього діла всією душею. Вільям заходив туди частенько, діставав гроші – щоразу менше, і випрохував нові, вищі й прибутковіші посади, а вдячний Макспаден силкувався настачити їх чимскоріше. Макспаден згодився також, трохи повагавшись, улаштувати Вільяма в коледж, та ось настали перші вакації, і наш герой попросився вирядити його до Європи поліпшувати здоров’я. Тут зацькований Макспаден став дибки проти свого тирана. Він відмовив твердо й рішуче. Мати Вільяма Фергюсона так зчудувалася, що впустила з рук пляшку з джином, і язик її не повернувся сказати чорне слово. Трохи оговтавшись, вона вимовила, задихаючись:</w:t>
      </w:r>
    </w:p>
    <w:p>
      <w:r>
        <w:br/>
        <w:t>– То ось яка ваша дяка? Де б оце були ваша жінка й хлопчик, якби не мій син?</w:t>
      </w:r>
    </w:p>
    <w:p>
      <w:r>
        <w:br/>
        <w:t>Вільям сказав:</w:t>
      </w:r>
    </w:p>
    <w:p>
      <w:r>
        <w:br/>
        <w:t>– То ось яка ваша дяка? Вирятував я вашу жінку чи ні? Самі скажіть!</w:t>
      </w:r>
    </w:p>
    <w:p>
      <w:r>
        <w:br/>
        <w:t>Семеро родичів гурмою впхалися з кухні і кожне мовило й собі:</w:t>
      </w:r>
    </w:p>
    <w:p>
      <w:r>
        <w:br/>
        <w:t>– І це ваша дяка?</w:t>
      </w:r>
    </w:p>
    <w:p>
      <w:r>
        <w:br/>
        <w:t>Вільямові сестри докірливо дивилися й казали:</w:t>
      </w:r>
    </w:p>
    <w:p>
      <w:r>
        <w:br/>
        <w:t>– І це його дя...</w:t>
      </w:r>
    </w:p>
    <w:p>
      <w:r>
        <w:br/>
        <w:t>Але тут їх урвала мати – вона крикнула, вдаряючись у сльози:</w:t>
      </w:r>
    </w:p>
    <w:p>
      <w:r>
        <w:br/>
        <w:t>– І подумати лишень, мій безневинний голубок Джімі зробив послугу такій паскуді!</w:t>
      </w:r>
    </w:p>
    <w:p>
      <w:r>
        <w:br/>
        <w:t>Тоді бунтівливий Макспаден підбадьорився і відмовив, спалахнувши:</w:t>
      </w:r>
    </w:p>
    <w:p>
      <w:r>
        <w:br/>
        <w:t>– Геть із мого дому, волоцюги! Мене одурили книжки, але я вже більше не ошукаюся – стане й одного разу! – І, обернувшись до Вільяма, вигукнув: – Так, ви врятували мою жінку, але хай-но ще хоч один таке вчинить – помре на місці!</w:t>
      </w:r>
    </w:p>
    <w:p>
      <w:r>
        <w:br/>
        <w:t>Я не проповідник, отож своє казання не починатиму цитатою, а кінчатиму. Ось ця цитата – із спогадів сера Ноя Брукса про президента Лінкольна, видрукуваних у "Скрібнерс манслі".</w:t>
      </w:r>
    </w:p>
    <w:p>
      <w:r>
        <w:br/>
        <w:t>"Дж. Г. Гакет у ролі Фальстафа вельми сподобався містерові Лінкольну. Своїм звичаєм він забажав висловити почуття вдячності і написав акторові вельми щиру записку, де повідомляв, із якою втіхою дивився виставу. Гакет послав у відповідь якусь книжку, можливо, власного авторства. А ще він написав президентові кілька листів. Цей епізод був уже стерся в моїй пам’яті, коли це якось увечері доволі пізно я подався на запрошення до Білого Дому. Входячи до президентового кабінету, угледів я, собі на подив, містера Гакета, що сидів у приймальні, певне, чекаючи аудієнції. Президент спитав мене, чи є там хто-небудь. Почувши відповідь, він сумовитим голосом сказав:</w:t>
      </w:r>
    </w:p>
    <w:p>
      <w:r>
        <w:br/>
        <w:t>– О ні, не можу я його прийняти, не можу; я сподівався, що він уже пішов.– Потім він додав: – Ось вам свідчення, як тяжко мати добрих друзів та знайомих у моєму становищі. Знаєте, мені дуже подобався Гакет як актор, і я написав йому про це. У відповідь він надіслав мені книжку, і я гадав, що на цьому й скінчиться. Він начебто митець у своїй справі й посідає в театрі певне становище. І от лиш тим, що ми були полистувалися, по-товариському, як перші-ліпші двоє людей, він хоче щось у мене прохати. Як, по-вашому, що йому треба?</w:t>
      </w:r>
    </w:p>
    <w:p>
      <w:r>
        <w:br/>
        <w:t>Я не зумів угадати, і сер Лінкольн сказав:</w:t>
      </w:r>
    </w:p>
    <w:p>
      <w:r>
        <w:br/>
        <w:t>– Він хоче бути консулом у Лондоні. О боже мій!.."</w:t>
      </w:r>
    </w:p>
    <w:p>
      <w:r>
        <w:br/>
        <w:t>Скажу наостанок, що випадок з Вільямом Фергюсоном стався насправді і я напевно це все знаю, хоч і змінив деякі подробиці, щоб Вільям не нарікав на мене.</w:t>
      </w:r>
    </w:p>
    <w:p>
      <w:r>
        <w:br/>
        <w:t>Гадаю, що кожному читачеві в якусь приємну та чулу годину свого життя траплялося зіграти роль героя оповідок про великодушні вчинки. Мені хотілося б знати, чи багато з них погодилося б розповісти про цей свій епізод і чи люблять вони, коли їм нагадують, чим воно все скінчилося.</w:t>
      </w:r>
    </w:p>
    <w:p>
      <w:r>
        <w:br/>
        <w:t>1878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Оповідки про великодушні вчинки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