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Орфеїстичне</w:t>
      </w:r>
    </w:p>
    <w:p>
      <w:r>
        <w:br/>
        <w:t xml:space="preserve"> У мить страхітливу кинджал&lt;br /&gt;</w:t>
        <w:br/>
        <w:t>Вложив тобі страхітний демон в руку,&lt;br /&gt;</w:t>
        <w:br/>
        <w:t>Не знаю, як той демон звавсь,-&lt;br /&gt;</w:t>
        <w:br/>
        <w:t>Лиш знаю, що нестерпну зношу муку.</w:t>
      </w:r>
    </w:p>
    <w:p>
      <w:r>
        <w:br/>
        <w:t>Я часто думаю вночі,&lt;br /&gt;</w:t>
        <w:br/>
        <w:t>Що з царства тіней мусиш ти постати,&lt;br /&gt;</w:t>
        <w:br/>
        <w:t>Щоб виправдатись і мені&lt;br /&gt;</w:t>
        <w:br/>
        <w:t>Всі загадки до краю розв'язати.</w:t>
      </w:r>
    </w:p>
    <w:p>
      <w:r>
        <w:br/>
        <w:t>Я жду тебе — не забарись!&lt;br /&gt;</w:t>
        <w:br/>
        <w:t>Не прийдеш ти — я в пекло сам прибуду,&lt;br /&gt;</w:t>
        <w:br/>
        <w:t>Щоб перед сатаною там&lt;br /&gt;</w:t>
        <w:br/>
        <w:t>Оскаржити тебе й позвать до суду.</w:t>
      </w:r>
    </w:p>
    <w:p>
      <w:r>
        <w:br/>
        <w:t>Прийду я і, мов той Орфей,&lt;br /&gt;</w:t>
        <w:br/>
        <w:t>Усі жахи пекельні подолаю,&lt;br /&gt;</w:t>
        <w:br/>
        <w:t>Де б ти в геєні не сховавсь,-&lt;br /&gt;</w:t>
        <w:br/>
        <w:t>Тебе в найглибших сховах відшукаю.</w:t>
      </w:r>
    </w:p>
    <w:p>
      <w:r>
        <w:br/>
        <w:t>Внизу, в отому царстві мук,&lt;br /&gt;</w:t>
        <w:br/>
        <w:t>В зубовнім скреготі, кажу тобі зарані,&lt;br /&gt;</w:t>
        <w:br/>
        <w:t>Зірву я з тебе машкару&lt;br /&gt;</w:t>
        <w:br/>
        <w:t>І лахи доброчинності багряні.</w:t>
      </w:r>
    </w:p>
    <w:p>
      <w:r>
        <w:br/>
        <w:t>Тепер я знаю, знаю все,&lt;br /&gt;</w:t>
        <w:br/>
        <w:t>Прощення навіть можу тобі дати,&lt;br /&gt;</w:t>
        <w:br/>
        <w:t>Але заборонить не можу я&lt;br /&gt;</w:t>
        <w:br/>
        <w:t>Усім чортам тобі в лице плювати!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Орфеїстичне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