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Орися</w:t>
      </w:r>
    </w:p>
    <w:p>
      <w:r>
        <w:br/>
        <w:t xml:space="preserve"> &lt;blockquote class="cita" style='text-align:left'&gt;&lt;p&gt;(Ідилія)</w:t>
      </w:r>
    </w:p>
    <w:p>
      <w:r>
        <w:br/>
        <w:t>І</w:t>
      </w:r>
    </w:p>
    <w:p>
      <w:r>
        <w:br/>
        <w:t>Співають у пісні, що нема найкращого на вроду, як ясная зоря в погоду. Отже, хто бачив дочку покойного сотника Таволги, той би сказав, може, що вона краща й над ясную зорю в погоду, краща й над повний місяць серед ночі, краща й над саме сонце, що звеселяє й рибу в морі, і звіря в дуброві, і мак у городі.</w:t>
      </w:r>
    </w:p>
    <w:p>
      <w:r>
        <w:br/>
        <w:t>Може, й гріх таке казати: де таки видано, щоб дівча було краще од святого сонця й місяця? Да вже, мабуть, так нас, грішних, мати на світ породила, що як споглянеш на дівоцьку вроду, то здасться тобі, що вже ні на землі, ні на небі нема нічого кращого.</w:t>
      </w:r>
    </w:p>
    <w:p>
      <w:r>
        <w:br/>
        <w:t>Гарна, дуже була гарна сотниківна! Знали її по всій Україні; бо в нас на Вкраїні, скоро було в кого виросте дочка хороша, то вже й знають усюди. Було, чи треба кому з молодого козацтва, чи не треба чого у Війтовці, іде за сто верст, аби тілько побачить, що там за дочка в сотника Таволги, що іам за Орися, що всюди про неї мов у труби трублять! Да не багато з того виходило користі. Якось не було козацтву приступу до неї з залицяннєм. Чи батько був дуже гордий, чи дочка дуже пишна, того не знаю, а знаю, що було вернеться інший крутиус із Війтовець да й ходить, мов неприкаяний. Спитає його про Орисю товариш...</w:t>
      </w:r>
    </w:p>
    <w:p>
      <w:r>
        <w:br/>
        <w:t>— Шкода,— каже,— брате, нашого повабу й залицяння! Не для нас зацвіла ся квітка! Може, хто й застромить її собі за високу шапку, тілько той буде не з нашого десятка.</w:t>
      </w:r>
    </w:p>
    <w:p>
      <w:r>
        <w:br/>
        <w:t>А товариш похитає мовчки головою да й подумає:</w:t>
      </w:r>
    </w:p>
    <w:p>
      <w:r>
        <w:br/>
        <w:t>"Отже, занапастила козака!"</w:t>
      </w:r>
    </w:p>
    <w:p>
      <w:r>
        <w:br/>
        <w:t>ІІ</w:t>
      </w:r>
    </w:p>
    <w:p>
      <w:r>
        <w:br/>
        <w:t>А Орися була вже не дитина, вирівнялась і викохалась, як біла тополя в леваді. Подивиться було на її старий сотник, подивиться на її пишний зріст і хорошу вроду, порадується батьківським серцем, що дождав на старість собі такої дочки, а часом і посумує: "Доспіла єси, моя ясочко, як повний колос на ниві! Да чи знатиме женчик, яку благодать бере собі од господа милосердного? Єсть багато людей, і статечних, і значних, що залицяються на тебе, да не хотілось би мені оддавать тебе в руки сивому дідові: зв'ялить тебе, ревнуючи, як вітер билину в полі. Ой, не хотілось би оддавать тебе й за молодого шибайголову, що не поживе довго без степу да коня, поляже в полі буйною головою, а тебе зоставить горювать з дітоньками!"</w:t>
      </w:r>
    </w:p>
    <w:p>
      <w:r>
        <w:br/>
        <w:t>Так собі думаючи да гадаючи, старий Таволга часом тяжко, тяжко засумує, аж сльоза покотиться йому з ока.</w:t>
      </w:r>
    </w:p>
    <w:p>
      <w:r>
        <w:br/>
        <w:t>А Орися росла собі, як та квітка в городі. Повна да хороша на виду, маяла то сям, то там по господі в старого сотника, походжала, як по меду бджілка, і всю господу зве'селяла.</w:t>
      </w:r>
    </w:p>
    <w:p>
      <w:r>
        <w:br/>
        <w:t>III</w:t>
      </w:r>
    </w:p>
    <w:p>
      <w:r>
        <w:br/>
        <w:t>Приснився раз Орисі предивний сон. Здалось, прийшла до неї з того світу покойна паніматка, стала над нею в головах да й каже:</w:t>
      </w:r>
    </w:p>
    <w:p>
      <w:r>
        <w:br/>
        <w:t>— Дитино моя, Орисю! Не довго вже тобі дівувати: щодень благаю господа милосердного, щоб послав тобі вірну дружину.</w:t>
      </w:r>
    </w:p>
    <w:p>
      <w:r>
        <w:br/>
        <w:t>Встала Орися ні смутна, ні весела, іде до панотця в світлицю, зачервонілась, як та квіточка, да й каже:</w:t>
      </w:r>
    </w:p>
    <w:p>
      <w:r>
        <w:br/>
        <w:t>— Паноченьку! Позолили мої дівчата платте. Нехай запряжуть нам коней; поїдемо ми до Трубайла, під Турову Кручу: там вода чиста, як скло, рине по камінням.</w:t>
      </w:r>
    </w:p>
    <w:p>
      <w:r>
        <w:br/>
        <w:t>А панотець рече:</w:t>
      </w:r>
    </w:p>
    <w:p>
      <w:r>
        <w:br/>
        <w:t>— Чого ж тобі, Орисю, так далеко їздити?</w:t>
      </w:r>
    </w:p>
    <w:p>
      <w:r>
        <w:br/>
        <w:t>— Хіба ж то вже, паноченьку, й далеко?.. На півгодини ходи; да туди ж усе їхати лугом да левадами, що й незчуєшся, як вода заблищить і зашумить під горою. А панотець:</w:t>
      </w:r>
    </w:p>
    <w:p>
      <w:r>
        <w:br/>
        <w:t>— О, я вже знаю, що аби чого забажала, то вмієш випросить. Поклич же мені старого Гриву!</w:t>
      </w:r>
    </w:p>
    <w:p>
      <w:r>
        <w:br/>
        <w:t>Поскочила Орися до дверей, недовго шукала Гриви, зараз привела його перед панотця.</w:t>
      </w:r>
    </w:p>
    <w:p>
      <w:r>
        <w:br/>
        <w:t>А той Грива був старий, дідизний чоловік. Знав він пана сотника ще змалечку; випестив його на руках, вивчив і на коні їздить. Потім виходив з сотником у походах ледві не всю Польщу, був з ним і в Криму, був і на Чорному морі, да вже на старість не схотів би й панства, аби тілько при йому дожити віку. Старий уже був дуже дідуган той Грива; брови на очі йому понасовувались, і борода сива, до пояса.</w:t>
      </w:r>
    </w:p>
    <w:p>
      <w:r>
        <w:br/>
        <w:t>Увійшов у світлицю, вклонився пану сотнику да й каже:</w:t>
      </w:r>
    </w:p>
    <w:p>
      <w:r>
        <w:br/>
        <w:t>— Добридень, добродію! А сотник йому:</w:t>
      </w:r>
    </w:p>
    <w:p>
      <w:r>
        <w:br/>
        <w:t>— Здоров, добродію! — бо вони один одного звикли добродіями величати.</w:t>
      </w:r>
    </w:p>
    <w:p>
      <w:r>
        <w:br/>
        <w:t>— Запряжи,— каже,— добродію, пару коней, візьми хоч той віз, що було сухарі в поході воаим, да повези наших прачок до Трубайла.</w:t>
      </w:r>
    </w:p>
    <w:p>
      <w:r>
        <w:br/>
        <w:t>А той йому:</w:t>
      </w:r>
    </w:p>
    <w:p>
      <w:r>
        <w:br/>
        <w:t>— Добре, добродію, запряжемо. Чому не запрягти? І ото зараз іде, бере двох хлопців, викочує з-під повітки віз, довгий і широкий, добре йому знакомий, що не раз у лихій годині, засівши за його, одбивансь од ляхів або од татарви, не раз прийняв через його й нужди не мало, часом як трапиться було утікать із ним по корчах, по болотах, по багнах, щоб вихопиться мановцем із залоги. Викочує старий Грива той віз тепер на іншую потребу; запрягає пару коней, що вже літа погасили давно в них той огонь, що кипить у серці, паше з очей і з ніздер, і кидає коня сюди й туди, на страх жінкам і дітям, а доброму козакові на втіху. Смирнії тепер тії два білії коники ходили під рукою сивого Гриви, що вже давно одвик од козацького серця.</w:t>
      </w:r>
    </w:p>
    <w:p>
      <w:r>
        <w:br/>
        <w:t>Отже, дівчата Орисині несуть сорочки, шитії рушники, настілники і всяке добро; наклали повен віз, і самі посідали: усі в с-іьожках да в квітках,— Орися поміж ними,— і як мак у городі всі квітки закрашає, так вона сиділа поміж своїми дівчатами. Сивий Грива сів спереду; хлоп'ята кинулись одчиняти ворота. Виглянув у вікно пан сотник:</w:t>
      </w:r>
    </w:p>
    <w:p>
      <w:r>
        <w:br/>
        <w:t>— Не барися ж там, Орисю! А вона:</w:t>
      </w:r>
    </w:p>
    <w:p>
      <w:r>
        <w:br/>
        <w:t>— Ні, паноченьку!</w:t>
      </w:r>
    </w:p>
    <w:p>
      <w:r>
        <w:br/>
        <w:t>Ляснув погонич пугою; коні заржали, почувши лугову пашу; потюпали і зникли з очей і з возом, і з погоничем, і з дівчатами.</w:t>
      </w:r>
    </w:p>
    <w:p>
      <w:r>
        <w:br/>
        <w:t>IV</w:t>
      </w:r>
    </w:p>
    <w:p>
      <w:r>
        <w:br/>
        <w:t>От уже й луг перед ними. І сюди зелено, і туди зелено. Було-бо се саме навесні, як ще трава, свіжа да молода, тілько що вкрив землю. Скілько вгорі синього неба, стілько внизу зеленого лугу. І так, як ясна зоря вночі покотиться, палаючи, по небу, так тая Орися проїжджала широким лугом з своїми дівчатами.</w:t>
      </w:r>
    </w:p>
    <w:p>
      <w:r>
        <w:br/>
        <w:t>Аж ось — шумить, реве Трубайло за левадами. Як розступиться дерево, а сонце як заблищить саме в тім місці, де вода рине через каміння, то ти б сказав, що то не вода, а саме чисте скло, самий дорогий кришталь рине з гори і б'ється на дрібнії склянки об каміння.</w:t>
      </w:r>
    </w:p>
    <w:p>
      <w:r>
        <w:br/>
        <w:t>Над річкою Трубайлом стоїть висока круча. Вся обросла кучерявим в'язом, а коріння повисло над самою річкою. Дикий хміль почіплявсь за те коріння і колишеться кудлатими жмутками. А внизу вода рине да рине! Оце ж тая й Турова Круча.</w:t>
      </w:r>
    </w:p>
    <w:p>
      <w:r>
        <w:br/>
        <w:t>Дивляться на неї дівчата да й питаються в старого Гриви, чого вона прозвалась Туровою.</w:t>
      </w:r>
    </w:p>
    <w:p>
      <w:r>
        <w:br/>
        <w:t>— Нащо вам знать? — каже Грива.</w:t>
      </w:r>
    </w:p>
    <w:p>
      <w:r>
        <w:br/>
        <w:t>— Аже ж ти нащось знаєш? Так і нам скажи!</w:t>
      </w:r>
    </w:p>
    <w:p>
      <w:r>
        <w:br/>
        <w:t>— Ой мої голуб'ята! Сказав би вам, да тілько більш не поїдете сюди на річку.</w:t>
      </w:r>
    </w:p>
    <w:p>
      <w:r>
        <w:br/>
        <w:t>— Що ж там таке? Скажи-бо таки нам, дідусю! Як узяли просить, не видержав старий, сів на камені над річкою да й почав глаголати:</w:t>
      </w:r>
    </w:p>
    <w:p>
      <w:r>
        <w:br/>
        <w:t>— Колись-то давно, іще до татарського лихоліття, правив Переяславом якийсь князь. Да й був собі той князь стрілець такий, що аби зуздрів на око, то вже й його; і кохавсь він у польованні. Отож раз поїхав той князь на польованнб да й одбивсь у пущі од своєї челяді. Іде да іде пущею, коли ж дивиться, аж на лощині пасеться стадо турів.</w:t>
      </w:r>
    </w:p>
    <w:p>
      <w:r>
        <w:br/>
        <w:t>— А що ж то, дідусю, за тури? — спиталася Орися.</w:t>
      </w:r>
    </w:p>
    <w:p>
      <w:r>
        <w:br/>
        <w:t>— То, моя кришко, були дикі бики з золотими рогами; тепер уже їх нігде не зуздриш. Бачить князь тих турів; тілько не дивується на їх золотії роги, а дивується, що при них стоїть дівчина така, що усю пущу красою освітила. Поскочив він до неї; а од неї так сяє, що й приступить не можна. Забув князь і про свою челядь, і про те, що заблудив у пущі: вхопила його за серце тая чудовная краса.</w:t>
      </w:r>
    </w:p>
    <w:p>
      <w:r>
        <w:br/>
        <w:t>"Дівчино! — рече,— будь моєю жоною!" А вона рече: "Тоді я буду тобі жоною, як Трубайло назад вернеться". А кііязь їй знову: "Як не згодишся на моє проханнє, то я твої тури постреляю",— "Як постреляєш мої тури, то вже більш нічого не стрелятимеш". Розсердився князь, взяв лук з плеча і почав стрілять золоторогії тури. Сунулись тії тури в пущу, так і виваляли дерево; а князь за ними знай пускає стрілку за стрілкою. Прибігли над Трубайло... а Трубайло тоді був не такий узенькии, як тепер,— прибігли над високу кручу і всі шубовсть у воду! Да й ні один не переплив, усі каменем лягли по дну, аж річку загатили. Сплеснула тоді дівчина руками: "Потопив єси моїх золоторогих турів, блукай же тепер по пущі по всі вічнії роки!.." От же й блукає, кажуть, той князь до сього часу по пущі і ніяк не знайде свою Переяслава. А Переяслав був уже і в татарських руках, був і в лядських — чого вже не було з тим Переяславом? А він не знайде його та й не знайде. А дівчинині тури лежать і досі каміннями в воді, і от прислухайсь: то не вода реве, а ревуть тури глухо з-під води. Отже, кажуть, буде таке врем'я, що князь приїде на Турову Кручу, повстаюгь тури і підуть шукати собі диких пущ по Вкраїні.</w:t>
      </w:r>
    </w:p>
    <w:p>
      <w:r>
        <w:br/>
        <w:t>V</w:t>
      </w:r>
    </w:p>
    <w:p>
      <w:r>
        <w:br/>
        <w:t>Слухають дівчата, да аж сумно їм стало; слухає Орися, да вже боїться й глянуть на каміння, що простяглось купою через річку. Вже їй здається, що то справді не каміння і вода шумить якось не так, як вода...</w:t>
      </w:r>
    </w:p>
    <w:p>
      <w:r>
        <w:br/>
        <w:t>Засмутив зовсім дівчат старий Грива. Не знають уже, чи прать би то їм, чи додому вбиратись; сором тілько старого Гриви; поглядає-бо на них да тілько всміхається. То було люблять прать на самій бистрині, положивши кладку з камня на камінь, а тепер одійшли дальше од кручі, де вода ще не дійшла до каміння</w:t>
      </w:r>
    </w:p>
    <w:p>
      <w:r>
        <w:br/>
        <w:t>і пливе тиха да чиста, хоч вигляньсь, як у дзеркало. І, справді, мов у дзеркалі, видно в воді і небо, і кручу з тими кудлатими коріннями, що переплутались із хмелем, і кучерявії в'язи, що повибігали на самий край і попростягали зелені лапи над річкою.</w:t>
      </w:r>
    </w:p>
    <w:p>
      <w:r>
        <w:br/>
        <w:t>Дивиться Орися в воду, аж у воді на кручі щось зачервоніло; хтось ніби виїхав із пущі на сивому коні і стоїть поміж в'язами. Боїться глянуть угору, щоб справді не було там когось; боїться глянуть і на каміння: вже їй здається, що ось-ось заревуть і сунуться з річки зачаровані тури. Смикнула за рукав одну дівчину і показала в воду: дивляться дівчата, аж на Туровій Кручі князь на сивому коні. Так і обомліли. Бо хто ж би сказав, що то й не князь? Увесь у кармазині, а з пояса золото аж капає.</w:t>
      </w:r>
    </w:p>
    <w:p>
      <w:r>
        <w:br/>
        <w:t>Немало ж, видно, здивовавсь і козак: стоїть на коні нерухомий. Бо хто ж би й не здивовавсь, опинившись над такою кручею? Унизу рине вода через камінне, а над водою сидить нерухомо сивий дід на камені, а там стоять нерухомі дівчата, з прачами, з мокрими полотнищами в руках. Чи дівчата, чи, може, русалки повиходили прать сорочки підводному цареві, що живе в кришталевому будинку під водою. Оце ж, мабуть, і сам він вийшов з води погріть старії кості на сонці. Ще раз погляне козак на сивого діда, ще раз погляне на дівчат: позасукували по локоть рукава, попідтикали плахти і мережані заполоччю подоли... Золото не сяє так на дорогих перстнях, як сяють у воді й над водою їх білії ноги. Задививсь козак і собі стоїть нерухомо; коли ж гукне на його старий Грива:</w:t>
      </w:r>
    </w:p>
    <w:p>
      <w:r>
        <w:br/>
        <w:t>— Гей-гей, козаче! Чого се тебе занесло на кручу? Хіба хочеш пополоскать свої кармазини в Трубайлі?</w:t>
      </w:r>
    </w:p>
    <w:p>
      <w:r>
        <w:br/>
        <w:t>І скоро промовив — зараз наче розбив які чари. Засоромились дівчата і давай бовтать полотнищами.</w:t>
      </w:r>
    </w:p>
    <w:p>
      <w:r>
        <w:br/>
        <w:t>А козак одвітує дідові:</w:t>
      </w:r>
    </w:p>
    <w:p>
      <w:r>
        <w:br/>
        <w:t>— Да й за тс слава богу, що хоть на кручу вибрався. Скажи, будь ласкав, дідусю, як мені виїхать ік Війтов-цям?</w:t>
      </w:r>
    </w:p>
    <w:p>
      <w:r>
        <w:br/>
        <w:t>— А чого тобі треба в Війтовцях?</w:t>
      </w:r>
    </w:p>
    <w:p>
      <w:r>
        <w:br/>
        <w:t>— Через Війтовці,— каже,— лежить моя дорога,</w:t>
      </w:r>
    </w:p>
    <w:p>
      <w:r>
        <w:br/>
        <w:t>— А куди ж лежи-іь твоя дорога?</w:t>
      </w:r>
    </w:p>
    <w:p>
      <w:r>
        <w:br/>
        <w:t>— Моя дорої а — до чийогось порога, моя стежечка — до чийогось сердечка.</w:t>
      </w:r>
    </w:p>
    <w:p>
      <w:r>
        <w:br/>
        <w:t>— Еге,— каже старий Грива,— нехай же тобі господь у доброму ділі помаїає' Отже, куди тобі виїхать. Берись униз, понад берегом; то там трохи нижче буде тобі доріжка; тією доріжкою виїдеш ти на річку. Єсть через річку й кладочки; возом не проїдеш, а конем добрий козак перехопиться.</w:t>
      </w:r>
    </w:p>
    <w:p>
      <w:r>
        <w:br/>
        <w:t>Подякував козак за пораду, повернув коня і сховавсь поза деревом.</w:t>
      </w:r>
    </w:p>
    <w:p>
      <w:r>
        <w:br/>
        <w:t>Як сховавсь, тоді-то вже розгулялись наші дівчата; розписали козака як на папері: які й очі, які й брови, як і говорить, як і всміхається. Та каже:</w:t>
      </w:r>
    </w:p>
    <w:p>
      <w:r>
        <w:br/>
        <w:t>— Се твій суджений!</w:t>
      </w:r>
    </w:p>
    <w:p>
      <w:r>
        <w:br/>
        <w:t>А та:</w:t>
      </w:r>
    </w:p>
    <w:p>
      <w:r>
        <w:br/>
        <w:t>— Се твій.</w:t>
      </w:r>
    </w:p>
    <w:p>
      <w:r>
        <w:br/>
        <w:t>А одна додала:</w:t>
      </w:r>
    </w:p>
    <w:p>
      <w:r>
        <w:br/>
        <w:t>— Не змагайтесь дурно, дівчата: чи рівня ж таки вам пишний князь! Се нашій панночці суджений! Почервоніла Орися.</w:t>
      </w:r>
    </w:p>
    <w:p>
      <w:r>
        <w:br/>
        <w:t>— Збожеволіла,— каже,— ти, Параско! Хіба не чула, що він сказав дідові?</w:t>
      </w:r>
    </w:p>
    <w:p>
      <w:r>
        <w:br/>
        <w:t>І жаль їй було, сама не знає чом, що він їде свататься. М'якше од воску дівоче серце. Тане воно од козацьких очей, як од сонця...</w:t>
      </w:r>
    </w:p>
    <w:p>
      <w:r>
        <w:br/>
        <w:t>— Що ж,— каже Параска,— що їде свататься! Судженої й конем не об'їдеш!</w:t>
      </w:r>
    </w:p>
    <w:p>
      <w:r>
        <w:br/>
        <w:t>VI</w:t>
      </w:r>
    </w:p>
    <w:p>
      <w:r>
        <w:br/>
        <w:t>Попрали дівчата сорочки, зложили на віз, зеленою пахучою травою прикрили, посідали й поїхали додому, свіжі да веселі; щебечуть як ластівки. Іще далеко не доїхав віз до сотницького двора, а в дворі вже чутно було, що вертаються.</w:t>
      </w:r>
    </w:p>
    <w:p>
      <w:r>
        <w:br/>
        <w:t>— Орисю, наша панночко! — крикнули дівчата, скоро розчинились ворота.— Чий же то сивий кінь у дворі стоїть? Се ж того козака, що ми бачили, се ж твого князя, се ж твого судженого!</w:t>
      </w:r>
    </w:p>
    <w:p>
      <w:r>
        <w:br/>
        <w:t>Гляне Орися, а в серці наче жаром запекло. Чи вона злякалась, чи вона зраділа, сама того не знала.</w:t>
      </w:r>
    </w:p>
    <w:p>
      <w:r>
        <w:br/>
        <w:t>Виглянув у вікно із світлиці молодий козак: їде в двір віз старими кіньми, із старим сивим погоничем; зелена трава волочиться по боках і б'ється по колесах; а із-за сивої бороди старого Гриви, із-за білої зими червоніє літо — повен віз дівчат у квітках да в намисті,— Орися, як сонце, поміж ними! Виглянув, да аж руками сплеснув:</w:t>
      </w:r>
    </w:p>
    <w:p>
      <w:r>
        <w:br/>
        <w:t>— Се ж вона, се ж вона! — і ото вже тоді почав на прямоту викладувать свою мову пану сотникові, і хто він такий, і чого приїхав. Хто ж він такий, то се вже пан сотник знав давно: миргородський осауленко, отаман у своїй, сотні, хорошого й багатого роду дитина. А чого приїхав? Приїхав подивиться, що там за Орися така, що там за дочка в сотника Таволги на всю Гетьманщину; а побачивши та й себе показавши, довідаться, чи вже надбала шитих рушників у скриню... Про що журивсь, чого бажав пан сотник, те йому як із неба впало. Не довго думавши позвав Орисю. Ввійшла в світлицю червона, як калина.</w:t>
      </w:r>
    </w:p>
    <w:p>
      <w:r>
        <w:br/>
        <w:t>— От, Орисю, тобі жених! Чи люб він тобі, чи, може, підождеш кращого?</w:t>
      </w:r>
    </w:p>
    <w:p>
      <w:r>
        <w:br/>
        <w:t>Хоть би тобі слово промовила, хоть би тобі очима зглянула. Стоїть, сердешненька, і головку схилила.</w:t>
      </w:r>
    </w:p>
    <w:p>
      <w:r>
        <w:br/>
        <w:t>Бачить панотець, що не дождеться од неї одвіту,— бо де ж таки, щоб дівчина сказала, що в її на мислі. Очиці хіба скажуть, а сама ні. Пораховав се панотець да й каже:</w:t>
      </w:r>
    </w:p>
    <w:p>
      <w:r>
        <w:br/>
        <w:t>— Де вже такий козак да люб не буде! Обніміться ж да поцілуйтесь, да й боже вас благослови!</w:t>
      </w:r>
    </w:p>
    <w:p>
      <w:r>
        <w:br/>
        <w:t>Обняв козак Орисю, поцілував у тії губоньки, що наче з самого меду зліплені і вклонились обоє низько, до самого долу, панотцеві.</w:t>
      </w:r>
    </w:p>
    <w:p>
      <w:r>
        <w:br/>
        <w:t>Чи багато ж наїхало дружини на весілля, чи бучно одбули гостей, чи довго гуляли — се вже не наше діло розказувати.</w:t>
      </w:r>
    </w:p>
    <w:p>
      <w:r>
        <w:br/>
        <w:t>Бачив я Орисю саме перед весіллєм; хороша була, як квіточка. Бачив я знов її через рік у Миргороді — ще стала краща замужем, і дитина в неї, як божа зірочка. Вже я не раз думав собі, на неї дивлячись: "Се божа слава, а не молодиця! Що, якби хто дотепний змальовав її так, як вона єсть, із маленькою дитинкою на руках! Що б то— за картина була!"</w:t>
      </w:r>
    </w:p>
    <w:p>
      <w:r>
        <w:br/>
        <w:t>Писано 1844, сентября 7, у Ходоркові, в Свідзінського, прочитавши тесту пісню "Одіссеї".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Орися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