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Осінній день березами почавсь…</w:t>
      </w:r>
    </w:p>
    <w:p>
      <w:r>
        <w:br/>
        <w:t xml:space="preserve"> Осінній день березами почавсь.&lt;br /&gt;</w:t>
        <w:br/>
        <w:t>Різьбить печаль свої дереворити.&lt;br /&gt;</w:t>
        <w:br/>
        <w:t>Я думаю про тебе весь мій час.&lt;br /&gt;</w:t>
        <w:br/>
        <w:t>Але про це не треба говорити.</w:t>
      </w:r>
    </w:p>
    <w:p>
      <w:r>
        <w:br/>
        <w:t>Ти прийдеш знов. Ми будемо на "ви".&lt;br /&gt;</w:t>
        <w:br/>
        <w:t>Чи ж неповторне можна повторити?&lt;br /&gt;</w:t>
        <w:br/>
        <w:t>В моїх очах свій сум перепливи.&lt;br /&gt;</w:t>
        <w:br/>
        <w:t>Але про це не треба говорити.</w:t>
      </w:r>
    </w:p>
    <w:p>
      <w:r>
        <w:br/>
        <w:t>Хай буде так, як я собі велю.&lt;br /&gt;</w:t>
        <w:br/>
        <w:t>Свій будень серця будемо творити.&lt;br /&gt;</w:t>
        <w:br/>
        <w:t>Я Вас люблю, о як я Вас люблю!&lt;br /&gt;</w:t>
        <w:br/>
        <w:t>Але про це не треба говорити.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Осінній день березами почавсь…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