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Ослепление смертных</w:t>
      </w:r>
    </w:p>
    <w:p>
      <w:r>
        <w:br/>
        <w:t xml:space="preserve"> (Вольный перевод из Ж.-В. Руссо)</w:t>
      </w:r>
    </w:p>
    <w:p>
      <w:r>
        <w:br/>
        <w:t>Да звуки струн моих всю тварь возбудят бренну,&lt;br /&gt;</w:t>
        <w:br/>
        <w:t>И глас мой да пройдет от края в край вселенну!&lt;br /&gt;</w:t>
        <w:br/>
        <w:t>Владыки царств земных! Забудьте ваш престол.&lt;br /&gt;</w:t>
        <w:br/>
        <w:t>Внемлите мой глагол.&lt;br /&gt;</w:t>
        <w:br/>
        <w:t>И вы, их скипетрам покорные языки!&lt;br /&gt;</w:t>
        <w:br/>
        <w:t>Отверзите ваш слух на истины велики:&lt;br /&gt;</w:t>
        <w:br/>
        <w:t>Я с гусльми соединю священну песнь мою, —&lt;br /&gt;</w:t>
        <w:br/>
        <w:t>И бренность воспою.&lt;br /&gt;</w:t>
        <w:br/>
        <w:t>Да умолчит земля — и брань стихий ревущих!..&lt;br /&gt;</w:t>
        <w:br/>
        <w:t>Я правду возвещу судеб времян грядущих;&lt;br /&gt;</w:t>
        <w:br/>
        <w:t>Небесный огнь мой дух и весь состав потряс, —&lt;br /&gt;</w:t>
        <w:br/>
        <w:t>Внемлите грозный глас.&lt;br /&gt;</w:t>
        <w:br/>
        <w:t>Гордясь величием и негой упоенпый,&lt;br /&gt;</w:t>
        <w:br/>
        <w:t>Очаровательной мечтою ослепленный,&lt;br /&gt;</w:t>
        <w:br/>
        <w:t>Несчастный человек меж пропастей и скал&lt;br /&gt;</w:t>
        <w:br/>
        <w:t>Храм счастья основал.&lt;br /&gt;</w:t>
        <w:br/>
        <w:t>Стремя свой шумный бег средь роскоши пучины&lt;br /&gt;</w:t>
        <w:br/>
        <w:t>Он свой корабль ведет на нитке паутины,-&lt;br /&gt;</w:t>
        <w:br/>
        <w:t>И слабый персти червь на крепость червьих сил&lt;br /&gt;</w:t>
        <w:br/>
        <w:t>Надежду возложил!&lt;br /&gt;</w:t>
        <w:br/>
        <w:t>Но се — гремит уж гром!.. о страшное мгновенье!&lt;br /&gt;</w:t>
        <w:br/>
        <w:t>О грозный час суда и совести явленье!&lt;br /&gt;</w:t>
        <w:br/>
        <w:t>Когда средь замыслов — вселенну всю попрать —&lt;br /&gt;</w:t>
        <w:br/>
        <w:t>Предстанет смерть, как тать!&lt;br /&gt;</w:t>
        <w:br/>
        <w:t>Предстанет — и сего виновного счастливца,&lt;br /&gt;</w:t>
        <w:br/>
        <w:t>Наперсника утех и роскоши любимца,&lt;br /&gt;</w:t>
        <w:br/>
        <w:t>За чашей, в коей скрыт его злодейства яд,&lt;br /&gt;</w:t>
        <w:br/>
        <w:t>Повергнут в мрачный ад!&lt;br /&gt;</w:t>
        <w:br/>
        <w:t>Ответствуйте мне днесь, вельможи и владыки!&lt;br /&gt;</w:t>
        <w:br/>
        <w:t>Вы, сильные земли, народны коим клики&lt;br /&gt;</w:t>
        <w:br/>
        <w:t>Сопровождали в честь кровавый фимиам,&lt;br /&gt;</w:t>
        <w:br/>
        <w:t>Несомый лести в храм.&lt;br /&gt;</w:t>
        <w:br/>
        <w:t>Ответствуйте: к чему послужат в ту годину&lt;br /&gt;</w:t>
        <w:br/>
        <w:t>Стяжанья, пышный блеск, хвалы которым вину,&lt;br /&gt;</w:t>
        <w:br/>
        <w:t>Как в жертву идолу, вы все спешили несть:&lt;br /&gt;</w:t>
        <w:br/>
        <w:t>Стыд, веру, бога, честь?&lt;br /&gt;</w:t>
        <w:br/>
        <w:t>Друзья, льстецы, рабы, наперсники и кровны,&lt;br /&gt;</w:t>
        <w:br/>
        <w:t>Все, все тогда вотще!.. Кто в день сей, страха полный,&lt;br /&gt;</w:t>
        <w:br/>
        <w:t>Дерзнет искупа мзду представить судии&lt;br /&gt;</w:t>
        <w:br/>
        <w:t>За злы дела свои?&lt;br /&gt;</w:t>
        <w:br/>
        <w:t>Как?.. окрест вас лежат там тысячи героев,&lt;br /&gt;</w:t>
        <w:br/>
        <w:t>На ратном поприще увядших среди боев,&lt;br /&gt;</w:t>
        <w:br/>
        <w:t>На лоне отческом, в чертогах у царей,&lt;br /&gt;</w:t>
        <w:br/>
        <w:t>В руках у палачей...&lt;br /&gt;</w:t>
        <w:br/>
        <w:t>Лежат... вы зрите их, и в слепоте безумной,&lt;br /&gt;</w:t>
        <w:br/>
        <w:t>Несясь на вихре зол среди пучины шумной,&lt;br /&gt;</w:t>
        <w:br/>
        <w:t>Не зрите, что уж смерть, простря к вам алчну длань,&lt;br /&gt;</w:t>
        <w:br/>
        <w:t>Ждет жизни вашей в дань.&lt;br /&gt;</w:t>
        <w:br/>
        <w:t>Так, так!.. Все, всякая плоть, дышуща в вселенной,&lt;br /&gt;</w:t>
        <w:br/>
        <w:t>Должна прейти сей праг: смиренный и надменный,&lt;br /&gt;</w:t>
        <w:br/>
        <w:t>Царь, раб, богат, убог, невежда и мудрец&lt;br /&gt;</w:t>
        <w:br/>
        <w:t>Увидит свой конец.&lt;br /&gt;</w:t>
        <w:br/>
        <w:t>Уж окрест вашего болезненного ложа&lt;br /&gt;</w:t>
        <w:br/>
        <w:t>Толпы льстецов, в душе стяжанья ваши множа&lt;br /&gt;</w:t>
        <w:br/>
        <w:t>И алчный преклонив свой к персти вашей слух,&lt;br /&gt;</w:t>
        <w:br/>
        <w:t>Ваш числят жизни дух.&lt;br /&gt;</w:t>
        <w:br/>
        <w:t>Вам чуждые сердца чертог ваш населяют,&lt;br /&gt;</w:t>
        <w:br/>
        <w:t>И труд ваш с жадностью, как враны, пожирают,&lt;br /&gt;</w:t>
        <w:br/>
        <w:t>И изглаждают с стен там ваши имена&lt;br /&gt;</w:t>
        <w:br/>
        <w:t>И горды письмена.&lt;br /&gt;</w:t>
        <w:br/>
        <w:t>И что ж осталось вам от пышных сих трофеев?&lt;br /&gt;</w:t>
        <w:br/>
        <w:t>Гроб мрачный — храмина и добрых и злодеев,-&lt;br /&gt;</w:t>
        <w:br/>
        <w:t>Где вас и ваших титл досель гремевший звон&lt;br /&gt;</w:t>
        <w:br/>
        <w:t>Покроет вечный стон!&lt;br /&gt;</w:t>
        <w:br/>
        <w:t>Как кедры в облаках главы свои скрывают,&lt;br /&gt;</w:t>
        <w:br/>
        <w:t>И рев громов, и шум вкруг бури презирают,&lt;br /&gt;</w:t>
        <w:br/>
        <w:t>Так горды смертные с презором внемлют глас.&lt;br /&gt;</w:t>
        <w:br/>
        <w:t>Трубящ им — смерти час.&lt;br /&gt;</w:t>
        <w:br/>
        <w:t>Но се уже лежит при корени секира!&lt;br /&gt;</w:t>
        <w:br/>
        <w:t>И древо, бывшее всего виденьем мира,&lt;br /&gt;</w:t>
        <w:br/>
        <w:t>Со треском заскрипев и весь потрясши свет,&lt;br /&gt;</w:t>
        <w:br/>
        <w:t>Гиены в пещь впадет.&lt;br /&gt;</w:t>
        <w:br/>
        <w:t>Отвергнув правды суд и мудрости заветы&lt;br /&gt;</w:t>
        <w:br/>
        <w:t>И внемля пагубны льстецов своих советы,&lt;br /&gt;</w:t>
        <w:br/>
        <w:t>Они изгладили навек с сердец своих&lt;br /&gt;</w:t>
        <w:br/>
        <w:t>Мысль страшных истин сих.&lt;br /&gt;</w:t>
        <w:br/>
        <w:t>Ревнуя лишь скотам в неистовом хотенье —&lt;br /&gt;</w:t>
        <w:br/>
        <w:t>Закон их есть алчба, корысть и вожделенье,&lt;br /&gt;</w:t>
        <w:br/>
        <w:t>И, сосредоточив рай лишь в настоящем свой,&lt;br /&gt;</w:t>
        <w:br/>
        <w:t>Чтут будущность мечтой.&lt;br /&gt;</w:t>
        <w:br/>
        <w:t>Уже стоят они на страшной той стремине,&lt;br /&gt;</w:t>
        <w:br/>
        <w:t>С которой, пав стремглав, погрязнут в бед пучине,&lt;br /&gt;</w:t>
        <w:br/>
        <w:t>И шумом своего паденья в вечный ад&lt;br /&gt;</w:t>
        <w:br/>
        <w:t>Злодеев устрашат...&lt;br /&gt;</w:t>
        <w:br/>
        <w:t>Там, там погрязнут те деянья громки,&lt;br /&gt;</w:t>
        <w:br/>
        <w:t>Которы поздние грядущих лет потомки&lt;br /&gt;</w:t>
        <w:br/>
        <w:t>Вспомянут так, как мор и мщение небес&lt;br /&gt;</w:t>
        <w:br/>
        <w:t>С проклятьем, с током слез.&lt;br /&gt;</w:t>
        <w:br/>
        <w:t>Там, там померкнет блеск их титл и крепкой мочи,&lt;br /&gt;</w:t>
        <w:br/>
        <w:t>Власть похищенная и имя в вечной ночи,&lt;br /&gt;</w:t>
        <w:br/>
        <w:t>Изгибы те ума, коварных коих ков&lt;br /&gt;</w:t>
        <w:br/>
        <w:t>Точил невинных кровь.&lt;br /&gt;</w:t>
        <w:br/>
        <w:t>Протекша счастья их плачевны вспоминанья&lt;br /&gt;</w:t>
        <w:br/>
        <w:t>Орудьем будут мук и страшного терзанья,-&lt;br /&gt;</w:t>
        <w:br/>
        <w:t>И чаша полная утехи, нег, забав&lt;br /&gt;</w:t>
        <w:br/>
        <w:t>Лишь морем их отрав.&lt;br /&gt;</w:t>
        <w:br/>
        <w:t>Уже исполнилось творца долготерпенье.&lt;br /&gt;</w:t>
        <w:br/>
        <w:t>Уж правосудья зрю весов я преклоненьё,&lt;br /&gt;</w:t>
        <w:br/>
        <w:t>И сих злодеев, зрю гиены во устах,&lt;br /&gt;</w:t>
        <w:br/>
        <w:t>У фурий [1] злых в когтях.&lt;br /&gt;</w:t>
        <w:br/>
        <w:t>Не бойтесь, правые, не бойтесь сильных силы!&lt;br /&gt;</w:t>
        <w:br/>
        <w:t>Их беспредельну власть стеснят врата могилы;&lt;br /&gt;</w:t>
        <w:br/>
        <w:t>И руку алчную, простерту слабых снесть,&lt;br /&gt;</w:t>
        <w:br/>
        <w:t>Сожмет холодна персть.&lt;br /&gt;</w:t>
        <w:br/>
        <w:t>Хотя бы к небесам и вознесла судьбина,&lt;br /&gt;</w:t>
        <w:br/>
        <w:t>Различья нет меж вас; лишь разность в том едина,&lt;br /&gt;</w:t>
        <w:br/>
        <w:t>Что в вечности, как их, не ждет вас приговор&lt;br /&gt;</w:t>
        <w:br/>
        <w:t>И адских мук позор.&lt;br /&gt;</w:t>
        <w:br/>
        <w:t>Пусть изощряют здесь они великость в злобе&lt;br /&gt;</w:t>
        <w:br/>
        <w:t>И вас в пыли гнетут; но в мрачном смерти гробе&lt;br /&gt;</w:t>
        <w:br/>
        <w:t>Они, равно как все, прах злых своих костей&lt;br /&gt;</w:t>
        <w:br/>
        <w:t>Положат в снедь червей.&lt;br /&gt;</w:t>
        <w:br/>
        <w:t>Не бойтеся руки гнетущей слаба, сира;&lt;br /&gt;</w:t>
        <w:br/>
        <w:t>Хотя б рука была Аттилы иль Надира: [2]&lt;br /&gt;</w:t>
        <w:br/>
        <w:t>Тиран ваш на земле, ваш мститель в небесах,-&lt;br /&gt;</w:t>
        <w:br/>
        <w:t>Тиран падет во прах!&lt;br /&gt;</w:t>
        <w:br/>
        <w:t>[1817]</w:t>
      </w:r>
    </w:p>
    <w:p>
      <w:r>
        <w:br/>
        <w:t>[1] — Фурії — римські богині помсти; люті жінки.&lt;br /&gt;</w:t>
        <w:br/>
        <w:t>[2] — Аттіла (?–453) — вождь племені гуннів; провадив спустошливі походи у Францію, Італію та інші країни. Надір-шах (1688–1747) — шах Ірану, що воєнною силою приєднав до Ірану Бухарське та Хівінське царства, частини Вірменії, Грузії, Дагестану…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Ослепление смертных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