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Останній лист Довженка</w:t>
      </w:r>
    </w:p>
    <w:p>
      <w:r>
        <w:br/>
        <w:t xml:space="preserve"> Прозаїки, поети, патріоти!&lt;br /&gt;</w:t>
        <w:br/>
        <w:t>Давно опазурились солов'ї,&lt;br /&gt;</w:t>
        <w:br/>
        <w:t>одзьобились на нашій Україні.&lt;br /&gt;</w:t>
        <w:br/>
        <w:t>А як не чути їх? Немає сил.&lt;br /&gt;</w:t>
        <w:br/>
        <w:t>Столичний гамір заважкий мені.&lt;br /&gt;</w:t>
        <w:br/>
        <w:t>І хочу вже на затишок, і, може,&lt;br /&gt;</w:t>
        <w:br/>
        <w:t>на спокій хочеться на придеснянський,&lt;br /&gt;</w:t>
        <w:br/>
        <w:t>і хочеться на мій селянський край.&lt;br /&gt;</w:t>
        <w:br/>
        <w:t>Пустіть мене до себе. Поможіть&lt;br /&gt;</w:t>
        <w:br/>
        <w:t>мені востаннє розтроюдить рану,&lt;br /&gt;</w:t>
        <w:br/>
        <w:t>побачити Дніпро, води востаннє&lt;br /&gt;</w:t>
        <w:br/>
        <w:t>у пригірш, із криниці зачерпнуть.&lt;br /&gt;</w:t>
        <w:br/>
        <w:t>Нехай грызуть днiпровi гострi кручi&lt;br /&gt;</w:t>
        <w:br/>
        <w:t>моє зболіле серце. Хай гудуть&lt;br /&gt;</w:t>
        <w:br/>
        <w:t>чернігівські просмолені ліси.&lt;br /&gt;</w:t>
        <w:br/>
        <w:t>Пустіть мене в просмолене дитинство.&lt;br /&gt;</w:t>
        <w:br/>
        <w:t>Бо кожну ніч порипують бори,&lt;br /&gt;</w:t>
        <w:br/>
        <w:t>і ладаном мені живиця пахне,&lt;br /&gt;</w:t>
        <w:br/>
        <w:t>і дерева, як тіні предковічні,&lt;br /&gt;</w:t>
        <w:br/>
        <w:t>мене до себе кличуть і зовуть.&lt;br /&gt;</w:t>
        <w:br/>
        <w:t>Пустіть мене у молодість мою.&lt;br /&gt;</w:t>
        <w:br/>
        <w:t>Пустіть поглянути. Пустіть хоч краєм,&lt;br /&gt;</w:t>
        <w:br/>
        <w:t>хоч крихіткою ока ухопить&lt;br /&gt;</w:t>
        <w:br/>
        <w:t>прогірклу землю. Звіхолили сни&lt;br /&gt;</w:t>
        <w:br/>
        <w:t>мій день, і ніч мою, й життя прожите.&lt;br /&gt;</w:t>
        <w:br/>
        <w:t>Пустіть мене до мене. Поможіть&lt;br /&gt;</w:t>
        <w:br/>
        <w:t>ввібрать в голодні очі край полинний&lt;br /&gt;</w:t>
        <w:br/>
        <w:t>і заховать на смерть. Пустіть мене —&lt;br /&gt;</w:t>
        <w:br/>
        <w:t>прозаїки, поети, патріоти.&lt;br /&gt;</w:t>
        <w:br/>
        <w:t>VI. 1964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Останній лист Довженка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