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Озброєні діти</w:t>
      </w:r>
    </w:p>
    <w:p>
      <w:r>
        <w:br/>
        <w:t xml:space="preserve"> &lt;p&gt;З усіх усюд, де тільки за цілий день випадало бувати хлопцеві його віку, Блажчук неодмінно щось притягував додому. Коли ввечері повертався від череди з поля, ніс у кишені якщо не патрони, то бодай вистріляні гільзи. Ось ви пройдете через соняшниковий клин, який уже розцвів тисячами золоторотих усмішок, виї гссеге звідти хіба що дух мишійки, а Блажчук знайде якусь воєнну цяцьку. Хтось інший промине сільське кладовище, сумно споглянувши сірі камінні надгробки, а Блажчук і тут, поміж могил, спроможеться на знахідку, і буде ця знахідка не зірваною суницею чи черешнею, а знову ж таки гільзою, капсулем, затвором від гвинтівки.</w:t>
      </w:r>
    </w:p>
    <w:p>
      <w:r>
        <w:br/>
        <w:t>Наче все те грізне причандалля саме лягало під ноги, щоб підібрав.</w:t>
      </w:r>
    </w:p>
    <w:p>
      <w:r>
        <w:br/>
        <w:t>Матері було з ним мороки. Спочатку знаходила тол, динаміт, порох, ракетні патрони скрізь, куди тільки простягала руку. Чи біля печі, коли діставала паливо, чи на миснику поміж посуду, чи десь у баняку, в горщику. Сварячись, злостячись, мати брала те лихе добро, нанесене в хату, й викидала в бур'яни або ж заривала в землю, щоб уже ніхто не міг знайти. Але, диво дивне, тих цяцьок не меншало, вони плавом пливли в їхню хату не тільки з села, а й з околиць, із полів, бо синові скрізь випадало бити ноги.</w:t>
      </w:r>
    </w:p>
    <w:p>
      <w:r>
        <w:br/>
        <w:t>Потім, утямивши, мабуть, що в хаті ховати не варто, бо мати однаково Познаходить і повикидає, Юрко додумався ховати під стріхою, або ж запихав ца горищі під сніпки. Так само за схованку правили йому погрібник і хлів.</w:t>
      </w:r>
    </w:p>
    <w:p>
      <w:r>
        <w:br/>
        <w:t>Мати стяглась на кабанчика, щоб згодом завелося своє сало. Біля кабанчика ходили обоє, пораючи, годуючи. І як же одного разу перелякалась мати, коли, чистячи гній від поросяти, знайшла в гною німецьку гранату! Не так, либонь, за своє життя злякалась чи синове, як за кабанчика, на якого стільки стратилась, так раділа, доглядаючи!</w:t>
      </w:r>
    </w:p>
    <w:p>
      <w:r>
        <w:br/>
        <w:t>— Вкоротиш собі віку, лобуряко! — била в сінях так, що долоня пашіла. Хай би собі, а то ж і кабанчикові, сохрани господь!</w:t>
      </w:r>
    </w:p>
    <w:p>
      <w:r>
        <w:br/>
        <w:t>Била б, здається, іще дужче, якби довідалась якимось духом, що син не тільки ховав оту хоробу по всіх усюдах, а й ходив зі зброєю.</w:t>
      </w:r>
    </w:p>
    <w:p>
      <w:r>
        <w:br/>
        <w:t>Як пастух збирається до череди? Нарихтує в торбу цілушку чи добрячу скибку хліба, покладе цибулину, дрібок солі в ганчірочці, пелюстинку старого сала виканючить у матері, пляшку молока націдить із глечика.</w:t>
      </w:r>
    </w:p>
    <w:p>
      <w:r>
        <w:br/>
        <w:t>А Блажчук, збираючись до череди, бере тільки порожню торбу. І коли мати не дивиться, покрадьки дістає ребристу фанату зі стріхи, миттю ховає в торбу на самісіньке дно, ще й жмуток трави покладе, обтушкує фанату. Так і нестиме за село, а вже десь у полі покладе за пазуху.</w:t>
      </w:r>
    </w:p>
    <w:p>
      <w:r>
        <w:br/>
        <w:t>Своєї корови чи телиці нема, то він доглядає людський товар.</w:t>
      </w:r>
    </w:p>
    <w:p>
      <w:r>
        <w:br/>
        <w:t>Біля колгоспної комори вже пасеться по ранковій росі кілька корівчин. Жінки поспинялись під полущеною стіною на сонечку, переступають босими ногами, щоб стати на сухіше й тепліше. Сонце зводиться над селом червонолице, чисте, й воно чомусь уявляється Бл ажчукові каскою червоного солдата. Блажчук несе в руці довгого гарапника, і той гарапник ніколи не мовчить. Зараз виляскує по мокрій траві так лунко, наче гримить рушничний постріл.</w:t>
      </w:r>
    </w:p>
    <w:p>
      <w:r>
        <w:br/>
        <w:t>Вогка, набубнявіла сириця під замашним ударом кришить будяки, лободу, шпориш перерізає, мов блискавка. Й під тим гарапниковим ударом-пострілом діамантові роси розбиваються на міріади найдрібніших спалахів, срібло краплин розпадається на порохно, й так само ранкова тиша ламається на друзки, мов од вибуху.</w:t>
      </w:r>
    </w:p>
    <w:p>
      <w:r>
        <w:br/>
        <w:t>Далеко чути, що йде чередник</w:t>
      </w:r>
    </w:p>
    <w:p>
      <w:r>
        <w:br/>
        <w:t>Жінки біля комори, почувши його постріли, займають корівчин на вигоні, попасом женуть назустріч.</w:t>
      </w:r>
    </w:p>
    <w:p>
      <w:r>
        <w:br/>
        <w:t>— Драстуйте, дівчата! — здоровкається Блажчук із жінками.</w:t>
      </w:r>
    </w:p>
    <w:p>
      <w:r>
        <w:br/>
        <w:t>Блажчук жене сухоребру худібчину, а жінки якийсь час дивляться, як віддаляється чередник, схожий у пілотці і в галіфе на молоденького солдатика. Ото якби рушницю в руки замість гарапника!</w:t>
      </w:r>
    </w:p>
    <w:p>
      <w:r>
        <w:br/>
        <w:t>Поки вибереться за село, ще хтось випустить до череди телицю, хтось корівчину. А також встромлять до торби печену картоплю, варене яйце, шматок підпалка. Й добре, коли підпалок теплий — Блажчук ламає по крихті, їсть, і, дивись, на околиці вже й утеребив усього. А то й злупив яєчко варене.</w:t>
      </w:r>
    </w:p>
    <w:p>
      <w:r>
        <w:br/>
        <w:t>Отже, ситий, а ситому завжди веселіше, ніж голодному. Та й замашна німецька фаната в торбі, з фанатою й зовсім надійно.</w:t>
      </w:r>
    </w:p>
    <w:p>
      <w:r>
        <w:br/>
        <w:t>Коли, трапляється, не прихопить із собої ніякої зброї, тоді пасе худобу ближче до села, на торфовиську чи за вільшиною. А сьогодні, звісно, пожене до лісу, куди пригонять пасти своїх корів пастухи з Радавки, сусіднього села.</w:t>
      </w:r>
    </w:p>
    <w:p>
      <w:r>
        <w:br/>
        <w:t>Поле від лісу давно не оралось, поросло падалицею жита й пшениці, де-не-де сміються розквітлі соняшники, порозростались кущі вівса. Можна надибати стручки молоденького гороху, щоб підкріпитись, коли спорожніє в торбі. Ієн стримить крило збитого німецького літака, на крилі статечно стоїть чорна ворона. Цвітуть ріпак, суріпка, конюшина, ось гніздечко братиків. І жайворонки... Жайворонків стільки, що повітря видається лунким од їхнього співу, як невгамовний дзвін. Як дзвін, у якому на тисячу ладів озиваються тисячі калаталець, маленьких билець, срібних язичків!</w:t>
      </w:r>
    </w:p>
    <w:p>
      <w:r>
        <w:br/>
        <w:t>Юрко зі своєю худобою не перший на пасовиську, тут уже є кількоро пастухів із їхнього ж таки села. Назбирають сухого бадилля та кізяків і, добувши вогонь з допомогою кресала, кременя та трута, розкладають багаття. Бліді пасма полум'я видаються невидимими серед сонячного дня, вогонь зовсім не страшний— він такий ласкавий, приручений! Хлопці жбурляють у багаття патрони і, кинувшись урозтіч та попадавши в траву, слухають, як патрони рвуться від жару, шматуючи на клапті бліде тіло вогню; яку боки розлітаються попіл, вугляки, надсмалене бадилля.</w:t>
      </w:r>
    </w:p>
    <w:p>
      <w:r>
        <w:br/>
        <w:t>Одна-друга корова задере морду, послухає — й пасеться далі. І жайворонки не стомлюються гриміти над полем.</w:t>
      </w:r>
    </w:p>
    <w:p>
      <w:r>
        <w:br/>
        <w:t>Повикидали у вогонь усі патрони, спалили тол, спалили червоний, рудий та чорний порох, схожий на довгі локшини,— й тут хтось кричить:</w:t>
      </w:r>
    </w:p>
    <w:p>
      <w:r>
        <w:br/>
        <w:t>— Лис!</w:t>
      </w:r>
    </w:p>
    <w:p>
      <w:r>
        <w:br/>
        <w:t>Де лис, де? Зриваються на рівні, очі їхні горять квітками будяків, уже ген-ген, у білому морі ромашок, побачили вогнистого лиса, що неквапливо плив собі по яскравому шумовинню,— і вже наче вітром підхопило їхню зграйку. Гайнули до лиса, наче той тільки й чекав, щоб його зловлено в якихось десятеро жадібних рук! Уже пірнув у бур'яни, а вони ще бігли галасвіта, як раптом, задихані, розчервонілі, поспинялись.</w:t>
      </w:r>
    </w:p>
    <w:p>
      <w:r>
        <w:br/>
        <w:t>Поспинялись, бо під горбочком, біля самого лісу, пасли худобу радавські пастухи. Вони, мабуть, помітили появу чере-пашинецьких, із якими завжди билися з незрозумілої причини, і їх, здається, нині менше, бо посхоплювались і, не займаючи своєї худоби, побігли до лісу. Заохочені, підбадьорені тією втечею, черепашинецькі кинулися слідом, вигукуючи якісь дикі бойові кличі, проскочили біля чужого вогнища, де в поспіху несподіваного відступу зоставлено торбинки з обідом та з підвечірком, і вже їхні войовничі постаті сягнули узлісся, зникли між деревами.</w:t>
      </w:r>
    </w:p>
    <w:p>
      <w:r>
        <w:br/>
        <w:t>Блажчук біг разом із усіма, кричав щось погрозливе, та і іеподалік чужого багаття раптом спинився. За шипшиновим кущем, навіщось затуливши вуха пальцями, сиділа дівчина-чередниця у великій—мабуть, із материної голови — хустині й дивилась із-за розквітлої шипшини дикими очима, схожими чистою рожевою ясою на шипшинові пелюстки.</w:t>
      </w:r>
    </w:p>
    <w:p>
      <w:r>
        <w:br/>
        <w:t>— Тікай! — не своїм голосом закричав Блажчук</w:t>
      </w:r>
    </w:p>
    <w:p>
      <w:r>
        <w:br/>
        <w:t>Той крик каменем упав на гострі плечі в чоловічому піджаці, й плечі здригнулись. Юрко шарпнув дівчину за лікоть — і тоді нона розняла руки, якими щось пригортала до грудей, і з-під і юли піджака випала сорока.</w:t>
      </w:r>
    </w:p>
    <w:p>
      <w:r>
        <w:br/>
        <w:t>Поява сороки була така несподівана, що Блажчук забув тусати й шарпати дівчину. Сорока не злякалась, не зірвалась, і іе полетіла, безпорадно завмерши біля зазеленених дівочих колін. Хлопець поспішливо лапнув сороку долонею, щоб не нтекла, проте, здається, птаха й не збиралася тікати.</w:t>
      </w:r>
    </w:p>
    <w:p>
      <w:r>
        <w:br/>
        <w:t>— Та вона зв'язана!—здогадався, відчувши під пальцями вузли мотузочків, якими сплутано сорочі лапи та крила. Й умить розсердився: — Нащо зловили? Нащо знущаєтесь?</w:t>
      </w:r>
    </w:p>
    <w:p>
      <w:r>
        <w:br/>
        <w:t>Дівчина, сидячи навпочіпки, сяяла шипшиновими пелюстками очей.</w:t>
      </w:r>
    </w:p>
    <w:p>
      <w:r>
        <w:br/>
        <w:t>— Це хлопці, а не я,— майже прошепотіла вона.</w:t>
      </w:r>
    </w:p>
    <w:p>
      <w:r>
        <w:br/>
        <w:t>— Радавські всі однакові, — буркнув Блажчук, намагаючись розплутати міцні гудзи. І запитав:— Ти хто?</w:t>
      </w:r>
    </w:p>
    <w:p>
      <w:r>
        <w:br/>
        <w:t>— Я — Варка.</w:t>
      </w:r>
    </w:p>
    <w:p>
      <w:r>
        <w:br/>
        <w:t>— Варка? Хіба ти стара, що звешся Варкою?</w:t>
      </w:r>
    </w:p>
    <w:p>
      <w:r>
        <w:br/>
        <w:t>— Ва-а-арка-а...— з відчуттям непевної провини мовила дівчина.</w:t>
      </w:r>
    </w:p>
    <w:p>
      <w:r>
        <w:br/>
        <w:t>Зрештою Юрко розплутав вузли, з досадою відкинув мотузок і відпустив сороку:</w:t>
      </w:r>
    </w:p>
    <w:p>
      <w:r>
        <w:br/>
        <w:t>— Ну, лети!</w:t>
      </w:r>
    </w:p>
    <w:p>
      <w:r>
        <w:br/>
        <w:t>Сорока сиділа під кущиком пирію і не рухалась, наче їй і іідтято крила.</w:t>
      </w:r>
    </w:p>
    <w:p>
      <w:r>
        <w:br/>
        <w:t>— Отак і пропаде! — дорікнув Блажчук.</w:t>
      </w:r>
    </w:p>
    <w:p>
      <w:r>
        <w:br/>
        <w:t>— Полетить! — відказала дівчина.— Трохи оклигає після пут — і полетить.</w:t>
      </w:r>
    </w:p>
    <w:p>
      <w:r>
        <w:br/>
        <w:t>Узяла сороку до рук, притулила до грудей, дал і до обличчя, поворушила їй одне крило, друге. Підкинула догори — й сорока, припадаючи до землі, важко полетіла до лісу, скоро й зі іикла в гущавині.</w:t>
      </w:r>
    </w:p>
    <w:p>
      <w:r>
        <w:br/>
        <w:t>І наче за її сигналом із лісу вискочила зграйка черепашине-цьких чередників, а невдовзі слідом за ними появились радав-ські. Тепер уже радавські щось кричали войовниче, розмахуючи дрючками, бо сила була на їхньому боці, й вона, ця сила, легким чвалом посувалась на гнідому коні, мала чоловічі вуса, сорочка розхристалась на грудях, волоття кукурудзяного чуба розвівалось од вітру.</w:t>
      </w:r>
    </w:p>
    <w:p>
      <w:r>
        <w:br/>
        <w:t>— Я вам покажу битись! — кричав гнівний голос— Я вас навчу миритись.</w:t>
      </w:r>
    </w:p>
    <w:p>
      <w:r>
        <w:br/>
        <w:t>— Тікай! —шепнула дівчина.— Це наш, дядько Данило.</w:t>
      </w:r>
    </w:p>
    <w:p>
      <w:r>
        <w:br/>
        <w:t>Не чуючи під собою ніг, Блажчук разом із своїми чередниками біг через бур'яни, через будяки, й кожної миті здавалось, що ось-ось над вухом захропе гнідий кінь, ось-ось почується виляск батога, який опереже плечі, спину, обпече болем.</w:t>
      </w:r>
    </w:p>
    <w:p>
      <w:r>
        <w:br/>
        <w:t>І вже коли схопив свою торбу, і вже коли ген скільки відбіг од своєї череди, згадав за гранату. Згадав за гранату — і став мов укопаний. Повернулась відвага, чекав на радавських нападників. Ось нехай тільки покажуться, ось нехай тільки підійдуть! Пальці тримали нагріту від сонця, ребристу грудку гранати, якою він захищатиметься, і Юркові хотілося сміятись від радості... Шкода, що радавські зостались біля своєї худоби, шкода, що й дядько Данило лишився в їхньому гурті, а то б начувались!..</w:t>
      </w:r>
    </w:p>
    <w:p>
      <w:r>
        <w:br/>
        <w:t>Увечері череда вертає з поля в село.</w:t>
      </w:r>
    </w:p>
    <w:p>
      <w:r>
        <w:br/>
        <w:t>Блажчук заходить по черзі вечеряти до тих, кому пасе корову чи телицю. Позавчора вечеряв у тітки Васил ихи гарячим кулешем, додому ж приніс від неї молока в глечику; вчора вечеряв у тітки Марійки — варениками з картоплею пригощала, додому теж вділила вареників у риночці й шкварочок кинула, то мати після ланки смакувала й нахвалитись не могла.</w:t>
      </w:r>
    </w:p>
    <w:p>
      <w:r>
        <w:br/>
        <w:t>Сьогодні жене телицю прямо на обійстя до Одарки Кужільної. Хазайновито відчиняє ворота, заводить телицю в хлів, прив'язує до жолоба, а тоді вже простує до хати і, рипнувши дверима, зупиняється в порозі.</w:t>
      </w:r>
    </w:p>
    <w:p>
      <w:r>
        <w:br/>
        <w:t>В хаті півсутінок, тхне глиняною долівкою, недавно змащеною свіженькими кінськими кізяками. Самої Одарки нема, ще не вернулася з ланки, з буряків, а є стара Одарчина мати, сидить на покуті, блимає порохнявими світлячками очей.</w:t>
      </w:r>
    </w:p>
    <w:p>
      <w:r>
        <w:br/>
        <w:t>— Телицю пригнав,— похмуро каже Блажчук Баба чує чи не чує, тільки ж не озивається.</w:t>
      </w:r>
    </w:p>
    <w:p>
      <w:r>
        <w:br/>
        <w:t>Оглухла чи заснула? Бовдур бовдуром, хоч би блимнула, а то й не скліпне.</w:t>
      </w:r>
    </w:p>
    <w:p>
      <w:r>
        <w:br/>
        <w:t>— Напаслись добре, ситі, от і самому кортить щось покласти на зуб.</w:t>
      </w:r>
    </w:p>
    <w:p>
      <w:r>
        <w:br/>
        <w:t>— Га?—озивається баба.— Сиджу, мов камінь, Одарки з поля і іема, я тієї телиці й не здужаю попорати, в печі не палено, що ж тобі дати, дитино...</w:t>
      </w:r>
    </w:p>
    <w:p>
      <w:r>
        <w:br/>
        <w:t>Баба бідкається, тепер тільки сама себе здатна переслухати. То Блажчук перебиває:</w:t>
      </w:r>
    </w:p>
    <w:p>
      <w:r>
        <w:br/>
        <w:t>— Сало старе в коморі є, внесіть, я цибулі нарву на грядці.</w:t>
      </w:r>
    </w:p>
    <w:p>
      <w:r>
        <w:br/>
        <w:t>За якийсь час кусає сало до хліба, на повний рот запихається цибулею й незле думає про бабу: "Стара вже, мов пень, як сяде — то й сидить, як забалакає — не спиниш, як заплаче — н три ручаї".</w:t>
      </w:r>
    </w:p>
    <w:p>
      <w:r>
        <w:br/>
        <w:t>— А чий ти будеш? — питає, коли, повечерявши, чередник іде до порога.— Мотрин?</w:t>
      </w:r>
    </w:p>
    <w:p>
      <w:r>
        <w:br/>
        <w:t>"От чудна! Таж минулого разу вже казав, що Танасьчин!" І каже:</w:t>
      </w:r>
    </w:p>
    <w:p>
      <w:r>
        <w:br/>
        <w:t>— Гордіїв!</w:t>
      </w:r>
    </w:p>
    <w:p>
      <w:r>
        <w:br/>
        <w:t>— І Гордій не вернувся, царство йому небесне,— шамкотить старенька.— І наш Оникій не прийшов, і ніхто на нашому кутку не вернувся.</w:t>
      </w:r>
    </w:p>
    <w:p>
      <w:r>
        <w:br/>
        <w:t>Й стара поіменно перелічує всіх тих на їхньому кутку, хто не вернувся з фронту. Чередник уже за порогом, уже за ворітьми, а вона чи похмурим стінам, чи глухим одвіркам, чи важкому сволоку на стелі розказує, зітхає, жалісливо крутить головою...</w:t>
      </w:r>
    </w:p>
    <w:p>
      <w:r>
        <w:br/>
        <w:t>Вже наступного ранку, йдучи до череди, Блажчук бере з собою не гранату, а німецький пістолет, де в барабані лежать патрони, мов жолуді. И ховає не до торби, а кладе за пазуху, з холоднуватим острахом відчуваючи біля живота тверду вагу. Знає, що зі зброєю треба ховатись, бо може відібрати чи здоровий парубок, чи голова сільради, або з учителів хтось. Але не /(уже й побоюється: відберуть — то відберуть, кара не страшна, а зброї в нього вистачить, скрізь наховано.</w:t>
      </w:r>
    </w:p>
    <w:p>
      <w:r>
        <w:br/>
        <w:t>Наховано стільки, що хоч завтра пішов би в партизани, якби війна не відкотилась так далеко!</w:t>
      </w:r>
    </w:p>
    <w:p>
      <w:r>
        <w:br/>
        <w:t>Лунко стріляючи сирицевим гарапником, іде до вигону, й від тих ляскучих ударів никне стята кропива, в'яне зрубана щириця, на мерехтливе порохно розпадається густа роса. Звуки линуть, мов постріли, й далеко чути, що йде чередник</w:t>
      </w:r>
    </w:p>
    <w:p>
      <w:r>
        <w:br/>
        <w:t>Жінки, що пригнали свій товар до колгоспної комори, займають черідку, женуть назустріч чередникові, й кожна тицяє до його порожньої торби чи свіженьких дерунів, чи остюкувату пампушку, чи буряка печеного, а та пляшку молока тицьнула. Поки вибереться з худобою за околицю — торба надме боки, приємно обтяжує плече.</w:t>
      </w:r>
    </w:p>
    <w:p>
      <w:r>
        <w:br/>
        <w:t>Пасучи череду під лісом, хлопці затівають балачку про те, хто й до кого пристав у прийми. Говорять і про їхню сільську лавочницю, себто продавщицю з лавки, Мотрю Відірвикожу-ха, до якої вже кількоро приставало в прийми. Пристануть, але не тримаються чомусь. Хто саме? Ну, кривенький дядько із сусіднього села, потім подейкували, що в нього своїх троє дітей, а він додумався ходити по чужих селах та приставати в прийми — сьогодні до одної, завтра вже до другої. Минулої зими підночовував у Мотрі вчитель фізкультури, та чи сільрада, чи районний інспектор силоміць вернули його до своєї ж таки жінки.</w:t>
      </w:r>
    </w:p>
    <w:p>
      <w:r>
        <w:br/>
        <w:t>Блажчук вказав на одного з чередників, що сидів у їхньому гурті:</w:t>
      </w:r>
    </w:p>
    <w:p>
      <w:r>
        <w:br/>
        <w:t>— Мати говорила, що й Васько набивався в прийми до Мотрі. Мовляв, як вона в лавці робить, то за нею не пропадеш — і крам водиться, і галоїді, і цвяхи...</w:t>
      </w:r>
    </w:p>
    <w:p>
      <w:r>
        <w:br/>
        <w:t>Васько собою непоказний, не вдався ні ростом, ні силою. Не так ходив, як перекочувався на вигнутих, мов обіддя, ногах. Куштратий, синьоокий, з тонкими губами-пиріїнками, був схожий на дитину, що передчасно постаріла.</w:t>
      </w:r>
    </w:p>
    <w:p>
      <w:r>
        <w:br/>
        <w:t>— Чи я набивався? — заперечив Васько.— Вона сама сказала...</w:t>
      </w:r>
    </w:p>
    <w:p>
      <w:r>
        <w:br/>
        <w:t>— Сама? — здивувались чередники.— Розкажи! Васько, ні разу не всміхнувшись похмурим лицем, розказував:</w:t>
      </w:r>
    </w:p>
    <w:p>
      <w:r>
        <w:br/>
        <w:t>— Пригнав телицю з поля, Мотря кличе вечеряти. І воду сама зливала, як я руки мив, і чистого рушника дала зі скрині. Бачу, плаття на ній трофейне, німецьке, і великі ковтки у вухах, вона ті ковтки виміняла на ярмарку за курячі яйця. І ще намисто почепила на шию. Ну, думаю, когось чекає в гості. Сів за стіл, а на столі варена картопля парує, куряча смаженя пахне, і пляшка горілки стоїть. Мотря отак біля мене сідає на ослоні, наливає горілки в дві чарки — собі й мені. Спершу сама випила, а я вже за нею перехилив...</w:t>
      </w:r>
    </w:p>
    <w:p>
      <w:r>
        <w:br/>
        <w:t>— Ну, ну! — підохочують нетерплячі чередники.</w:t>
      </w:r>
    </w:p>
    <w:p>
      <w:r>
        <w:br/>
        <w:t>— Ще випив і захмелів, сиджу і їм гарячу смаженю з картоп-лею. А потім хочу звестися з-за столу, а ноги віднялись, мов дерев'яні. В голові шумить, а через той шум чую, що Мотря каже лишатись у неї на ніч, бо, мовляв, ще звалюся десь у рів. І ліжко і юстелила, й подушки дві поклала.</w:t>
      </w:r>
    </w:p>
    <w:p>
      <w:r>
        <w:br/>
        <w:t>— Ну, ну...</w:t>
      </w:r>
    </w:p>
    <w:p>
      <w:r>
        <w:br/>
        <w:t>— Заснув — і незчувся. Вночі прокидаюсь, лап рукою, лап — хтось лежить біля мене, дихає, я й злякався, бо ніяк згадати і іе годен, куди втрапив. Перегодя розвиднілось, що в Мотрі вечеряв, що спати вклала у своїй хаті, що оце сама лежить зі мною.</w:t>
      </w:r>
    </w:p>
    <w:p>
      <w:r>
        <w:br/>
        <w:t>— А далі що?</w:t>
      </w:r>
    </w:p>
    <w:p>
      <w:r>
        <w:br/>
        <w:t>— Знайшов свої штани й сорочку — і гайда з хати.</w:t>
      </w:r>
    </w:p>
    <w:p>
      <w:r>
        <w:br/>
        <w:t>— Отак приставав у прийми? — не вірять.</w:t>
      </w:r>
    </w:p>
    <w:p>
      <w:r>
        <w:br/>
        <w:t>— Хіба я приставав? Споїла, а потім спати вклала! Через тиждень знову телицю пригнав їй додому, то Мотря навіть на подвір'я не пустила.</w:t>
      </w:r>
    </w:p>
    <w:p>
      <w:r>
        <w:br/>
        <w:t>— Знову тобі закортіло курячої смажені!—реготали черед-пики.</w:t>
      </w:r>
    </w:p>
    <w:p>
      <w:r>
        <w:br/>
        <w:t>Десь уже в сизе надвечір'я чи чемериці об'їлась, чи сказилася ряба корівчина, надумала перти від череди в поля. Блажчукки-і іувся слідом завертати, а ряба як затялась — тікати, і край.</w:t>
      </w:r>
    </w:p>
    <w:p>
      <w:r>
        <w:br/>
        <w:t>— Застрелю! — кричав оскаженілий пастух, згадавши про пістолет, захований за пазуху. Дістав зброю і біг за коровою, і іаче в атаку.— Стій, гаде фашистський, бо розстріляю! Стій, поліцайська морда!</w:t>
      </w:r>
    </w:p>
    <w:p>
      <w:r>
        <w:br/>
        <w:t>Ряба "поліцайська морда" заспокоїлась тільки на радав-ському полі, неподалік від чужої худоби. Скубла пашу, й здухи її ходили ходором.</w:t>
      </w:r>
    </w:p>
    <w:p>
      <w:r>
        <w:br/>
        <w:t>Під хвилею зеленого жита сиділа Варка, полуднаючи. Зодягнута в той самий чоловічий піджак, що і вчора, й так само закутана материнською хусткою. Побачивши зброю в хлоп'ячих руках, завмерла від цікавого остраху.</w:t>
      </w:r>
    </w:p>
    <w:p>
      <w:r>
        <w:br/>
        <w:t>— Справжній? — спитала Варка.— Стріляє?</w:t>
      </w:r>
    </w:p>
    <w:p>
      <w:r>
        <w:br/>
        <w:t>— Німецький,— не без гордості відказав Блажчук, ховаючи зброю за пазуху.</w:t>
      </w:r>
    </w:p>
    <w:p>
      <w:r>
        <w:br/>
        <w:t>— Знайшов?</w:t>
      </w:r>
    </w:p>
    <w:p>
      <w:r>
        <w:br/>
        <w:t>— Маю повний арсенал,— загадково мовив.</w:t>
      </w:r>
    </w:p>
    <w:p>
      <w:r>
        <w:br/>
        <w:t>— І не боїшся носити?</w:t>
      </w:r>
    </w:p>
    <w:p>
      <w:r>
        <w:br/>
        <w:t>Свген Гуцало</w:t>
      </w:r>
    </w:p>
    <w:p>
      <w:r>
        <w:br/>
        <w:t>— А чого боятись? Я вмію стріляти.</w:t>
      </w:r>
    </w:p>
    <w:p>
      <w:r>
        <w:br/>
        <w:t>Погомоніли про випадки, до яких спричинилася зброя. Недавно радавські хлопці подались до кар'єру, де був склад усяких набоїв, грались там із міною чи з бомбою,— порвало трьох, а четвертого осліпило на двоє очей. А хіба в Заливанщині колгоспний віл не підірвався в борозні, коли орав у плузі? Або ось їхня черепашинецька молодиця пішла в глиняники брати глину, копала заступом і, видно, щось викопала, бо гуркнуло, присипало молодицю глиною, поки прибігли, поки відкопали — вже не дихала.</w:t>
      </w:r>
    </w:p>
    <w:p>
      <w:r>
        <w:br/>
        <w:t>— А я знаю, де в лісі гніздо отієї сороки,— мовила Варка. І, лишивши худобу, подались у ліс поглянути на гніздо.</w:t>
      </w:r>
    </w:p>
    <w:p>
      <w:r>
        <w:br/>
        <w:t>— Хочеш вистрелити з пістолета? — запитав Блажчук на лісовій галяві, де в траві червоніли достиглі суниці. Дістав зброю із-за пазухи і, примруживши око, прицілився в стовбур кремезного дуба. Дівчина, чекаючи пострілу, насторожилась, проте хлопець опустив руку зі зброєю.</w:t>
      </w:r>
    </w:p>
    <w:p>
      <w:r>
        <w:br/>
        <w:t>— А нащо стріляти? — спитала вона.</w:t>
      </w:r>
    </w:p>
    <w:p>
      <w:r>
        <w:br/>
        <w:t>— Щоб ніхто не нападав. Щоб захищатись.</w:t>
      </w:r>
    </w:p>
    <w:p>
      <w:r>
        <w:br/>
        <w:t>Варка взяла пістолет, потримала на долоні й віддала назад.</w:t>
      </w:r>
    </w:p>
    <w:p>
      <w:r>
        <w:br/>
        <w:t>— Не хочеш? — не повірив Юрко.— Ось так!</w:t>
      </w:r>
    </w:p>
    <w:p>
      <w:r>
        <w:br/>
        <w:t>Хлопець опустився на коліно, прицілився в дуба й вигукнув:</w:t>
      </w:r>
    </w:p>
    <w:p>
      <w:r>
        <w:br/>
        <w:t>— По німецьких загарбниках — вогонь!</w:t>
      </w:r>
    </w:p>
    <w:p>
      <w:r>
        <w:br/>
        <w:t>Гримнув постріл. Блажчук стрімголов ринувся в кущі, наче прагнув наздогнати напасника-втікача, й закричав-.</w:t>
      </w:r>
    </w:p>
    <w:p>
      <w:r>
        <w:br/>
        <w:t>— Не втечеш!</w:t>
      </w:r>
    </w:p>
    <w:p>
      <w:r>
        <w:br/>
        <w:t>Й знову пролунав звук пострілу.</w:t>
      </w:r>
    </w:p>
    <w:p>
      <w:r>
        <w:br/>
        <w:t>Коли за якусь хвилю Блажчук повернувся на галяву, його обличчя світилось щастям.</w:t>
      </w:r>
    </w:p>
    <w:p>
      <w:r>
        <w:br/>
        <w:t>— Хочеш спробувати? — знову запитав, простягаючи зброю. І показав пальцем перед собою:— Ген стоїть Гітлер, убий його!</w:t>
      </w:r>
    </w:p>
    <w:p>
      <w:r>
        <w:br/>
        <w:t>В надвечірньому лісі співали пташки, стелились тіні від стовбурів дерев. Дівчина засміялась і, вдаючи, що повірила почутому, обачно взяла зброю.</w:t>
      </w:r>
    </w:p>
    <w:p>
      <w:r>
        <w:br/>
        <w:t>— Отам Гітлер, за бузиною?</w:t>
      </w:r>
    </w:p>
    <w:p>
      <w:r>
        <w:br/>
        <w:t>— Еге, за кущем бузини, ховається в кропиві. Стріляй, щоб не втік. Ось так цілься, ось так натискай... Тільки хутчій, щоб не втік!</w:t>
      </w:r>
    </w:p>
    <w:p>
      <w:r>
        <w:br/>
        <w:t>Варка заплющилась, натисла гачок — і, коли в руці грим-і іуло, сахнулась постаттю назад.</w:t>
      </w:r>
    </w:p>
    <w:p>
      <w:r>
        <w:br/>
        <w:t>— Ура! — закричав Блажчук, кидаючись до куща бузини.— Вбила, вбила!</w:t>
      </w:r>
    </w:p>
    <w:p>
      <w:r>
        <w:br/>
        <w:t>В нападі дикої радості обоє тупцялись по високій траві, толочили кропиву, наче й справді товклись ногами на трупі і існависного ворога.</w:t>
      </w:r>
    </w:p>
    <w:p>
      <w:r>
        <w:br/>
        <w:t>— Отак здихай, навіть заривати в землю не будемо!</w:t>
      </w:r>
    </w:p>
    <w:p>
      <w:r>
        <w:br/>
        <w:t>— Хай тебе черви сточать, хай ти зогниєш без сліду!</w:t>
      </w:r>
    </w:p>
    <w:p>
      <w:r>
        <w:br/>
        <w:t>Вірячи, що розправилися з ворогом, вони трохи заспокоїтись і лише тоді згадали за сорочаче гніздо, яке хотіли подивитись.</w:t>
      </w:r>
    </w:p>
    <w:p>
      <w:r>
        <w:br/>
        <w:t>— Хай уже завтра!—схаменулась дівчина.— Смеркає, пора гнати худобу в село.</w:t>
      </w:r>
    </w:p>
    <w:p>
      <w:r>
        <w:br/>
        <w:t>Зблякла сонячна повінь затопила ліс, що дихав вечірньою 11 рохолодою, й через хвилі цієї повені чередники заквапились до худоби...</w:t>
      </w:r>
    </w:p>
    <w:p>
      <w:r>
        <w:br/>
        <w:t>Коли вночі Юрко переступив хатній поріг, то мати на нього чекала лиха, наче грозова хмара. Вироблена в ланці, тінню чов-і ііла на лежанці й жебоніла тихим голосом польової бадилини, якою колише вітер:</w:t>
      </w:r>
    </w:p>
    <w:p>
      <w:r>
        <w:br/>
        <w:t>— І де ти взявся на мою голову такий душогуб? І справді заповзявся мене разом із собою звести зі світу? Пішла я до гнізда курячого, дай, думаю, заберу яйця, бо кілька день не навідувалась, а зозуляста ж добре несеться, чубарочка теж сокоче з ранку до вечора. Беру яйце, аж чую, щось там у гнізді, під соломою, лежить. Мацаю — дві гранати підмощено, хай тобі трясця.</w:t>
      </w:r>
    </w:p>
    <w:p>
      <w:r>
        <w:br/>
        <w:t>Блажчук мовчки роздягається й мимо матері проворно дереться на піч.</w:t>
      </w:r>
    </w:p>
    <w:p>
      <w:r>
        <w:br/>
        <w:t>— Хіба в Заливанщині не було, що жінка випалила в лежанці не соломою чи картоплинням, а якимись патронами? Хтось заховав у купу палива чи, може, навмисне в лежанку наклав, ось вона й розвела вогонь, готувала їсти. Діти її в городі порались, копали чи садили, тут у хаті й почало стріляти і рватись, діти бігом до хати, вскакують, бачать: лежить їхня мати в крові на долівці, а лежанку геть поруйнувало. Отак зготувала їсти...</w:t>
      </w:r>
    </w:p>
    <w:p>
      <w:r>
        <w:br/>
        <w:t>Мати квилить, бідкається, зітхає. Блажчук, винуватий, лежить мовчки, міркує щось і геть перегодя озивається:</w:t>
      </w:r>
    </w:p>
    <w:p>
      <w:r>
        <w:br/>
        <w:t>— Мамо, то, може, мені в прийми пристати? Не озивається мати. Почула чи не почула?</w:t>
      </w:r>
    </w:p>
    <w:p>
      <w:r>
        <w:br/>
        <w:t>— До кого ж ти мітиш у прийми?— невдовзі долинає з лежанки.</w:t>
      </w:r>
    </w:p>
    <w:p>
      <w:r>
        <w:br/>
        <w:t>— Чи я знаю?</w:t>
      </w:r>
    </w:p>
    <w:p>
      <w:r>
        <w:br/>
        <w:t>— А не знаєш, то чого кажеш?</w:t>
      </w:r>
    </w:p>
    <w:p>
      <w:r>
        <w:br/>
        <w:t>— Говорять, начебто Мотря Відірвикожуха приймає до себе.</w:t>
      </w:r>
    </w:p>
    <w:p>
      <w:r>
        <w:br/>
        <w:t>— Як приймає?</w:t>
      </w:r>
    </w:p>
    <w:p>
      <w:r>
        <w:br/>
        <w:t>— Ну, сьогодні одного, а завтра другого.</w:t>
      </w:r>
    </w:p>
    <w:p>
      <w:r>
        <w:br/>
        <w:t>— То ти теж такий, щоб пристати на один день? — сердиться мати.— Замолодий ти для Мотрі, а Мотря застара для тебе.</w:t>
      </w:r>
    </w:p>
    <w:p>
      <w:r>
        <w:br/>
        <w:t>— Потім можна б молодшу нагледіти,— розсудливо міркує син. І додає згодом:—А на осінь пішов би в колгосп до биків чи до коней.</w:t>
      </w:r>
    </w:p>
    <w:p>
      <w:r>
        <w:br/>
        <w:t>— До школи б тобі, далі вчитись треба...</w:t>
      </w:r>
    </w:p>
    <w:p>
      <w:r>
        <w:br/>
        <w:t>— Та вже хай моя школа біля землі буде.</w:t>
      </w:r>
    </w:p>
    <w:p>
      <w:r>
        <w:br/>
        <w:t>— Таке говориш... Якби вернувся батько й почув — ременя не пошкодував би.</w:t>
      </w:r>
    </w:p>
    <w:p>
      <w:r>
        <w:br/>
        <w:t>Але батько не вернувся з фронту й не почує, десь і ремінь його солдатський зотліває без діла в братській могилі...</w:t>
      </w:r>
    </w:p>
    <w:p>
      <w:r>
        <w:br/>
        <w:t>Ранок, мати збирається в ланку на буряки, закутується білою хустиною по самісінькі очі барвінкові, щоб сонце не насмажило голову.</w:t>
      </w:r>
    </w:p>
    <w:p>
      <w:r>
        <w:br/>
        <w:t>— Дивися ж,— наказує,— не тягни додому ніякого залізяччя.— І, подобрішавши поглядом, сміється:— Бач, у прийми надумався до Мотрі Відірвикожуха!</w:t>
      </w:r>
    </w:p>
    <w:p>
      <w:r>
        <w:br/>
        <w:t>— А що?— поважно мовить син.— Менше клопоту вам було б... Ще ви, мамо, не старі, знайшли б якогось дядька, щоб помагав... Знайдете, як я відділюсь.</w:t>
      </w:r>
    </w:p>
    <w:p>
      <w:r>
        <w:br/>
        <w:t>— Чи мені дядьки чужі потрібні?</w:t>
      </w:r>
    </w:p>
    <w:p>
      <w:r>
        <w:br/>
        <w:t>— Діло хазяйське,— розсудливо міркує син.</w:t>
      </w:r>
    </w:p>
    <w:p>
      <w:r>
        <w:br/>
        <w:t>Крадькома від матері сховавши за пазуху німецький пістолет, Блажчук іде на вигін до худоби. Лунко гримить гарапник, розсікаючи кропиву, блекоту, щирицю, збиваючи з листя краплисті вихори свіжої роси. Гарапник попереджає про наближення пастуха, й жінки біля комори вже починають назустріч йому займати череду. До порожньої торби тицяють хто що — і пиріжок, і цілушку хліба, й варене яйце. А тітка Македониха, стрівши біля свого обійстя, простягає згорток:</w:t>
      </w:r>
    </w:p>
    <w:p>
      <w:r>
        <w:br/>
        <w:t>— Штани візьми... Лишилися з мого Кирила. Вже не вернеться, то, хлопче, доношуй за нього, бо саме рам'я на тобі... Либонь, доводиться багато побігати за рябою?.. Скажена...</w:t>
      </w:r>
    </w:p>
    <w:p>
      <w:r>
        <w:br/>
        <w:t>— А не великі?— щасливий, бере штани.— Здається, великі.</w:t>
      </w:r>
    </w:p>
    <w:p>
      <w:r>
        <w:br/>
        <w:t>— Хіба не виростеш? Рости й носи на здоров'я, бо нема тобі в чому й парубкувати. В таких штанях хоч ниньки гайда и приймаки.</w:t>
      </w:r>
    </w:p>
    <w:p>
      <w:r>
        <w:br/>
        <w:t>Дивина, й тітка Македониха теж говорить за прийми!</w:t>
      </w:r>
    </w:p>
    <w:p>
      <w:r>
        <w:br/>
        <w:t>Жене худобу в поле, а весь час думає про ті штани, більш ні про що! В полі пірнає в будяки і, зігнувшися, стягує з себе старі, подерті, натомість зодягає подаровані штани — й тоне, бо сягають мало не до вух. Підкочує холоші, підперізується паском І, сховавши стару вдягачку до торби, вибігає на шлях.</w:t>
      </w:r>
    </w:p>
    <w:p>
      <w:r>
        <w:br/>
        <w:t>До самого пасовиська хлопці тільки й балакають про ту і іссподівану обнову.</w:t>
      </w:r>
    </w:p>
    <w:p>
      <w:r>
        <w:br/>
        <w:t>Ген і ліс темніє, ген і крило збитого німецького літака стримить. Сьогодні хлопцям теж кортить розкласти вогнище, бо дехто прихопив із собою патронів та капсулів, то чом не постріляти. Худоба розбродиться пасовиськом, і в цей час рябу, иидно, кусає якийсь ґедзь, бо трубою задерла хвоста, бо круті роги наставила проти польового вітерцю — і вже, дивись, по-тюпачила до лісу, вже погримкотіла ратицями.</w:t>
      </w:r>
    </w:p>
    <w:p>
      <w:r>
        <w:br/>
        <w:t>Блажчук, полишивши чередників, погнався слідом. Та й чом би не погнатись, коли за норовливу рябу свою подарувала тітка Македониха штани вбитого на фронті чоловіка.</w:t>
      </w:r>
    </w:p>
    <w:p>
      <w:r>
        <w:br/>
        <w:t>Ряба, як і вчора, добігши до радавської худоби, нагнула морду й стала скубти траву.</w:t>
      </w:r>
    </w:p>
    <w:p>
      <w:r>
        <w:br/>
        <w:t>— Ох ти ж, фашистська окупантка!—вилаявся Юрко.— Ану гайда назад!</w:t>
      </w:r>
    </w:p>
    <w:p>
      <w:r>
        <w:br/>
        <w:t>Радавські пастухи, помітивши чужого, позводились назустріч. Хтось узяв батога, хтось підняв дрючка з землі. Були і юхмурі й недобрі. Тоді Блажчук зупинився й сягнув рукою за пазуху Радавські застерегли той рух і позастигали в очікувальних позах.</w:t>
      </w:r>
    </w:p>
    <w:p>
      <w:r>
        <w:br/>
        <w:t>Блажчук і далі погрозливо тримав руку за пазухою, ладний у будь-яку хвилю вихопити пістолет. Розхристаний,уширочезних 11 ітанях, з рішучим виразом на смаглому, татаркуватому обличчі, ні 11 пробуджував страх. Якби злякався, якби кинувся навтікача — &lt; &gt; годі б радавські відчули свою силу, свою зверхність.</w:t>
      </w:r>
    </w:p>
    <w:p>
      <w:r>
        <w:br/>
        <w:t>Атак погрозливо стояли — черідка радавських проти одного череп ашинецького.</w:t>
      </w:r>
    </w:p>
    <w:p>
      <w:r>
        <w:br/>
        <w:t>Й тут на узліссі показався гнідий кінь, верхи на коні їхала Парка. Враз ударила босими ногами гнідого коня в боки, ще иіддалік закричала:</w:t>
      </w:r>
    </w:p>
    <w:p>
      <w:r>
        <w:br/>
        <w:t>— Не треба! Не треба!</w:t>
      </w:r>
    </w:p>
    <w:p>
      <w:r>
        <w:br/>
        <w:t>Мабуть, вона теж побачила, що Блажчук засунув руку за пазуху, і зрозуміла, що означає той рух. Дівчина злякалась так, наче на пасовиську вже когось убито, наче вона спізнилась відвести марно пролляту кров.</w:t>
      </w:r>
    </w:p>
    <w:p>
      <w:r>
        <w:br/>
        <w:t>Сьогодні була без материнської хустки, і світлі її коси скидались на шовковисту, добре витіпану на терниці конопляну пачіску.</w:t>
      </w:r>
    </w:p>
    <w:p>
      <w:r>
        <w:br/>
        <w:t>— Не бийтеся! — закричала, зупиняючи коня.</w:t>
      </w:r>
    </w:p>
    <w:p>
      <w:r>
        <w:br/>
        <w:t>— Ніхто не б'ється,— мовив заспокоєний Блажчук, повільно виймаючи руку з-за пазухи.</w:t>
      </w:r>
    </w:p>
    <w:p>
      <w:r>
        <w:br/>
        <w:t>Радавські, помітивши, що рука порожня, нехотя повсідались долу, поглипуючи спідлоба.</w:t>
      </w:r>
    </w:p>
    <w:p>
      <w:r>
        <w:br/>
        <w:t>—Дай проїхатись верхи! — мовив Блажчук, кладучи долоню на кінську шию.</w:t>
      </w:r>
    </w:p>
    <w:p>
      <w:r>
        <w:br/>
        <w:t>— Сідай,— згодилась Варка й посунулась по спині вперед.</w:t>
      </w:r>
    </w:p>
    <w:p>
      <w:r>
        <w:br/>
        <w:t>За якусь мить хлопець уже сидів у неї за плечима. Кінь переступив із ноги на ногу, й Блажчук лівою рукою обхопив дівчину у стані. Радавські чередники як зачаровані дивились на них.</w:t>
      </w:r>
    </w:p>
    <w:p>
      <w:r>
        <w:br/>
        <w:t>— Не зваліться в гречку! — крикнув один із них. Радавські чередники зареготали, проте Блажчук не почув</w:t>
      </w:r>
    </w:p>
    <w:p>
      <w:r>
        <w:br/>
        <w:t>їхнього сміху, бо кінь перейшов на рись, і вони вже скакали до лісу. Варчине ясне волосся світилось, мерехтіло, лоскотало то ніс, то щоку, то чоло, й хлопець мимоволі раз у раз відводив голову.</w:t>
      </w:r>
    </w:p>
    <w:p>
      <w:r>
        <w:br/>
        <w:t>— В тебе є батько? — у біле, наче капустяний листочок, вухо запитав Блажчук.</w:t>
      </w:r>
    </w:p>
    <w:p>
      <w:r>
        <w:br/>
        <w:t>— Нема!—гукнула дівчина в ліс, що вже обступав їх обіруч.</w:t>
      </w:r>
    </w:p>
    <w:p>
      <w:r>
        <w:br/>
        <w:t>— Аде?</w:t>
      </w:r>
    </w:p>
    <w:p>
      <w:r>
        <w:br/>
        <w:t>— Не вернувся з фронту! Мати є, Дуся...</w:t>
      </w:r>
    </w:p>
    <w:p>
      <w:r>
        <w:br/>
        <w:t>— А приймака тримаєте?</w:t>
      </w:r>
    </w:p>
    <w:p>
      <w:r>
        <w:br/>
        <w:t>— Нащо той приймак здався,— відказала дівчина. Й запитала: — Ти хотів стріляти?</w:t>
      </w:r>
    </w:p>
    <w:p>
      <w:r>
        <w:br/>
        <w:t>— В кого?</w:t>
      </w:r>
    </w:p>
    <w:p>
      <w:r>
        <w:br/>
        <w:t>— У наших, у радавських.</w:t>
      </w:r>
    </w:p>
    <w:p>
      <w:r>
        <w:br/>
        <w:t>— Хай би тільки спробували зачепити!</w:t>
      </w:r>
    </w:p>
    <w:p>
      <w:r>
        <w:br/>
        <w:t>— Тепер вони мені за тебе й ногою не дадуть ступити! Сміятимуться... Вони ж не знають, що ти міг постріляти їх!</w:t>
      </w:r>
    </w:p>
    <w:p>
      <w:r>
        <w:br/>
        <w:t>— Скажи, що нехай тільки зачеплять!</w:t>
      </w:r>
    </w:p>
    <w:p>
      <w:r>
        <w:br/>
        <w:t>Кінь моторно ступав поміж дубами, тут ще стриміли з землі кілки, жердини, до яких прив'язано колючий дріт. Блажчук усміхнувся, згадавши вчорашню з матір'ю розмову про те, що приставатиме в прийми до Мотрі Відірвикожуха. Нічна балачка видалась така несправжня! Попереду, низько над кущами, пролетіла сорока і, всівшись на осиці, застрекотала застережливо.</w:t>
      </w:r>
    </w:p>
    <w:p>
      <w:r>
        <w:br/>
        <w:t>— Мабуть, твоя сорока! — озвалась Варка.</w:t>
      </w:r>
    </w:p>
    <w:p>
      <w:r>
        <w:br/>
        <w:t>— Ага, впізнала нас обох. Де ж її гніздо? Кажуть, сороки мо-жугь украсти в людей монети, годинники, дзеркальця й сховати її своїх гніздах. Вони люблять, коли блищить.</w:t>
      </w:r>
    </w:p>
    <w:p>
      <w:r>
        <w:br/>
        <w:t>— Хочеш перевірити її гніздо? Чи нема там золота?</w:t>
      </w:r>
    </w:p>
    <w:p>
      <w:r>
        <w:br/>
        <w:t>— Золота, може, й не наносила, зате на цьому руйновиську якусь цяцьку знайшла.</w:t>
      </w:r>
    </w:p>
    <w:p>
      <w:r>
        <w:br/>
        <w:t>— Давай звернемо зі стежки, поїдемо навпрошки. Гнідий кінь ступав поміж дубів, і хлопець із дівчиною раз</w:t>
      </w:r>
    </w:p>
    <w:p>
      <w:r>
        <w:br/>
        <w:t>у раз нахиляли голови та відводили руками гілля. На землі валялися дріт, усіляке залізяччя, патрони, проте їм було нітрохи і іе страшно, бо сиділи верхи на коні. Тут, де ще недавно німці боронилися в своїх укріпленнях, так більше й не ступала людська нога.</w:t>
      </w:r>
    </w:p>
    <w:p>
      <w:r>
        <w:br/>
        <w:t>Знову озвалася сорока — вона, видно, супроводжувала вершників у їхньому поході через ліс до свого гнізда.</w:t>
      </w:r>
    </w:p>
    <w:p>
      <w:r>
        <w:br/>
        <w:t>— Хоче обманути нас, одвести вбік,— мовила Варка,— та не вдасться.</w:t>
      </w:r>
    </w:p>
    <w:p>
      <w:r>
        <w:br/>
        <w:t>Під розложистим гіллям береста кінь спинився, прядучи вухами й роздутими ніздрями принюхуючись до якихось запахів, що, мабуть, линули з кущів горішини.</w:t>
      </w:r>
    </w:p>
    <w:p>
      <w:r>
        <w:br/>
        <w:t>— Та не бійся!—в один голос мовили Блажчук і Варка й водночас ударили босими п'ятами в кінські боки.</w:t>
      </w:r>
    </w:p>
    <w:p>
      <w:r>
        <w:br/>
        <w:t>— Славно яку лісі,— тихо сказала дівчина.— Це б черешень нарвати.</w:t>
      </w:r>
    </w:p>
    <w:p>
      <w:r>
        <w:br/>
        <w:t>— Славно,— згодився хлопець — Чуєш, як співає горлиця?</w:t>
      </w:r>
    </w:p>
    <w:p>
      <w:r>
        <w:br/>
        <w:t>— Ні, одуд!</w:t>
      </w:r>
    </w:p>
    <w:p>
      <w:r>
        <w:br/>
        <w:t>— І зовсім не одуд, не тямиш ти в пташиному співі.</w:t>
      </w:r>
    </w:p>
    <w:p>
      <w:r>
        <w:br/>
        <w:t>— Прийдемо завтра сюди з хлопцями — от назбираємо зброї!</w:t>
      </w:r>
    </w:p>
    <w:p>
      <w:r>
        <w:br/>
        <w:t>— Хіба зброєю будеш ситий?</w:t>
      </w:r>
    </w:p>
    <w:p>
      <w:r>
        <w:br/>
        <w:t>Кінь обминув горішину, сорока застрекотала поряд, барвиста бабка — зовсім близько, можна б і рукою дістати! — сіла на мережане листя папороті, й Блажчук, обома руками втримуючи Варку, задивився на мерехтливу бабку, на той кольоровий вогник, що грав на зеленому тлі. Бабка тріпотіла крильцятами, наче намагалась роздмухати своє барвисте сяйво, ось-ось, здається, вона вже мала зірватись, щоб летіти геть... як раптом клапоть лісової землі під ногами коня з оглушливим вибухом рвонувся вгору й по боках, розпадаючись груддям і посіченими стеблами рослин, і вже кінь у якомусь неправдоподібному твердому падінні тонув у вирві того вибуху, а разом із конем тонули й вони з Варкою, й хлопець у підсвідомому розпачливому бажанні намагався вхопитись чи за повітря, що несподівано стало тугим, чи вберегти дівчину від несподіванки, яку в ту коротку мить він не міг ні осмислити, ні осягнути, й останнім його відчуттям було відчуття свіжого духу лісової землі, такої пахкої й такої жорсткої...</w:t>
      </w:r>
    </w:p>
    <w:p>
      <w:r>
        <w:br/>
        <w:t>Барвисту бабку вибуховою хвилею відкинуло на гілля горішини, бабка прилипла до листя, далі тріпнула крильцятами — й вільно полетіла. її кольорове летіння струмувало в ласкавому лісовому повітрі, що пахло гаром, ось бабка припала до жовтого сердечка білопелюсткової ромашки, потім від ромашки те барвисте пурхання пострумувало, як видима мелодія, до стебла синіх дзвоників, і від повіву її напівпрозорих крильцят дзвоники, мабуть, видзвонювали, тільки ж хіба розчуєш їхній дзвін у такій тиші,— у такій тиші, що раптом запанувала на весь світ...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Озброєні діти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