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Пацан</w:t>
      </w:r>
    </w:p>
    <w:p>
      <w:r>
        <w:br/>
        <w:t xml:space="preserve"> &lt;p&gt;(Оповідання)</w:t>
      </w:r>
    </w:p>
    <w:p>
      <w:r>
        <w:br/>
        <w:t>Моєму маленькому другові.</w:t>
      </w:r>
    </w:p>
    <w:p>
      <w:r>
        <w:br/>
        <w:t>Над містом високо в блакиті з'явився аероплан. Перший тут, відколи світ стоїть. Якось раптом, не більше за ластівку, невдоволено нечувано урчав і крутився в скелястих хмарах — точнісінько — звив собі гніздо там, на білих островах.</w:t>
      </w:r>
    </w:p>
    <w:p>
      <w:r>
        <w:br/>
        <w:t>Ще з ранку місто напружено чекало. Чекало кого хочете, самого чорта, тільки не такого гостя, тому по всьому місту стільки роззявлених ротів, скільки мешканців.</w:t>
      </w:r>
    </w:p>
    <w:p>
      <w:r>
        <w:br/>
        <w:t>І тільки аероплан... і більш нічого. Знову напруженість, знову чекання болюче, нервове.</w:t>
      </w:r>
    </w:p>
    <w:p>
      <w:r>
        <w:br/>
        <w:t>Весняний пустотливий вітер каламутив тривогу, спотикався на м'ягкому снігу, носив і шарпав уривки розмов, здогадок і настроїв:</w:t>
      </w:r>
    </w:p>
    <w:p>
      <w:r>
        <w:br/>
        <w:t>— ...ідуть...</w:t>
      </w:r>
    </w:p>
    <w:p>
      <w:r>
        <w:br/>
        <w:t>— ...Гайдамаки...</w:t>
      </w:r>
    </w:p>
    <w:p>
      <w:r>
        <w:br/>
        <w:t>— ...Мериканці...</w:t>
      </w:r>
    </w:p>
    <w:p>
      <w:r>
        <w:br/>
        <w:t>— ...анці...</w:t>
      </w:r>
    </w:p>
    <w:p>
      <w:r>
        <w:br/>
        <w:t>— ...івці...</w:t>
      </w:r>
    </w:p>
    <w:p>
      <w:r>
        <w:br/>
        <w:t>— Чорт, погибелі на їх немає.</w:t>
      </w:r>
    </w:p>
    <w:p>
      <w:r>
        <w:br/>
        <w:t>— Прийдуть мериканці і цар і—і... дадуть вони большакам парла, тут їм жаба й цицьки дасть.</w:t>
      </w:r>
    </w:p>
    <w:p>
      <w:r>
        <w:br/>
        <w:t>Високий чорний піп (що не об'їздив парафії уже ось півроку з ляку) уперше насмілився вийти на вулицю і то в штанях, рясу залишив дома, а з рясою і чин. Біля дубових воріт навколо нього скупчились обіжені інтелігенти, попадя, ще хтось і дві носаті сухопарі попівни, поздоровляли, тисли руки... Піп навіть сльози пустив:</w:t>
      </w:r>
    </w:p>
    <w:p>
      <w:r>
        <w:br/>
        <w:t>— Ггаспада.. гаспада... вот!.. Не говоріл?... Ну теперь уже, охх, слава тебе...— Задравши голови, стежили за крицевим гостем.</w:t>
      </w:r>
    </w:p>
    <w:p>
      <w:r>
        <w:br/>
        <w:t>В глупу минулу північ ревком і "самоохорона" залишали місто.</w:t>
      </w:r>
    </w:p>
    <w:p>
      <w:r>
        <w:br/>
        <w:t>На станції в темряві совався паротяг без гудків, без свистків; метушились люди, сперечались, зле лаялись впівголоса, причеплювали... відчеплювали... і знов причеплювали платформи (вагонів лише два й ті товарні). Всі наказували і ніхто не слухав. Багато з "самооборони" ще в місті покидали рушниці і розбіглись хто куди потрапив.</w:t>
      </w:r>
    </w:p>
    <w:p>
      <w:r>
        <w:br/>
        <w:t>Колька плутався між вагонів, тягав за собою важку карабінку, совав всюди свого носа і задьористо покрикував. Лячно і весело. Руда підрізана шинеля, дірчаві чоботи, подертий чужий кашкет налазить на очі... Ці очі на смаглому, немитому, кирпатенькому лиці неспокійні й цікаві.</w:t>
      </w:r>
    </w:p>
    <w:p>
      <w:r>
        <w:br/>
        <w:t>Кольці дев'ять літ. Забрьоханий Колька по самі вуха. Ось він спинився, облизав зшерхлі губи, подумав, підсмикнув карабінку і рішуче подався до останньої платформи.</w:t>
      </w:r>
    </w:p>
    <w:p>
      <w:r>
        <w:br/>
        <w:t>Там ставили єдиний кулемет.</w:t>
      </w:r>
    </w:p>
    <w:p>
      <w:r>
        <w:br/>
        <w:t>— Жівей! жівей, братішки! Ну!</w:t>
      </w:r>
    </w:p>
    <w:p>
      <w:r>
        <w:br/>
        <w:t>— От!? Ах ти пацан...— "братішки" покотились зо сміху.— Ти диви, я думав він забіг, як цуцик, а він... такий малий і...</w:t>
      </w:r>
    </w:p>
    <w:p>
      <w:r>
        <w:br/>
        <w:t>Тому, в кого за хвилю бігали комашки поза шкірою, стало страшенно соромно від дитячого дзвінкого голосу, веселого і безпечного.</w:t>
      </w:r>
    </w:p>
    <w:p>
      <w:r>
        <w:br/>
        <w:t>— Иш, козявка... з-під шапки не видно, а командує, хо! А про те всі пацана любили, особливо Голубів, він його й охрестив так — "пацан". Тоді ще це слово було нове, не затерте і бриніло для Кольки як особливий чин або титул і він цим неабияк пишався, бо ж у цілому місті тільки один пацан і це він — Колька.</w:t>
      </w:r>
    </w:p>
    <w:p>
      <w:r>
        <w:br/>
        <w:t>Товариш Голубів, кремезний дядя, главковерх, схопив за рваний козирьок і нацупив пацанові кашкета аж на самий ніс.</w:t>
      </w:r>
    </w:p>
    <w:p>
      <w:r>
        <w:br/>
        <w:t>— Ну?</w:t>
      </w:r>
    </w:p>
    <w:p>
      <w:r>
        <w:br/>
        <w:t>— Товариш Голуб, ще довго?</w:t>
      </w:r>
    </w:p>
    <w:p>
      <w:r>
        <w:br/>
        <w:t>— А що?</w:t>
      </w:r>
    </w:p>
    <w:p>
      <w:r>
        <w:br/>
        <w:t>— Та мені... в одно місце треба...</w:t>
      </w:r>
    </w:p>
    <w:p>
      <w:r>
        <w:br/>
        <w:t>— А-а... п-понятно: Валяй, встигнеш ще. Колька подався.</w:t>
      </w:r>
    </w:p>
    <w:p>
      <w:r>
        <w:br/>
        <w:t>* * *</w:t>
      </w:r>
    </w:p>
    <w:p>
      <w:r>
        <w:br/>
        <w:t>...Біг порожніми вулицями. Ніде й собаки. Ворота й віконниці всюди, мов заклепані, хоч би де світилось,— як смерть пройшла по них. Пірнеш туди, ніби в ополонку. Чорні й зловісні вони глитали малого хлопця й потім раптом викидали з другого боку, ніби мишеня з вовчої нори.</w:t>
      </w:r>
    </w:p>
    <w:p>
      <w:r>
        <w:br/>
        <w:t>Колька біг і не насмілювався озирнутися назад. Під ногами хрускав тоненький льодок і часом попадав у пришерхлу глибоку колію, набирав у дірчавий чобіт і тоді у ньому пищало. Крутивсь як у темній печері.</w:t>
      </w:r>
    </w:p>
    <w:p>
      <w:r>
        <w:br/>
        <w:t>Тільки непереможні бажання і передчуття, що не вглядиш більше, як тепер — в останнє когось незрівнянно дорогого, може загнати, до болю стиснувши серце, в оці глупі, однині ворожі, сповнені затаєною смертю вулиці-нори.</w:t>
      </w:r>
    </w:p>
    <w:p>
      <w:r>
        <w:br/>
        <w:t>Звернув за ріг на площу. Тут близенько, ось — раз... два...</w:t>
      </w:r>
    </w:p>
    <w:p>
      <w:r>
        <w:br/>
        <w:t>За два дні він стрів її ось тут, під церквою, ночувала на плитах.</w:t>
      </w:r>
    </w:p>
    <w:p>
      <w:r>
        <w:br/>
        <w:t>Немає...</w:t>
      </w:r>
    </w:p>
    <w:p>
      <w:r>
        <w:br/>
        <w:t>Забіг на "постоялий", але там узагалі нікого, хоч запали... А тепер?!</w:t>
      </w:r>
    </w:p>
    <w:p>
      <w:r>
        <w:br/>
        <w:t>Колька всього лише хотів побачити матір, свою бідну жебрачку матір.</w:t>
      </w:r>
    </w:p>
    <w:p>
      <w:r>
        <w:br/>
        <w:t>Він її не бачив учора й позавчора і може не побачить зовсім... зовсім... Самотню, хвору, голодну. Але він знайде ж її нині, як же це?</w:t>
      </w:r>
    </w:p>
    <w:p>
      <w:r>
        <w:br/>
        <w:t>...І пацан метнувся знову завулками. Важка карабінка стукала об литки,— придержував її зашпарілою рукою і біг, поспішав. Широко хлипав, ніби рибина зябрами. Чисте весняне повітря будило спогади і хотілося плакати.</w:t>
      </w:r>
    </w:p>
    <w:p>
      <w:r>
        <w:br/>
        <w:t>* * *</w:t>
      </w:r>
    </w:p>
    <w:p>
      <w:r>
        <w:br/>
        <w:t>Уже причепили й паротяг, а Колька не повертався.</w:t>
      </w:r>
    </w:p>
    <w:p>
      <w:r>
        <w:br/>
        <w:t>— Туди к бісу, похвалявся, хоробрився і втік. — Дитина, що ж... злякався...</w:t>
      </w:r>
    </w:p>
    <w:p>
      <w:r>
        <w:br/>
        <w:t>Одчалюй, ребята-а!!. — Голубіву було шкода,— пропаде пацан. Не помилують, де там... і за те, що карабінка, і за те, що "пацан"... Але що ж...</w:t>
      </w:r>
    </w:p>
    <w:p>
      <w:r>
        <w:br/>
        <w:t>Потяг загримів, мов скелет, і поліз у темряву, ніби в воду. Хутчій... хутчій... Вже аж за першою будкою дав гудок протяжний і глухий такий — чи прощальний, чи застережливий...</w:t>
      </w:r>
    </w:p>
    <w:p>
      <w:r>
        <w:br/>
        <w:t>...а по перону бігало безпорадне мале хлоп'я, далі кинулось доганяти потяг, добігло до семафора... Куди?</w:t>
      </w:r>
    </w:p>
    <w:p>
      <w:r>
        <w:br/>
        <w:t>Потяг канув у чорну невідомість.</w:t>
      </w:r>
    </w:p>
    <w:p>
      <w:r>
        <w:br/>
        <w:t>Стояв довго. Потім повернувся і сів біля дверей порожньої станції. Сидів нерухомо. Стомлено притискав німу карабінку. Плутані думи, тривога, жаль за незнайдену матір і біль самотности навалились каменем. Як же це?</w:t>
      </w:r>
    </w:p>
    <w:p>
      <w:r>
        <w:br/>
        <w:t>Ще вчора сидів він з Голубом вдома, при штабі біля конов'яза і грав з ним же, Голубом Грицем, в ладошки. Дзвінкий розкотистий сміх його, золотий сміх, покривав розчавлену грязюку з золотими іскрами сонця. Було весняне сонце, весняний сміх.</w:t>
      </w:r>
    </w:p>
    <w:p>
      <w:r>
        <w:br/>
        <w:t>Колька клав свої маленькі руки на Грицеві ручища, чорні й широкі, мов латаття, і коли той "мазав", меткий Колька реготав, як навіжений, з тої незграбности. Гриць добродушно і сердечно вторив.</w:t>
      </w:r>
    </w:p>
    <w:p>
      <w:r>
        <w:br/>
        <w:t>— Ах, ти ж, дзиґа!.. Ну на, на,— і клав свої лапи на манісінькі пацанові долоні. Власник їх (маленьких) пильно дивився, смакуючи наперед втіху розплати за несхоплені шльопки, тепер його черга. Колька вмить висмикав то одну, то другу руку і щиро та весело з блискавичною швидкістю періщив Голубові руки, аж поки вони не червоніли, як буряк:</w:t>
      </w:r>
    </w:p>
    <w:p>
      <w:r>
        <w:br/>
        <w:t>— А що, братішка, во, во..</w:t>
      </w:r>
    </w:p>
    <w:p>
      <w:r>
        <w:br/>
        <w:t>І Голуб не сердився (для всіх він Голубів, а для нього "Голуб"), страшний і добрий, грізний і веселий Голуб... Було весняне сонце, весняний сміх.</w:t>
      </w:r>
    </w:p>
    <w:p>
      <w:r>
        <w:br/>
        <w:t>…………………………………………………………………………………………………………………</w:t>
      </w:r>
    </w:p>
    <w:p>
      <w:r>
        <w:br/>
        <w:t>Тоскно виють дроти в темряві, тоскно і розпачливо зудять все про одне, все про одне. Тривога... тривога... Чорна станція і чорна самотність.</w:t>
      </w:r>
    </w:p>
    <w:p>
      <w:r>
        <w:br/>
        <w:t>Як же це?</w:t>
      </w:r>
    </w:p>
    <w:p>
      <w:r>
        <w:br/>
        <w:t>* * *</w:t>
      </w:r>
    </w:p>
    <w:p>
      <w:r>
        <w:br/>
        <w:t>Опівдні в місто вступили німці з барабанним боєм.</w:t>
      </w:r>
    </w:p>
    <w:p>
      <w:r>
        <w:br/>
        <w:t>Чисті солідні гармати, вихолені коні, чисті чіткі голубі колони серйозних людей... Парад! До того ж парад ніколи не виданий. Ніякої війни. Ніякого жаху. Брехня, що в газетах писали, ти диви:</w:t>
      </w:r>
    </w:p>
    <w:p>
      <w:r>
        <w:br/>
        <w:t>Офіцери на баских конях, як гімназисти, скирять зуби до панянок, оркестр, як новий срібний п'ятак. Правда, попереду їде генерал, грізний і надутий, ніби кайзер, але ж то культура, культура...</w:t>
      </w:r>
    </w:p>
    <w:p>
      <w:r>
        <w:br/>
        <w:t>— Вот, что значіт цівілізація! (це пальто в шляхетному екстазі).</w:t>
      </w:r>
    </w:p>
    <w:p>
      <w:r>
        <w:br/>
        <w:t>— Еге ж (а це сіряк), я і в голову не клав, щоб вони так... з цього боку ввійшли... Яким то "боком" вийдуть?</w:t>
      </w:r>
    </w:p>
    <w:p>
      <w:r>
        <w:br/>
        <w:t>— Дурак!..</w:t>
      </w:r>
    </w:p>
    <w:p>
      <w:r>
        <w:br/>
        <w:t>На широких багнетах, колись страшних і проклятих, мерехтіло сонце, мерехтіла радісна усмішка міських обивателів. Зустрічали "хлібом-сіллю".</w:t>
      </w:r>
    </w:p>
    <w:p>
      <w:r>
        <w:br/>
        <w:t>За гостями товпилось старе й мале. Видовисько ж, чи бачив... Чули люди, що там десь Вільгельм, гази, позиції і всяке таке, а щоб хоч одним оком... і ось, диви: — живі, справжні, заливають місто синьою рікою, наче десь греблю прорвало. Дітвори, як горобців: для них найцікавіше — це музиканти,— о! як вони грають, як вони по-німецькому грають...</w:t>
      </w:r>
    </w:p>
    <w:p>
      <w:r>
        <w:br/>
        <w:t>Колька теж ішов слідом і з захопленням стежив за оказією, але йшов сторожко оддалік, як вовченя. Шинелю десь закинув чи заховав разом з карабінкою. Сонце щиро сипало проміння на непокриту голівку, золотило немите, непострижене, русяве волосся, голубило теплом. Колька морщився, в очі ніби піску насипало, болять від безсоння. Повіки почервоніли, а сонце як не виколе.</w:t>
      </w:r>
    </w:p>
    <w:p>
      <w:r>
        <w:br/>
        <w:t>Минулої ночі багато думок пролетіло в малій голові, аж щоки позатягало, а нічого й не видумав. Матері теж не знайшов.</w:t>
      </w:r>
    </w:p>
    <w:p>
      <w:r>
        <w:br/>
        <w:t>З-під важких його чобіт грязюка чвиркає на чиїсь святкові сукні, в шлунку, ніби хтось коловорот крутить. Так ішов у натовпі довгенько, поки не приперли до паркана, як раз на розі, та так приперли, аж дух захопило; кашель, що довго проривався, стис горло обценьками і Колька зайшовся ним нестримно, безпорадно вилупивши оченята.</w:t>
      </w:r>
    </w:p>
    <w:p>
      <w:r>
        <w:br/>
        <w:t>Скупчилась юрба. Бідолашне хлоп'я аж присіло,— оце та ніч, що на пероні... виходить.</w:t>
      </w:r>
    </w:p>
    <w:p>
      <w:r>
        <w:br/>
        <w:t>Оказія пройшла мимо, прогрюкали важкі гармати, десь кричали руське безладне "ура".</w:t>
      </w:r>
    </w:p>
    <w:p>
      <w:r>
        <w:br/>
        <w:t>Біля Кольки юрба меншала,— навіщо він кому такий... вошивий...</w:t>
      </w:r>
    </w:p>
    <w:p>
      <w:r>
        <w:br/>
        <w:t>Аж тут набігли і... пізнали "ворога".</w:t>
      </w:r>
    </w:p>
    <w:p>
      <w:r>
        <w:br/>
        <w:t>— Ага, комуніст, красний, держи-и... Пацан...</w:t>
      </w:r>
    </w:p>
    <w:p>
      <w:r>
        <w:br/>
        <w:t>Колька мусів плигати через калюжі і бігти захекавшись чужими дворами та городами. Ледве не піймали. Та хіба такого доженеш?</w:t>
      </w:r>
    </w:p>
    <w:p>
      <w:r>
        <w:br/>
        <w:t>Десь під тином впав Колька і лежав до вечора.</w:t>
      </w:r>
    </w:p>
    <w:p>
      <w:r>
        <w:br/>
        <w:t>Грім німецької музики приніс з собою "мир", "порядок", "спокій" — всі здобутки цивілізації. Пустили в ход купони, розставили по дворах кухні, обділили хазяїв кавою, сочевицею, улаштували гулянку в саду з своєю музикою.</w:t>
      </w:r>
    </w:p>
    <w:p>
      <w:r>
        <w:br/>
        <w:t>І лише на балконі комендатури поставили кулемет "Кольта", та десь, вечорами, коли в саду в сяйві вогнів скаженів оркестр, а з безвісти долітав темний далекий стогін канонад, росли свіжі могили за містом в бору, туди водили хлопців на страту. Та ще росли стоси німецьких розписок і купонів у селянських запічках... Якою ціною оплатяться вони?</w:t>
      </w:r>
    </w:p>
    <w:p>
      <w:r>
        <w:br/>
        <w:t>* * *</w:t>
      </w:r>
    </w:p>
    <w:p>
      <w:r>
        <w:br/>
        <w:t>Вечером Колька тинявся навколо саду, зазирав у квадратові дірки огради і не насмілювався зайти. Інстинктивне побоювання, якась непевність переслідує його цілий день... у своєму рідному місті. Цілий день він нічого не їв і то ще добре — хоч цілий зостався. Підійшов був до однієї товстої, такої доброї, наче з лялькою на руках:</w:t>
      </w:r>
    </w:p>
    <w:p>
      <w:r>
        <w:br/>
        <w:t>— Тьотю, дайте... їсти...</w:t>
      </w:r>
    </w:p>
    <w:p>
      <w:r>
        <w:br/>
        <w:t>— Ох! ти тут... Ах ти більшовиченя паскудне! Воришка! Григоріє Петровичу. Григорій!..</w:t>
      </w:r>
    </w:p>
    <w:p>
      <w:r>
        <w:br/>
        <w:t>Колька далі не чекав і дав дьору. — Піаніно колись у неї забрали.</w:t>
      </w:r>
    </w:p>
    <w:p>
      <w:r>
        <w:br/>
        <w:t>В животі нудить і ссе, а в саду шаленіє мідь, бубнить спів і регіт. Один ось серед усіх такий сіренький, непотрібний і... ворог. Наче маленький звір, відірвав лице від дірки в мурові, понуро побрів головною вулицею.</w:t>
      </w:r>
    </w:p>
    <w:p>
      <w:r>
        <w:br/>
        <w:t>В однім дворі стояла кухня, смачно пахло супом та смалятиною. Дебелий німець з оголеними до ліктів руками, в білій шапчині роздає великим ополоником суп, другий розливає каву — так побагато, так щедро. Солдати товпились і ґерґотіли, як гуси. Кухар набрав гущі в ополоник і сипнув свині, що порпалась тут же і хрумкала лушпиння. Це надало Миколі сміливости,-—який він добрий. Підійшов Микола і оддалік:</w:t>
      </w:r>
    </w:p>
    <w:p>
      <w:r>
        <w:br/>
        <w:t>— Дадю...</w:t>
      </w:r>
    </w:p>
    <w:p>
      <w:r>
        <w:br/>
        <w:t>Німець не почув, потім зиркнув і оскалив зуби: — Вас?!</w:t>
      </w:r>
    </w:p>
    <w:p>
      <w:r>
        <w:br/>
        <w:t>— Дядю дайте й мені,— ступив ближче і показав на свиню. Дядя зареготав:</w:t>
      </w:r>
    </w:p>
    <w:p>
      <w:r>
        <w:br/>
        <w:t>— Болшевік? Я? — і підходить, здоровенний такий. Гість йому, очевидно, подобався. А хлопцеві аж у п'яти кольнуло,— безпомічно злякано озирнувсь і чкурнув щосили. "Знають, і тут знають... будь ви неладні"...</w:t>
      </w:r>
    </w:p>
    <w:p>
      <w:r>
        <w:br/>
        <w:t>Солдати брались за животи зо сміху.</w:t>
      </w:r>
    </w:p>
    <w:p>
      <w:r>
        <w:br/>
        <w:t>— Гальт! Гальт!</w:t>
      </w:r>
    </w:p>
    <w:p>
      <w:r>
        <w:br/>
        <w:t>Де там, зник, як дим.</w:t>
      </w:r>
    </w:p>
    <w:p>
      <w:r>
        <w:br/>
        <w:t>* * *</w:t>
      </w:r>
    </w:p>
    <w:p>
      <w:r>
        <w:br/>
        <w:t>Тої ж ночі Колька зустрів свою матір, випадково. Стягнувши мотузкою живіт у вузлик, брів через церковну огорожу, шукав місце, де б спочити, щоб зручно і щоб ніхто не прогнав.</w:t>
      </w:r>
    </w:p>
    <w:p>
      <w:r>
        <w:br/>
        <w:t>Коло замкненої важкої церковної брами сидить у сутінках жінка — темна стара, одинока. Тричі підходив Колька і тричі вертався і все тягнуло назад.</w:t>
      </w:r>
    </w:p>
    <w:p>
      <w:r>
        <w:br/>
        <w:t>Коли пригнувся низенько, серце забилось:</w:t>
      </w:r>
    </w:p>
    <w:p>
      <w:r>
        <w:br/>
        <w:t>— Мамо... — тихо так. Жінка кліпнула, мов незрячими очима, ворухнула губами.</w:t>
      </w:r>
    </w:p>
    <w:p>
      <w:r>
        <w:br/>
        <w:t>— Сину?.. Іди ж сюди, дитино моя, іди сюди... Микола бачив материну радість, тож і вона шукала його, аж зраділа, як угляділа.</w:t>
      </w:r>
    </w:p>
    <w:p>
      <w:r>
        <w:br/>
        <w:t>— Деж це ти... як ти? сиротя моє... — Понуро сів рядом. Слова, що так хотів сказати любій матері, застряли клубком, лише вткнувся безсило головою в її лахміття і заплакав. Мовчки гладила мати зсохлою рукою нечісану голову, потім, мацаючи, дістала з торбини кусень хліба і дала синові.</w:t>
      </w:r>
    </w:p>
    <w:p>
      <w:r>
        <w:br/>
        <w:t>Який дорогий гостинець,— Колька кинувся жадібно, відкусював з усієї мочі тугі шматки, вмить розчавлював і ковтав, густо змочені слиною.</w:t>
      </w:r>
    </w:p>
    <w:p>
      <w:r>
        <w:br/>
        <w:t>А мати дивилась кудись убік і хитала болісно та привітно головою...</w:t>
      </w:r>
    </w:p>
    <w:p>
      <w:r>
        <w:br/>
        <w:t>...кудись убік... болісно і привітно.</w:t>
      </w:r>
    </w:p>
    <w:p>
      <w:r>
        <w:br/>
        <w:t>І ось тепер тільки Колька помітив, що мати сліпа. Як же це?.. І не бачить вона його, і не побачить вже більше ніколи. Не побачить вже більше ніколи...</w:t>
      </w:r>
    </w:p>
    <w:p>
      <w:r>
        <w:br/>
        <w:t>Недоїдений хліб випав і з глухим стуком покотився на чавунні плити.</w:t>
      </w:r>
    </w:p>
    <w:p>
      <w:r>
        <w:br/>
        <w:t>Лише опівночі Микола заспокоївсь і марив уві сні. Мати зігнулась низько над сином і думала глуху безкраю думу. Не до сну їй, хіба б заснути на віки...</w:t>
      </w:r>
    </w:p>
    <w:p>
      <w:r>
        <w:br/>
        <w:t>Неспокійно метався син, співав і кликав когось уві сні. В розпаленій хворій голові:—дзвони... — солдати... бойскаути...</w:t>
      </w:r>
    </w:p>
    <w:p>
      <w:r>
        <w:br/>
        <w:t>Ось він з матір'ю дома,— ждуть батька. Там він десь у германців, на якійсь "пазіції",— не пам'ятає батька Микола. Зрідка приходили листи:</w:t>
      </w:r>
    </w:p>
    <w:p>
      <w:r>
        <w:br/>
        <w:t>"... жив, здоров чого і вам желаю..." друковані листи і з малюнками. Потім перестали приходити. Мати була солдаткою і ходила "получать пособіє" і вже рік верталась ні з чим.</w:t>
      </w:r>
    </w:p>
    <w:p>
      <w:r>
        <w:br/>
        <w:t>Сиділи вони в темній, холодній халупі і плакали, як гримнула "революція". Незрозуміле слово, а приємне.</w:t>
      </w:r>
    </w:p>
    <w:p>
      <w:r>
        <w:br/>
        <w:t>Ходили до тюрми випускати в'язнів... демонстрації... маніфестації, з трубами, з "хлаками", з співами незнаними... Мітинги з "ораторами". Цілі дні пропадав десь Микола.</w:t>
      </w:r>
    </w:p>
    <w:p>
      <w:r>
        <w:br/>
        <w:t>...Ось він в "бойскаутах", втесався якось...</w:t>
      </w:r>
    </w:p>
    <w:p>
      <w:r>
        <w:br/>
        <w:t>...Отречемся от старого мі-і-ра.</w:t>
      </w:r>
    </w:p>
    <w:p>
      <w:r>
        <w:br/>
        <w:t>.…………………………………………………………………………………………………………</w:t>
      </w:r>
    </w:p>
    <w:p>
      <w:r>
        <w:br/>
        <w:t>Коли Льонька-попович перекривив пісню і навмисне з "міра" з'їхав на "мило", він — Микола — вибив йому "бубну" і дуже,— за це турнули із скаутів.</w:t>
      </w:r>
    </w:p>
    <w:p>
      <w:r>
        <w:br/>
        <w:t>Далі довжелезні хвости за хлібом, голодуха. Єдиною розвагою були набої, набереш, накидаєш у вогонь разом в картоплею — ех! Потім їх вигнали з квартири. Мати безсила і хвора пішла жебрачити, а він, злий на всіх, втік з міста і повернувся лише взимку в Голубом, при штабі.</w:t>
      </w:r>
    </w:p>
    <w:p>
      <w:r>
        <w:br/>
        <w:t>Веселе почалося життя: товариші, зброя, "діла"... та все потонуло в хаосі німецьких касок і багнетів.</w:t>
      </w:r>
    </w:p>
    <w:p>
      <w:r>
        <w:br/>
        <w:t>Кольку розбудив прощальний зойк паротягу. Схопився. Але то почулось. Рукавом розвіз холодний піт на чолі, глянув на матір і остовпів...</w:t>
      </w:r>
    </w:p>
    <w:p>
      <w:r>
        <w:br/>
        <w:t>Мати спала згорбившись, сидячи... торкнув за руки — спала... а руки, як крига. Мертва!..</w:t>
      </w:r>
    </w:p>
    <w:p>
      <w:r>
        <w:br/>
        <w:t>Як він боїться мерців... Положив хапливо свій кашкет для чогось їй на коліна, підняв недоїдений кавалок хліба і хутко зник.</w:t>
      </w:r>
    </w:p>
    <w:p>
      <w:r>
        <w:br/>
        <w:t>Весняний ранок радісно позолотив гіллясті голі липи, бризнув сріблом на шиби церковні. Бадьора пташка привіталася з ним, пурхнула з цікавістю на плити і поплигала під важку браму.</w:t>
      </w:r>
    </w:p>
    <w:p>
      <w:r>
        <w:br/>
        <w:t>* * *</w:t>
      </w:r>
    </w:p>
    <w:p>
      <w:r>
        <w:br/>
        <w:t>Сонце схилялось надвечір. Над шанцем за містом купи комарів танцювали ліричний танок. Колька сидів на шанцеві і замислено спускав паличкою весінній бурхливий струмочок.</w:t>
      </w:r>
    </w:p>
    <w:p>
      <w:r>
        <w:br/>
        <w:t>Сьогодні він бачив цікаву і жахливу історію — з в'язниці тікало двоє засуджених на страту. Обоє — хлопці з "самоохорони". Завзяті були і... дурні.</w:t>
      </w:r>
    </w:p>
    <w:p>
      <w:r>
        <w:br/>
        <w:t>Своєю малою головою силкувався Микола розібратись в оцій події, дурні, чого вони залишились? Реквізували, брали, ділили, важили ворогів, а потім покидали гвинтівки в річку і лишились. Боягузи!.. А от же не боягузи — з-під варти вирвались біля самої комендатури. Він якраз був там за п’ять кроків, вела їх на допит ціла валка синіх солдатів.</w:t>
      </w:r>
    </w:p>
    <w:p>
      <w:r>
        <w:br/>
        <w:t>Білявий підстрелений біг доти, доки розривною кулею не влучило в голову... а другий, Антін, відняв у німця гвинтівку і, коли б... він би їм дав.</w:t>
      </w:r>
    </w:p>
    <w:p>
      <w:r>
        <w:br/>
        <w:t>Та на його очах і другому стяли голову, а потім старанно і живо склали разом на обозну повозку і повезли. В нестямі Колька опинився аж тут.</w:t>
      </w:r>
    </w:p>
    <w:p>
      <w:r>
        <w:br/>
        <w:t>Сидів, гаряче говорив сам із собою і копирсав паличкою в струмочку. Здригнув:</w:t>
      </w:r>
    </w:p>
    <w:p>
      <w:r>
        <w:br/>
        <w:t>— А що як і його так? — безглузда думка лізла в голову. — А що?.. — і тут же: — ну й що ж, і нехай... А в шлунку, як і вчора, як і позавчора, ссе і болить. Та доки ж це?! Миттю виніс рішучу постанову.</w:t>
      </w:r>
    </w:p>
    <w:p>
      <w:r>
        <w:br/>
        <w:t>— Красти.</w:t>
      </w:r>
    </w:p>
    <w:p>
      <w:r>
        <w:br/>
        <w:t>Логіка проста — всі вороги, всі злі, кожен собі. Скільки ходив... добре, коли так проженуть, а другі й ловлять — "воришка", "комуніст"...</w:t>
      </w:r>
    </w:p>
    <w:p>
      <w:r>
        <w:br/>
        <w:t>— Добре, воришка. Добре — комусь пригрозив. Хай упіймають, ну й нехай...</w:t>
      </w:r>
    </w:p>
    <w:p>
      <w:r>
        <w:br/>
        <w:t>Постанову ухвалено, Колька гнівно записував її паличкою на дні струмка. Потім схопився і рішуче пішов.</w:t>
      </w:r>
    </w:p>
    <w:p>
      <w:r>
        <w:br/>
        <w:t>Сутінь наспіх накрила дірявою пеленою бунтівне місто.</w:t>
      </w:r>
    </w:p>
    <w:p>
      <w:r>
        <w:br/>
        <w:t>Дрімали біля цейхгауза патрулі, дрімали півголі осокорі, скорботно похитуючи маківками на сірі стріхи і лише десь там, в центрі чи над центром, коливались стовпи світла від дугових ліхтарів.</w:t>
      </w:r>
    </w:p>
    <w:p>
      <w:r>
        <w:br/>
        <w:t>Вулиці натомлені тисячами підвод (все везуть і везуть— хліб, м'ясо, коноплі, худобу по цих вибитих коліях на вокзал, а там — у безвість) вулиці, натомлені галасом і спекою, збиті сотнями німецьких копит, дрімали сірі, порожні й німі.</w:t>
      </w:r>
    </w:p>
    <w:p>
      <w:r>
        <w:br/>
        <w:t>Мале хлоп'я без шапки і босе никало по вулицях. Йшло повз двори, спинялось, де розчинені ворота, заглядало і йшло далі. Де розчинені ворота, там кухня, а де кухня, там і їжа такі двори особливо цікаві. В них недбало все порозкидано, так просто — пішов і взяв, адже ж свині дають...</w:t>
      </w:r>
    </w:p>
    <w:p>
      <w:r>
        <w:br/>
        <w:t>Микола проти одних таких воріт рішуче зупинився.</w:t>
      </w:r>
    </w:p>
    <w:p>
      <w:r>
        <w:br/>
        <w:t>Біля ґанку звалені сідла, недбало почеплена на палісаднику зброя... Вартовий сидить спиною сюди і позіхає в захмарене небо. О, яка в нього груба шия, в збрижах. Чомусь пригадав батькову картку, обсижену мухами: сухий, мов тараня, з кокардою... Вмить Кольчин зір прикувала одна дрібниця — всього лише блискучий "маузер" на кухні біля котла... із шнурком і з кобуром... Думки поскакали в іншому напрямкові. Непереможне бажання оволодіти цією цяцькою опанувало всього. Коли б вона йому,— о! він би...</w:t>
      </w:r>
    </w:p>
    <w:p>
      <w:r>
        <w:br/>
        <w:t>Що "він би", про те гаразд не знав, а душа була вже там, у тому кобурі.</w:t>
      </w:r>
    </w:p>
    <w:p>
      <w:r>
        <w:br/>
        <w:t>Довго стояв за ворітьми і стежив у щілину. Ось вартовий встав, зітхнув на всі німецькі груди, полагодив ліхтаря, поставив його зверху і пішов сам до хати. — Ну тепер... і не наважиться — що то буде.</w:t>
      </w:r>
    </w:p>
    <w:p>
      <w:r>
        <w:br/>
        <w:t>Зрештою, замираючи, просунувсь у ворота і ліг ниць. Серце колотиться, ноги потерпли. Посунувся трохи. За хвилю ще трохи.</w:t>
      </w:r>
    </w:p>
    <w:p>
      <w:r>
        <w:br/>
        <w:t>Кілька часу лежав тихо, ловив вухом найменший рух,— аж дзвенить там від напруження. Десь прокричали перші півні. До болю стиснув зуби, щоб не цокотіли. Ліз у тіні— через грязюку, через кізяки. Ще трохи... ось уже біля коліс...</w:t>
      </w:r>
    </w:p>
    <w:p>
      <w:r>
        <w:br/>
        <w:t>Ось...</w:t>
      </w:r>
    </w:p>
    <w:p>
      <w:r>
        <w:br/>
        <w:t>— Гальт... — і цокіт зброї. Колька влип у землю, потім рвонувсь як заєць, і побіг.</w:t>
      </w:r>
    </w:p>
    <w:p>
      <w:r>
        <w:br/>
        <w:t>— Гальт!!! — і в слід один, другий постріл. Зразу впав, далі переметнувся через недопалений паркан і залопотів з вітром у темінь. Позаду шум. Вогке повітря спирає груди. Зразу думав капут, але оглядівся — аж наче цілий. Тільки щемить щось...</w:t>
      </w:r>
    </w:p>
    <w:p>
      <w:r>
        <w:br/>
        <w:t>Біг довго, все далі і далі. Вже за містом. Біля застави хотіли спинить, та Микола не чув і біг, нічого не бачачи, нічого не відчуваючи, окрім терпкого холоду за спиною,— йому постріляли в слід, у простір і стихли.</w:t>
      </w:r>
    </w:p>
    <w:p>
      <w:r>
        <w:br/>
        <w:t>Куля влучила в груди.</w:t>
      </w:r>
    </w:p>
    <w:p>
      <w:r>
        <w:br/>
        <w:t>Вже непритомний дерся через якісь левади, через канави, довго; потім втеряв свідомість, але й упавши, ще плазував по грузькій ріллі.</w:t>
      </w:r>
    </w:p>
    <w:p>
      <w:r>
        <w:br/>
        <w:t>* * *</w:t>
      </w:r>
    </w:p>
    <w:p>
      <w:r>
        <w:br/>
        <w:t>Коли кліпнув віями, сонце кружляло, мов сокіл, і сипало золотим порохом в очі. Ні підвести голову, ні звести рук. Навколо, скільки оком сягнеш, мокра рілля і нікого, тільки вітер гойдає торішній пирій та вгорі заливається жайворонок. Спробував встати, але... оце, мабуть, і смерть та... Глупо як! В голові осою думка — що можна б не так, ліпше...</w:t>
      </w:r>
    </w:p>
    <w:p>
      <w:r>
        <w:br/>
        <w:t>Опівдні підібрав дядько, їдучи з міста.</w:t>
      </w:r>
    </w:p>
    <w:p>
      <w:r>
        <w:br/>
        <w:t>— А Боже, хто тебе, дитино моя, скалічив, знівечив? Бодай же йому...</w:t>
      </w:r>
    </w:p>
    <w:p>
      <w:r>
        <w:br/>
        <w:t>На возі Микола попрохав води. Пахуче сіно лізло з-під рядна в очі, дядько такий білий і добрий, навіть не вірилося. Всю дорогу скаржився, чи до коняки, чи до нього,—</w:t>
      </w:r>
    </w:p>
    <w:p>
      <w:r>
        <w:br/>
        <w:t>— А, нно, булана, бодай не пішла під німців... ідуть і беруть, і беруть... Телицю третячку — єдина була, як ока беріг, ходив — забрали, дали ордер...</w:t>
      </w:r>
    </w:p>
    <w:p>
      <w:r>
        <w:br/>
        <w:t>У вухах шумить: ...Бу, бу, бу... сина забрали десь, нема... та вже, мабуть, і не буде...—Якось безнадійно, сидів дідусь і крутив батогом.</w:t>
      </w:r>
    </w:p>
    <w:p>
      <w:r>
        <w:br/>
        <w:t>Згадалася мати, закрив очі. Трусить і болить у грудях, моторошно.</w:t>
      </w:r>
    </w:p>
    <w:p>
      <w:r>
        <w:br/>
        <w:t>...Бу, бу, о-о-о...</w:t>
      </w:r>
    </w:p>
    <w:p>
      <w:r>
        <w:br/>
        <w:t>— Н-н-о!..</w:t>
      </w:r>
    </w:p>
    <w:p>
      <w:r>
        <w:br/>
        <w:t>Микола танув. Біля нього упадала дідусева невістка — і сорочечку біленьку, і яблучко мочене... Дідусь лише скорбно хитав головою — не виживе. Е, де вже йому нещасному. Жили вони тільки вдвох з невісткою і лише однією надією— чекали: вона чоловіка, він сина. Ні в неї дітей, ні в нього онуків і ось за те ніби полюбили цього... покидька. — Якби воно оклигало, — скаже було невістка і дідусь мовчки погоджується.</w:t>
      </w:r>
    </w:p>
    <w:p>
      <w:r>
        <w:br/>
        <w:t>Микола зразу було помаленьку виходив запашними вечорами і чутко, до болю чутко вслухався в далекий-далекий чи то грім, чи то стогін. Небо таке чисте, чисте, червонясте там над борами. Ворушилась тривога і росла надія. Приходив і сідав біля нього дідусь, запалював саморобну люльку і теж дивився кудись у затягнені димком далі. Єдина думка, єдине бажання росло і заповнювало все.</w:t>
      </w:r>
    </w:p>
    <w:p>
      <w:r>
        <w:br/>
        <w:t>— Діду, а чи скоро вони прийдуть... наші?..</w:t>
      </w:r>
    </w:p>
    <w:p>
      <w:r>
        <w:br/>
        <w:t>— Коли б я вже знав, дитино моя...</w:t>
      </w:r>
    </w:p>
    <w:p>
      <w:r>
        <w:br/>
        <w:t>Але Микола знав, що хлопці прийдуть і скоро прийдуть. Виходив і вдень, подовгу сидів на призьбі та все вдивлявся в далекі хребти синіх борів, жмурився на сонце і чекав. Нікого ніде. Лише ген по шляху смуги хур зі збіжжям ключем тягнуться до міста. На кожній хурі мигтить багнет і каска, а навколо кілька вершників.</w:t>
      </w:r>
    </w:p>
    <w:p>
      <w:r>
        <w:br/>
        <w:t>В дідуся нічого було молоти і він дуже жалкував. Микола бачив злидні і було ой як неловко, в них і без нього хватає клопоту. Хотів втекти, але... як би ж то була снага тая, якби...</w:t>
      </w:r>
    </w:p>
    <w:p>
      <w:r>
        <w:br/>
        <w:t>Вмираючи, все питав: — Дідусю, чи скоро прийдуть хлопці?.. Дідусю...</w:t>
      </w:r>
    </w:p>
    <w:p>
      <w:r>
        <w:br/>
        <w:t>В гарячці кликав матір, хотів іти, потім затих.</w:t>
      </w:r>
    </w:p>
    <w:p>
      <w:r>
        <w:br/>
        <w:t>Так і не дочекався своїх.</w:t>
      </w:r>
    </w:p>
    <w:p>
      <w:r>
        <w:br/>
        <w:t>* * *</w:t>
      </w:r>
    </w:p>
    <w:p>
      <w:r>
        <w:br/>
        <w:t>А в місті йшла швидка евакуація. Говорили, відкликає Вільгельм, говорили — революція і в них.</w:t>
      </w:r>
    </w:p>
    <w:p>
      <w:r>
        <w:br/>
        <w:t>Якось опівдні місто обстріляли з кулеметів. Переляк позаганяв мешканців до погрібників. За годину до міста вступили повстанці — все кіннота, кіннота.</w:t>
      </w:r>
    </w:p>
    <w:p>
      <w:r>
        <w:br/>
        <w:t>* * *</w:t>
      </w:r>
    </w:p>
    <w:p>
      <w:r>
        <w:br/>
        <w:t>Голубів відшукав Миколину жебрачку матір. Жива вона, тільки зсохла і почорніла, мов скелет. Тиха, напівбожевільна вона нічого не знала і говорила різну нісенітницю.</w:t>
      </w:r>
    </w:p>
    <w:p>
      <w:r>
        <w:br/>
        <w:t>...Сина її схопили й зарізали... о, вона знає... болить же в неї серце, болить. Вчора приходив у білій сорочці, босенький, розтав, як дим... і всяке таке. Не йняв божевільній віри, але десь глибоко ворушилось передчуття, робилось так гірко. Марно заспокоював стару — віщує, як сич той. Постояв понуро і пішов.</w:t>
      </w:r>
    </w:p>
    <w:p>
      <w:r>
        <w:br/>
        <w:t>На хрестах під сонцем тривожно впівголоса гомоніли галки.</w:t>
      </w:r>
    </w:p>
    <w:p>
      <w:r>
        <w:br/>
        <w:t>Десь далеко тупо строчив кулемет.</w:t>
      </w:r>
    </w:p>
    <w:p>
      <w:r>
        <w:br/>
        <w:t>Нічим не шкодував, ні за чим не жалів, а тут… шкода.</w:t>
      </w:r>
    </w:p>
    <w:p>
      <w:r>
        <w:br/>
        <w:t>Сідаючи на коня, проговорив чи до нього, чи в повітря, грубо так:</w:t>
      </w:r>
    </w:p>
    <w:p>
      <w:r>
        <w:br/>
        <w:t>— От… і погиб замурзаний… і загубився наш пацан.</w:t>
      </w:r>
    </w:p>
    <w:p>
      <w:r>
        <w:br/>
        <w:t>Опубліковано у журналі "Всесвіт" № 3 за 1928 рік</w:t>
      </w:r>
    </w:p>
    <w:p>
      <w:r>
        <w:br/>
        <w:t>Примітки:</w:t>
      </w:r>
    </w:p>
    <w:p>
      <w:r>
        <w:br/>
        <w:t>Бойскаути (англ..) – слідопити, хлопці; назва дитячої організації, що була заснована в Америці протестантськими педагогами, набула поширення на території Російської імперії на початку XX століття. Була конкурентом соціалістичному дитячому рухові піонерів; заборонена компартією у кінці 1920-х років.</w:t>
      </w:r>
    </w:p>
    <w:p>
      <w:r>
        <w:br/>
        <w:t>Главковерх (рос.) – верховний головнокомандувач.</w:t>
      </w:r>
    </w:p>
    <w:p>
      <w:r>
        <w:br/>
        <w:t>Хлаки (рос.) – перекручене "флаги" – прапори.</w:t>
      </w:r>
    </w:p>
    <w:p>
      <w:r>
        <w:br/>
        <w:t>Цейхгауз (нім.) – військовий склад для зброї.</w:t>
      </w:r>
    </w:p>
    <w:p>
      <w:r>
        <w:br/>
        <w:t>Шанець – тут: редут.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Пацан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