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Переможець</w:t>
      </w:r>
    </w:p>
    <w:p>
      <w:r>
        <w:br/>
        <w:t xml:space="preserve"> &lt;p&gt;— То що, згоден? До сторожки й назад. Кілометра три буде, не менше.</w:t>
      </w:r>
    </w:p>
    <w:p>
      <w:r>
        <w:br/>
        <w:t>— Ну, чого присікалась? Все одно програєш.</w:t>
      </w:r>
    </w:p>
    <w:p>
      <w:r>
        <w:br/>
        <w:t>— То чого ж ти не хочеш, якщо я програю?</w:t>
      </w:r>
    </w:p>
    <w:p>
      <w:r>
        <w:br/>
        <w:t>— Та час лише марнувать… І тебе, дурну шкода.</w:t>
      </w:r>
    </w:p>
    <w:p>
      <w:r>
        <w:br/>
        <w:t>— Шкода?! Та ти просто боїшся. Що я тебе пережену, боїшся. Так і скажи! — це говорила Людка Беспалова — губи тонкі, ниточкою, очі гострі, мов колючки, — одчайдушне дівчисько.</w:t>
      </w:r>
    </w:p>
    <w:p>
      <w:r>
        <w:br/>
        <w:t>Митько поглядав на неї зверхньо, поблажливо: чого, мовляв, причепилася до людини, дурепо! Жартуєш, чи що, серед хлопців селища Митько — ватаг. Найсильніший, найспритніший, найсміливіший. Всі його бояться. А тут дівча якесь, телятина стрижена. Пхи!..</w:t>
      </w:r>
    </w:p>
    <w:p>
      <w:r>
        <w:br/>
        <w:t>Все це у Митька на лиці. Вираз. Але на душі в Митька немає цього. На душі — неспокій. Надто вже моторна ця Людка. І заклята — жах! А що як і справді пережене? Скандал! Ганьба на всю Європу… Хоч тікай із селища.</w:t>
      </w:r>
    </w:p>
    <w:p>
      <w:r>
        <w:br/>
        <w:t>— Забоявся! Забоявся! — хихикнули дівчатка, що скупчилися навколо Людки.</w:t>
      </w:r>
    </w:p>
    <w:p>
      <w:r>
        <w:br/>
        <w:t>— Теж іще Митько! От так герой!</w:t>
      </w:r>
    </w:p>
    <w:p>
      <w:r>
        <w:br/>
        <w:t>Хлопці похмуро поглядають на Митька — що ж це таке? Чому він дозволяє такі непотребні слова дівчиськам говорити?</w:t>
      </w:r>
    </w:p>
    <w:p>
      <w:r>
        <w:br/>
        <w:t>Митько злісно примружив очі:</w:t>
      </w:r>
    </w:p>
    <w:p>
      <w:r>
        <w:br/>
        <w:t>— Ш-ша! Ну, стривай, Людко, будеш ти плакати! Хто програє — десять щиглів по лобі. Хочеш — тоді давай. А то що мені на дурняка три кілометри ганяти… побачивши, як нерішуче підібгала Людка губи, зухвало реготнув. Це була остання надія. Думав — злякається Людка, відчепиться. Адже всі знають, які щиглі дає Митько — іскри з очей сиплються.</w:t>
      </w:r>
    </w:p>
    <w:p>
      <w:r>
        <w:br/>
        <w:t>Але вона раптом струснула головою, презирливо кинула:</w:t>
      </w:r>
    </w:p>
    <w:p>
      <w:r>
        <w:br/>
        <w:t>— Гаразд! Раз ти… такий!</w:t>
      </w:r>
    </w:p>
    <w:p>
      <w:r>
        <w:br/>
        <w:t>Тепер уже нічого не вдієш. Митько рішуче сплюнув на сніг:</w:t>
      </w:r>
    </w:p>
    <w:p>
      <w:r>
        <w:br/>
        <w:t>— Тільки цур: щоб там не було — змагань не припиняти. Впадеш, лижі поламаєш — все одно. — І додав: — За олімпійською системою!</w:t>
      </w:r>
    </w:p>
    <w:p>
      <w:r>
        <w:br/>
        <w:t>Хоча, чесно кажучи, що таке "олімпійська система", Митько не знав. Чув по радіо, але толком не втямив.</w:t>
      </w:r>
    </w:p>
    <w:p>
      <w:r>
        <w:br/>
        <w:t>Людка кивнула, погоджуючись.</w:t>
      </w:r>
    </w:p>
    <w:p>
      <w:r>
        <w:br/>
        <w:t>Розмова відбувалася біля лісу, що починався отут, на горі, й тягнувся на багато кілометрів. Внизу, під горою, чорніли будиночки заводського селища, а за ним громадився завод — немов дивовижний криголам, що заблукав у цій сніговій долині — курив двома трубами, але не міг зрушити з місця.</w:t>
      </w:r>
    </w:p>
    <w:p>
      <w:r>
        <w:br/>
        <w:t>Гора — улюблена місцина селищної дітлашні. Особливо взимку. Кататися на лижах тут і на санчатах — просто насолода. А на свята й дорослі приходять. Тоді на горі — як у цирку. Зо сміху луснути можна.</w:t>
      </w:r>
    </w:p>
    <w:p>
      <w:r>
        <w:br/>
        <w:t>Катаються зазвичай із гори в бік селища, в долину. А коли влаштовують фізкультурні змагання — то в лісі. Ліс починається на вершині гори й, буро-зеленими хвилями перекочуючись через безкінечні замети, розливається до небокраю. Непролазні хащі перемежаються з галявами, перелісками, глибокими яругами. Одним словом — "пересічена місцевість". Саме годяща для лижних змагань.</w:t>
      </w:r>
    </w:p>
    <w:p>
      <w:r>
        <w:br/>
        <w:t>Домовились так: стартують звідси, з узлісся. Біля сторожки поворот — і назад. Але не сюди — щоб угору не дертися, а до містка через ручай, отам унизу. І, будь ласка, не хитрувати, ближче сторожки не повертати, бо… Та що це за дурні розмови — кому треба обманювати.</w:t>
      </w:r>
    </w:p>
    <w:p>
      <w:r>
        <w:br/>
        <w:t>Ну все, годі базікати!</w:t>
      </w:r>
    </w:p>
    <w:p>
      <w:r>
        <w:br/>
        <w:t>На старт! Увага!</w:t>
      </w:r>
    </w:p>
    <w:p>
      <w:r>
        <w:br/>
        <w:t>Митько й Людка пригнулись, вперлися палицями в сніг. Напружилися. Марш! Разом сіпнулися, відштовхнулися палицями і — помчали. Тільки знялась, завихрилася снігова курява.</w:t>
      </w:r>
    </w:p>
    <w:p>
      <w:r>
        <w:br/>
        <w:t>Спершу схил, пологий і довгий, метрів п'ятсот.</w:t>
      </w:r>
    </w:p>
    <w:p>
      <w:r>
        <w:br/>
        <w:t>Миготять перед очима дерева, свище у вухах вітер, збільшується швидкість.</w:t>
      </w:r>
    </w:p>
    <w:p>
      <w:r>
        <w:br/>
        <w:t>Мчать прямо — дерева тут ростуть рідко, лавірувати ще нетреба.</w:t>
      </w:r>
    </w:p>
    <w:p>
      <w:r>
        <w:br/>
        <w:t>Мчать поряд, навіть не намагаючись обігнати одне одного — треба берегти сили, найважче попереду.</w:t>
      </w:r>
    </w:p>
    <w:p>
      <w:r>
        <w:br/>
        <w:t>"Ех, чорт! Гарні у Людки лижі, клеєні, гоночні. Не те що в мене — колоди якісь", — з тривогою думає Митько.</w:t>
      </w:r>
    </w:p>
    <w:p>
      <w:r>
        <w:br/>
        <w:t>"Ловко все-таки Митько на лижах їздить. Невже нічого не вийде?" — з тривогою думає Людка.</w:t>
      </w:r>
    </w:p>
    <w:p>
      <w:r>
        <w:br/>
        <w:t>Егей, не задумуйтесь, друзі!</w:t>
      </w:r>
    </w:p>
    <w:p>
      <w:r>
        <w:br/>
        <w:t>Обережно! Увага! Поворот.</w:t>
      </w:r>
    </w:p>
    <w:p>
      <w:r>
        <w:br/>
        <w:t>Пригальмувати слід, а то ще з льоту — просто в яр: кісток не збереш. У-у-ух.</w:t>
      </w:r>
    </w:p>
    <w:p>
      <w:r>
        <w:br/>
        <w:t>Все гаразд!</w:t>
      </w:r>
    </w:p>
    <w:p>
      <w:r>
        <w:br/>
        <w:t>Тепер по рівному по інерції мчать.</w:t>
      </w:r>
    </w:p>
    <w:p>
      <w:r>
        <w:br/>
        <w:t>Р-раз! Р-раз! — петляють між дерев. Ну, тепер натискай на палиці. Працювати треба.</w:t>
      </w:r>
    </w:p>
    <w:p>
      <w:r>
        <w:br/>
        <w:t>Миготять перед очима дерева, свище у вухах вітер.</w:t>
      </w:r>
    </w:p>
    <w:p>
      <w:r>
        <w:br/>
        <w:t>А де ж Митько?</w:t>
      </w:r>
    </w:p>
    <w:p>
      <w:r>
        <w:br/>
        <w:t>Нема Митька! Хо-хо! Одстав Митько.</w:t>
      </w:r>
    </w:p>
    <w:p>
      <w:r>
        <w:br/>
        <w:t>Ну, нажми, нажми ще, Людко. Ти попереду!</w:t>
      </w:r>
    </w:p>
    <w:p>
      <w:r>
        <w:br/>
        <w:t>Ех, яке це почуття чудове, коли ти попереду! І нема нікого перед тобою, і ти мчиш уперед, і лише попутний вітер обганяє тебе. І-ех! Р-раз! І-ех! Два!</w:t>
      </w:r>
    </w:p>
    <w:p>
      <w:r>
        <w:br/>
        <w:t>Вперед! Вперед!</w:t>
      </w:r>
    </w:p>
    <w:p>
      <w:r>
        <w:br/>
        <w:t>Митенько, дорогий, Митенько, золотий, як добре, що ти відстав. Спасибі тобі, що ти відстав. Хоча ти сам, звісно, не хотів. Але якби ти знав, як треба Людці обігнати тебе сьогодні! Понад усе на світі треба!</w:t>
      </w:r>
    </w:p>
    <w:p>
      <w:r>
        <w:br/>
        <w:t>Життя ж од вас, хлопчаків, нема в селищі дівчаткам! Тільки й знаєте, що насміхатися, глузувати та прикрості всякі робити. Слова од вас доброго не почуєш, задаваки нещасні.</w:t>
      </w:r>
    </w:p>
    <w:p>
      <w:r>
        <w:br/>
        <w:t>А коли що-небудь цікаве придумаєте, то тільки для себе. Дівчат на гарматний постріл не підпускаєте. Скільки це може тривати! Треба вам носа втерти, обов'язково треба. Миготять перед очима дерева, свище у вухах вітер.</w:t>
      </w:r>
    </w:p>
    <w:p>
      <w:r>
        <w:br/>
        <w:t>Цілий місяць готувалася Людка до цього дня. Тата упросила лижі їй купити такі, яких ні в кого в селищі немає. Зі старшим братом тренувалася потай від усіх. По-справжньому. Він же другий спортивний розряд має.</w:t>
      </w:r>
    </w:p>
    <w:p>
      <w:r>
        <w:br/>
        <w:t>Тільки б перегнати, тільки б прийти першою.</w:t>
      </w:r>
    </w:p>
    <w:p>
      <w:r>
        <w:br/>
        <w:t>Митенько, ну відстань, ну будь ласка, відстань іще трошки.</w:t>
      </w:r>
    </w:p>
    <w:p>
      <w:r>
        <w:br/>
        <w:t>Дуже пересохло, дере в горлі, коле в боці — захекалася Людка. Серце б'ється, як скажене.</w:t>
      </w:r>
    </w:p>
    <w:p>
      <w:r>
        <w:br/>
        <w:t>О! Ось і сторожка, треба повертати назад.</w:t>
      </w:r>
    </w:p>
    <w:p>
      <w:r>
        <w:br/>
        <w:t>Та не встигла Людка двадцяти кроків одійти від сторожки, як лицем у лице зіткнулася з Митьком.</w:t>
      </w:r>
    </w:p>
    <w:p>
      <w:r>
        <w:br/>
        <w:t>Широким розміреним кроком плавно ковзав він по прокладеній нею лижні. Глянула Людка — й ойкнуло в неї серце. Збагнула вона раптом підступність Митьчину. Зрозуміла — спеціально він її вперед пропустив, щоб лижню прокладала. Адже по проложеній лижні куди легше йти. І Митько береже сили. А потім вирветься вперед і прийде першим. Диви ти, як рівно дише. Ах, хитрюга!</w:t>
      </w:r>
    </w:p>
    <w:p>
      <w:r>
        <w:br/>
        <w:t>Лють охопила Людку. Ні, ні, не буде цього! Хай лусне в неї серце, хай віднімуться ноги — та не дозволить вона, щоб він її перегнав. Нізащо!</w:t>
      </w:r>
    </w:p>
    <w:p>
      <w:r>
        <w:br/>
        <w:t>Людка оскаженіло натискує на палиці; задубілі, налиті свинцем ноги, здається, рухаються самі по собі, механічно, незалежно від її бажання.</w:t>
      </w:r>
    </w:p>
    <w:p>
      <w:r>
        <w:br/>
        <w:t>Людка задихається. Їй здається, що повітря вже не проходить в легені, й серце от-от зупиниться. Потемніло в очах.</w:t>
      </w:r>
    </w:p>
    <w:p>
      <w:r>
        <w:br/>
        <w:t>І раптом — ніби в грудях одкрився якийсь клапан: стало легше дихати, серце вже не розривається, додалося сил.</w:t>
      </w:r>
    </w:p>
    <w:p>
      <w:r>
        <w:br/>
        <w:t>"Друге дихання, — майнула думка, — Авжеж — друге дихання". Брат говорив їй про це. Так буває у спортсменів: коли, здається, вже нема сил, видихався, і раптом одкривається "друге дихання" і можна змагатися далі.</w:t>
      </w:r>
    </w:p>
    <w:p>
      <w:r>
        <w:br/>
        <w:t>Біла снігова твердь перехилилася і почала сама вислизати з-під ніг — схил, гора. Можна хвилину перепочити, ковзаючи вниз.</w:t>
      </w:r>
    </w:p>
    <w:p>
      <w:r>
        <w:br/>
        <w:t>Як тремтять і підломлюються ноги! Тільки б не впасти!</w:t>
      </w:r>
    </w:p>
    <w:p>
      <w:r>
        <w:br/>
        <w:t>Ху! Благополучно. Ну, тепер уперед. Лишилось не так уже й багато.</w:t>
      </w:r>
    </w:p>
    <w:p>
      <w:r>
        <w:br/>
        <w:t>Вона обернулася.</w:t>
      </w:r>
    </w:p>
    <w:p>
      <w:r>
        <w:br/>
        <w:t>І в горлі підскочив і захлинувся радісний сміх. Метрів сто від неї судорожно борсався в снігу, підводячись, Митько.</w:t>
      </w:r>
    </w:p>
    <w:p>
      <w:r>
        <w:br/>
        <w:t>Їй стало шкода його.</w:t>
      </w:r>
    </w:p>
    <w:p>
      <w:r>
        <w:br/>
        <w:t>Вона вже була впевнена в своїй перемозі. Тепер йому годі й думати обігнати її. І незважаючи на втому, їй закортіло співати, кричати від радості.</w:t>
      </w:r>
    </w:p>
    <w:p>
      <w:r>
        <w:br/>
        <w:t>Невеличкий підйом і знову схил, порослий густим сосняком.</w:t>
      </w:r>
    </w:p>
    <w:p>
      <w:r>
        <w:br/>
        <w:t>Треба бути дуже уважною, пильнувати, щоб, бува, не зачепитися за якусь кудлату соснову гілляку, обвислу під снігом.</w:t>
      </w:r>
    </w:p>
    <w:p>
      <w:r>
        <w:br/>
        <w:t>Раптом напереріз Людці з сосни на сосну майнуло щось руде, і з гілок посипалися важкі лапаті сніжинки.</w:t>
      </w:r>
    </w:p>
    <w:p>
      <w:r>
        <w:br/>
        <w:t>Білка.</w:t>
      </w:r>
    </w:p>
    <w:p>
      <w:r>
        <w:br/>
        <w:t>Від несподіванки Людка різко загальмувала. І саме вчасно. Лижі, немов у петлю, попали під товстий сосновий корінь, що стовбурчився над землею, але, присипаний снігом, не був видний.</w:t>
      </w:r>
    </w:p>
    <w:p>
      <w:r>
        <w:br/>
        <w:t>Ще секунда — і Людка полетіла б сторчака. Може, й ноги поламала б. Адже, кріплення в неї жорсткі — міцно черевики до лиж припасовують — легше лижу зламати, ніж одірвати.</w:t>
      </w:r>
    </w:p>
    <w:p>
      <w:r>
        <w:br/>
        <w:t>Та й схил досить крутий, швидкість чимала. Не загальмувала б Людка — була б біда.</w:t>
      </w:r>
    </w:p>
    <w:p>
      <w:r>
        <w:br/>
        <w:t>Людка позадкувала. Нервово висмикує лижі з-під коріння. Квапиться.</w:t>
      </w:r>
    </w:p>
    <w:p>
      <w:r>
        <w:br/>
        <w:t>І раптом — блискавицею промайнуло: Митько! Адже він слідом їде. По її лижні. І гарячкує, так мчить, що нічого перед собою не бачить, тільки й думає, щоб наздогнати. Не помітить він кореня, аж ніяк не помітить. Та той іще так хитро під снігом сховався. І не можна ж баритися ні секунди!</w:t>
      </w:r>
    </w:p>
    <w:p>
      <w:r>
        <w:br/>
        <w:t>Ще якусь мить Людка стоїть, вагаючись.</w:t>
      </w:r>
    </w:p>
    <w:p>
      <w:r>
        <w:br/>
        <w:t>Потім раптом з усього розмаху встромляє лижну палицю в сніг біля самісінького кореня — глибоко, так, щоб не впала. І, відштовхуючись тепер уже тільки однією палицею, кидається вперед. Вона зразу відчуває — наскільки стало важче. Ліва рука — ніби зайва, непотрібна. Даремно тільки теліпається.</w:t>
      </w:r>
    </w:p>
    <w:p>
      <w:r>
        <w:br/>
        <w:t>Ліс поступово рідшає, ще трохи — і він кінчиться. А там, на узліссі, місток через ручай, там давно з нетерпінням чекають друзі, там — перемога!</w:t>
      </w:r>
    </w:p>
    <w:p>
      <w:r>
        <w:br/>
        <w:t>А втім, Людка чомусь не відчуває зараз радості близької перемоги.</w:t>
      </w:r>
    </w:p>
    <w:p>
      <w:r>
        <w:br/>
        <w:t>Вона щохвилини оглядається і весь час прислухається. Але дерева, що мелькають перед очима, заважають хоч щось побачити, а свист вітру не дає нічого почути.</w:t>
      </w:r>
    </w:p>
    <w:p>
      <w:r>
        <w:br/>
        <w:t>Що там з Митьком? Де він? Чому не видно його? А може.</w:t>
      </w:r>
    </w:p>
    <w:p>
      <w:r>
        <w:br/>
        <w:t>Вона побачила його зовсім несподівано, коли він був уже поряд із нею. Обходив зліва. І, обганяючи її, Митько наче естафету простягнув їй лижну палицю. Це була її, Людчина, палиця. Третя в Митьчиних руках.</w:t>
      </w:r>
    </w:p>
    <w:p>
      <w:r>
        <w:br/>
        <w:t>Людка полегшено зітхнула. І чомусь зовсім байдуже поставилась до того, що Митько її випереджає. Лише відчула раптом смертельну втому. І зрозуміла, що ні доганяти, ні переганяти Митька вже не в силі.</w:t>
      </w:r>
    </w:p>
    <w:p>
      <w:r>
        <w:br/>
        <w:t>— Ур-ря! Ур-ря! Митько — переможець! Молодець, Митько! Ур-ря! — горлали хлопці, оточивши Митька, що ледве тримався на ногах.</w:t>
      </w:r>
    </w:p>
    <w:p>
      <w:r>
        <w:br/>
        <w:t>Дівчатка стояли осторонь, тісною групкою, — принишклі, розстроєні, похмурі.</w:t>
      </w:r>
    </w:p>
    <w:p>
      <w:r>
        <w:br/>
        <w:t>Мовчки зустріли вони Людку.</w:t>
      </w:r>
    </w:p>
    <w:p>
      <w:r>
        <w:br/>
        <w:t>Людці було байдуже.</w:t>
      </w:r>
    </w:p>
    <w:p>
      <w:r>
        <w:br/>
        <w:t>Лише одна думка стукотіла у голові: "Невже він битиме оці свої десять щиглів?.."</w:t>
      </w:r>
    </w:p>
    <w:p>
      <w:r>
        <w:br/>
        <w:t>І не було ні страху перед болем, ні приниження, а тільки розгубленість та зчудування.</w:t>
      </w:r>
    </w:p>
    <w:p>
      <w:r>
        <w:br/>
        <w:t>Проте Митько нічого не сказав, не глянув у її бік. І навіть не став хвалитися своєю перемогою. А заквапився додому.</w:t>
      </w:r>
    </w:p>
    <w:p>
      <w:r>
        <w:br/>
        <w:t>Був обідній час.</w:t>
      </w:r>
    </w:p>
    <w:p>
      <w:r>
        <w:br/>
        <w:t>Усі почали розходитися.</w:t>
      </w:r>
    </w:p>
    <w:p>
      <w:r>
        <w:br/>
        <w:t>А по обіді, вийшовши у двір, Людка побачила Митька, який чомусь тинявся біля її дому. Він, видно, давно вже виглядав на неї. Побачивши Людку, Митько одразу підійшов до неї. Був він явно "не в своїй тарілці". Мабуть, так незвичайно і незвично для нього було те, що збирався він їй сказати.</w:t>
      </w:r>
    </w:p>
    <w:p>
      <w:r>
        <w:br/>
        <w:t>— Слухай… знаєш… — він зиркнув на неї спідлоба й почервонів. — Ми з хлопцями снігову фортецю хочемо збудувати на горі… Нам люди потрібні. Ти зі своїми дівчатками не могла б… Якщо хочете, звісно… А то ми й самі, звичайно, впораємось. Га?</w:t>
      </w:r>
    </w:p>
    <w:p>
      <w:r>
        <w:br/>
        <w:t>Людка дивилась на нього розгублено і мовчала. Вона не могла ще знайти слів, щоб відповісти.</w:t>
      </w:r>
    </w:p>
    <w:p>
      <w:r>
        <w:br/>
        <w:t>Але вона раптом зрозуміла одне: так, Митько, певна річ, переможець — тут уже нічого не вдієш, — але переможеного в цьому змаганні не було.</w:t>
      </w:r>
    </w:p>
    <w:p>
      <w:r>
        <w:br/>
        <w:t>1960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Переможець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