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Пісні (збірка)</w:t>
      </w:r>
    </w:p>
    <w:p>
      <w:r>
        <w:br/>
        <w:t xml:space="preserve"> &lt;p&gt;ПІСНІ</w:t>
      </w:r>
    </w:p>
    <w:p>
      <w:r>
        <w:br/>
        <w:t>ОЙ НАД ДНІПРОМ, НАД ДНІПРОМ</w:t>
      </w:r>
    </w:p>
    <w:p>
      <w:r>
        <w:br/>
        <w:t>(На мелодію "Ой при лужку, при лужку")</w:t>
      </w:r>
    </w:p>
    <w:p>
      <w:r>
        <w:br/>
        <w:t>Ой над Дніпром, над Дніпром</w:t>
      </w:r>
    </w:p>
    <w:p>
      <w:r>
        <w:br/>
        <w:t>Встала чорна хмара,</w:t>
      </w:r>
    </w:p>
    <w:p>
      <w:r>
        <w:br/>
        <w:t>Де зростали ми разом,</w:t>
      </w:r>
    </w:p>
    <w:p>
      <w:r>
        <w:br/>
        <w:t>Як голубів пара...</w:t>
      </w:r>
    </w:p>
    <w:p>
      <w:r>
        <w:br/>
        <w:t>Стала хмара громова</w:t>
      </w:r>
    </w:p>
    <w:p>
      <w:r>
        <w:br/>
        <w:t>Та й нас розлучила...</w:t>
      </w:r>
    </w:p>
    <w:p>
      <w:r>
        <w:br/>
        <w:t>Милий б'ється з ворогами,</w:t>
      </w:r>
    </w:p>
    <w:p>
      <w:r>
        <w:br/>
        <w:t>У неволі мила.</w:t>
      </w:r>
    </w:p>
    <w:p>
      <w:r>
        <w:br/>
        <w:t>Ой над Дніпром, над Дніпром</w:t>
      </w:r>
    </w:p>
    <w:p>
      <w:r>
        <w:br/>
        <w:t>Чорний ворон кряче.</w:t>
      </w:r>
    </w:p>
    <w:p>
      <w:r>
        <w:br/>
        <w:t>Тужить мила на зорі,</w:t>
      </w:r>
    </w:p>
    <w:p>
      <w:r>
        <w:br/>
        <w:t>За соколом плаче.</w:t>
      </w:r>
    </w:p>
    <w:p>
      <w:r>
        <w:br/>
        <w:t>Не плач, мила, не тужи</w:t>
      </w:r>
    </w:p>
    <w:p>
      <w:r>
        <w:br/>
        <w:t>І не сходь сльозами;</w:t>
      </w:r>
    </w:p>
    <w:p>
      <w:r>
        <w:br/>
        <w:t>Чорні очі бережи,—</w:t>
      </w:r>
    </w:p>
    <w:p>
      <w:r>
        <w:br/>
        <w:t>Жди мене з стрільцями.</w:t>
      </w:r>
    </w:p>
    <w:p>
      <w:r>
        <w:br/>
        <w:t>Над землею грім гримить,</w:t>
      </w:r>
    </w:p>
    <w:p>
      <w:r>
        <w:br/>
        <w:t>Чорний порох в'ється.</w:t>
      </w:r>
    </w:p>
    <w:p>
      <w:r>
        <w:br/>
        <w:t>Ой, там милий кожну мить</w:t>
      </w:r>
    </w:p>
    <w:p>
      <w:r>
        <w:br/>
        <w:t>З ворогами б'ється.</w:t>
      </w:r>
    </w:p>
    <w:p>
      <w:r>
        <w:br/>
        <w:t>Б'ється, гей, з чекістами,</w:t>
      </w:r>
    </w:p>
    <w:p>
      <w:r>
        <w:br/>
        <w:t>Б'ється з німаками,</w:t>
      </w:r>
    </w:p>
    <w:p>
      <w:r>
        <w:br/>
        <w:t>З превражими ляхами</w:t>
      </w:r>
    </w:p>
    <w:p>
      <w:r>
        <w:br/>
        <w:t>Ще й з більшовиками.</w:t>
      </w:r>
    </w:p>
    <w:p>
      <w:r>
        <w:br/>
        <w:t>Ой коню мій вороний,</w:t>
      </w:r>
    </w:p>
    <w:p>
      <w:r>
        <w:br/>
        <w:t>Не спіткайсь з розгону,</w:t>
      </w:r>
    </w:p>
    <w:p>
      <w:r>
        <w:br/>
        <w:t>Напою тебе з Дніпра</w:t>
      </w:r>
    </w:p>
    <w:p>
      <w:r>
        <w:br/>
        <w:t>Ще й з синього Дону.</w:t>
      </w:r>
    </w:p>
    <w:p>
      <w:r>
        <w:br/>
        <w:t>Лети, лети від Карпат</w:t>
      </w:r>
    </w:p>
    <w:p>
      <w:r>
        <w:br/>
        <w:t>До Дніпра й до Дону,</w:t>
      </w:r>
    </w:p>
    <w:p>
      <w:r>
        <w:br/>
        <w:t>Будеш милу виручать</w:t>
      </w:r>
    </w:p>
    <w:p>
      <w:r>
        <w:br/>
        <w:t>З лютого полону.</w:t>
      </w:r>
    </w:p>
    <w:p>
      <w:r>
        <w:br/>
        <w:t>Стукнем-грюкнем об поріг,</w:t>
      </w:r>
    </w:p>
    <w:p>
      <w:r>
        <w:br/>
        <w:t>Де вона ступала:</w:t>
      </w:r>
    </w:p>
    <w:p>
      <w:r>
        <w:br/>
        <w:t>Здрастуй, здрастуй, серце моє,</w:t>
      </w:r>
    </w:p>
    <w:p>
      <w:r>
        <w:br/>
        <w:t>Чи ти ж мене ждала?</w:t>
      </w:r>
    </w:p>
    <w:p>
      <w:r>
        <w:br/>
        <w:t>Ой, ждала я, ждала,</w:t>
      </w:r>
    </w:p>
    <w:p>
      <w:r>
        <w:br/>
        <w:t>Бо вірно любила...</w:t>
      </w:r>
    </w:p>
    <w:p>
      <w:r>
        <w:br/>
        <w:t>І до сокола свого</w:t>
      </w:r>
    </w:p>
    <w:p>
      <w:r>
        <w:br/>
        <w:t>Пригорнеться мила.</w:t>
      </w:r>
    </w:p>
    <w:p>
      <w:r>
        <w:br/>
        <w:t>Ой над Дніпром, над Дніпром</w:t>
      </w:r>
    </w:p>
    <w:p>
      <w:r>
        <w:br/>
        <w:t>Щезне чорна хмара.</w:t>
      </w:r>
    </w:p>
    <w:p>
      <w:r>
        <w:br/>
        <w:t>Будем знову ми разом</w:t>
      </w:r>
    </w:p>
    <w:p>
      <w:r>
        <w:br/>
        <w:t>Як голубів пара.</w:t>
      </w:r>
    </w:p>
    <w:p>
      <w:r>
        <w:br/>
        <w:t>"ВСТАВАЙ, НАРОДЕ..."</w:t>
      </w:r>
    </w:p>
    <w:p>
      <w:r>
        <w:br/>
        <w:t>(Марш трудового народу)</w:t>
      </w:r>
    </w:p>
    <w:p>
      <w:r>
        <w:br/>
        <w:t>Вставай, вставай, Народе, з руїн вставай.</w:t>
      </w:r>
    </w:p>
    <w:p>
      <w:r>
        <w:br/>
        <w:t>Вставай, вставай, Народе, з руїн,— вставай з руїн і пожарищ.</w:t>
      </w:r>
    </w:p>
    <w:p>
      <w:r>
        <w:br/>
        <w:t>За кров дітей і за свій розіп'ятий Край</w:t>
      </w:r>
    </w:p>
    <w:p>
      <w:r>
        <w:br/>
        <w:t>Вставай! Вставай! Вставай!</w:t>
      </w:r>
    </w:p>
    <w:p>
      <w:r>
        <w:br/>
        <w:t>З глибоких шахт, з в'язниць і галер в морях,</w:t>
      </w:r>
    </w:p>
    <w:p>
      <w:r>
        <w:br/>
        <w:t>Сини звитяг, Ми ідем в громах, ідем до судного бою.—</w:t>
      </w:r>
    </w:p>
    <w:p>
      <w:r>
        <w:br/>
        <w:t>Ми діти Правди й бійці найстрашніших гроз —</w:t>
      </w:r>
    </w:p>
    <w:p>
      <w:r>
        <w:br/>
        <w:t>Селянин. І шахтар. І матрос.</w:t>
      </w:r>
    </w:p>
    <w:p>
      <w:r>
        <w:br/>
        <w:t>Громи гримлять, в загравах дрижить земля.</w:t>
      </w:r>
    </w:p>
    <w:p>
      <w:r>
        <w:br/>
        <w:t>Громи гримлять. Вітчизна зове,— зове до помсти і кари.</w:t>
      </w:r>
    </w:p>
    <w:p>
      <w:r>
        <w:br/>
        <w:t>З тобою нас не щадив меч ворожих зграй.</w:t>
      </w:r>
    </w:p>
    <w:p>
      <w:r>
        <w:br/>
        <w:t>Суди ж! Карай! Карай!</w:t>
      </w:r>
    </w:p>
    <w:p>
      <w:r>
        <w:br/>
        <w:t>З глибоких шахт, з понурих підземель —</w:t>
      </w:r>
    </w:p>
    <w:p>
      <w:r>
        <w:br/>
        <w:t>З підземель.—</w:t>
      </w:r>
    </w:p>
    <w:p>
      <w:r>
        <w:br/>
        <w:t>З степів і шахт Ми, як грізний господар земель —</w:t>
      </w:r>
    </w:p>
    <w:p>
      <w:r>
        <w:br/>
        <w:t>Своїх земель.—</w:t>
      </w:r>
    </w:p>
    <w:p>
      <w:r>
        <w:br/>
        <w:t>Ідем до бою за щастя і труд.— 3 вогнем. З мечем.</w:t>
      </w:r>
    </w:p>
    <w:p>
      <w:r>
        <w:br/>
        <w:t>Вперед! Катам</w:t>
      </w:r>
    </w:p>
    <w:p>
      <w:r>
        <w:br/>
        <w:t>надходить Страшний Суд.</w:t>
      </w:r>
    </w:p>
    <w:p>
      <w:r>
        <w:br/>
        <w:t>Ні смерть, ні жах, ніщо не спинить нас,</w:t>
      </w:r>
    </w:p>
    <w:p>
      <w:r>
        <w:br/>
        <w:t>Не спинить нас.</w:t>
      </w:r>
    </w:p>
    <w:p>
      <w:r>
        <w:br/>
        <w:t>Нас легіони пройшли через муки з плачем —</w:t>
      </w:r>
    </w:p>
    <w:p>
      <w:r>
        <w:br/>
        <w:t>Встають з мечем.—</w:t>
      </w:r>
    </w:p>
    <w:p>
      <w:r>
        <w:br/>
        <w:t>Від Бухари і холодних морів.—</w:t>
      </w:r>
    </w:p>
    <w:p>
      <w:r>
        <w:br/>
        <w:t>К плечу плечем.—</w:t>
      </w:r>
    </w:p>
    <w:p>
      <w:r>
        <w:br/>
        <w:t>Шагай! Шагай! Ставай за рідний край!</w:t>
      </w:r>
    </w:p>
    <w:p>
      <w:r>
        <w:br/>
        <w:t>Кріз смерть, і жах, і через сліз моря —</w:t>
      </w:r>
    </w:p>
    <w:p>
      <w:r>
        <w:br/>
        <w:t>Сліз моря.—</w:t>
      </w:r>
    </w:p>
    <w:p>
      <w:r>
        <w:br/>
        <w:t>Нас легіони пройшли і до помсти горять.</w:t>
      </w:r>
    </w:p>
    <w:p>
      <w:r>
        <w:br/>
        <w:t>Горять. Горять.</w:t>
      </w:r>
    </w:p>
    <w:p>
      <w:r>
        <w:br/>
        <w:t>Ми за Вітчизну відплатим вогнем.— Вогнем. Мечем.</w:t>
      </w:r>
    </w:p>
    <w:p>
      <w:r>
        <w:br/>
        <w:t>К плечу — плечем — ставай до брата брат!</w:t>
      </w:r>
    </w:p>
    <w:p>
      <w:r>
        <w:br/>
        <w:t>Від Бухари і пекла Колими —</w:t>
      </w:r>
    </w:p>
    <w:p>
      <w:r>
        <w:br/>
        <w:t>Колими.—</w:t>
      </w:r>
    </w:p>
    <w:p>
      <w:r>
        <w:br/>
        <w:t>Гей повертайтесь додому, соколи,— з мечем.</w:t>
      </w:r>
    </w:p>
    <w:p>
      <w:r>
        <w:br/>
        <w:t>З вогнем. З мечем.</w:t>
      </w:r>
    </w:p>
    <w:p>
      <w:r>
        <w:br/>
        <w:t>Гей повертайтесь з далеких країв — к плечу плечем.—</w:t>
      </w:r>
    </w:p>
    <w:p>
      <w:r>
        <w:br/>
        <w:t>За дім! За край! Ставай за брата брат!</w:t>
      </w:r>
    </w:p>
    <w:p>
      <w:r>
        <w:br/>
        <w:t>Сурма сурмить, прапори майорять,—</w:t>
      </w:r>
    </w:p>
    <w:p>
      <w:r>
        <w:br/>
        <w:t>Майорять.</w:t>
      </w:r>
    </w:p>
    <w:p>
      <w:r>
        <w:br/>
        <w:t>Прапори Правди і Волі нас кличуть — Вперед.—</w:t>
      </w:r>
    </w:p>
    <w:p>
      <w:r>
        <w:br/>
        <w:t>Вперед, вперед.</w:t>
      </w:r>
    </w:p>
    <w:p>
      <w:r>
        <w:br/>
        <w:t>Клекоче серце, як гордий орел,— вперед, вперед.</w:t>
      </w:r>
    </w:p>
    <w:p>
      <w:r>
        <w:br/>
        <w:t>За честь! За кров! За волю йди, народ!</w:t>
      </w:r>
    </w:p>
    <w:p>
      <w:r>
        <w:br/>
        <w:t>МАРШ "УКРАЇНА"</w:t>
      </w:r>
    </w:p>
    <w:p>
      <w:r>
        <w:br/>
        <w:t>Чорними хмарами вкрита руїна.</w:t>
      </w:r>
    </w:p>
    <w:p>
      <w:r>
        <w:br/>
        <w:t>Вітер на згарищах грізно гуде.</w:t>
      </w:r>
    </w:p>
    <w:p>
      <w:r>
        <w:br/>
        <w:t>Як дика пустеля, лежить Україна.—</w:t>
      </w:r>
    </w:p>
    <w:p>
      <w:r>
        <w:br/>
        <w:t>Тужить дівчина і месника жде.</w:t>
      </w:r>
    </w:p>
    <w:p>
      <w:r>
        <w:br/>
        <w:t>Приспів:</w:t>
      </w:r>
    </w:p>
    <w:p>
      <w:r>
        <w:br/>
        <w:t>Раз! Два! — до бою!</w:t>
      </w:r>
    </w:p>
    <w:p>
      <w:r>
        <w:br/>
        <w:t>Не шкодуй собою!</w:t>
      </w:r>
    </w:p>
    <w:p>
      <w:r>
        <w:br/>
        <w:t>Меч піднеси і навідліт бий!</w:t>
      </w:r>
    </w:p>
    <w:p>
      <w:r>
        <w:br/>
        <w:t>Бий до останньої краплі й набою.</w:t>
      </w:r>
    </w:p>
    <w:p>
      <w:r>
        <w:br/>
        <w:t>Бий! За Вітчизну поляж головою.</w:t>
      </w:r>
    </w:p>
    <w:p>
      <w:r>
        <w:br/>
        <w:t>За Україну вперед! Бий!</w:t>
      </w:r>
    </w:p>
    <w:p>
      <w:r>
        <w:br/>
        <w:t>Грізно реве невблаганна стихія.—</w:t>
      </w:r>
    </w:p>
    <w:p>
      <w:r>
        <w:br/>
        <w:t>Нас вже до ями на смерть привели.</w:t>
      </w:r>
    </w:p>
    <w:p>
      <w:r>
        <w:br/>
        <w:t>Тільки ж не знали напасники злії,</w:t>
      </w:r>
    </w:p>
    <w:p>
      <w:r>
        <w:br/>
        <w:t>Як, умираючи, б'ються орли.</w:t>
      </w:r>
    </w:p>
    <w:p>
      <w:r>
        <w:br/>
        <w:t>Немає нам, брате, другої дороги,—</w:t>
      </w:r>
    </w:p>
    <w:p>
      <w:r>
        <w:br/>
        <w:t>Зійшлись біля ями шляхи і стежки.</w:t>
      </w:r>
    </w:p>
    <w:p>
      <w:r>
        <w:br/>
        <w:t>Пробоєм же, брате! До перемоги!</w:t>
      </w:r>
    </w:p>
    <w:p>
      <w:r>
        <w:br/>
        <w:t>Порукою буде нам твердість руки.</w:t>
      </w:r>
    </w:p>
    <w:p>
      <w:r>
        <w:br/>
        <w:t>Приспів.</w:t>
      </w:r>
    </w:p>
    <w:p>
      <w:r>
        <w:br/>
        <w:t>За немовлята, за глум, за руїни,</w:t>
      </w:r>
    </w:p>
    <w:p>
      <w:r>
        <w:br/>
        <w:t>За матерів, за румовища хат</w:t>
      </w:r>
    </w:p>
    <w:p>
      <w:r>
        <w:br/>
        <w:t>Вставай, Україно, могутня й єдина,</w:t>
      </w:r>
    </w:p>
    <w:p>
      <w:r>
        <w:br/>
        <w:t>Від тихого Дону до синіх Карпат!</w:t>
      </w:r>
    </w:p>
    <w:p>
      <w:r>
        <w:br/>
        <w:t>Приспів.</w:t>
      </w:r>
    </w:p>
    <w:p>
      <w:r>
        <w:br/>
        <w:t>Слава незламним, хоробрим і гордим,</w:t>
      </w:r>
    </w:p>
    <w:p>
      <w:r>
        <w:br/>
        <w:t>В кому кипить невпокорена кров!</w:t>
      </w:r>
    </w:p>
    <w:p>
      <w:r>
        <w:br/>
        <w:t>Нас убивали ґвалтівників орди,—</w:t>
      </w:r>
    </w:p>
    <w:p>
      <w:r>
        <w:br/>
        <w:t>Ми піднялись! І піднімемось знов.</w:t>
      </w:r>
    </w:p>
    <w:p>
      <w:r>
        <w:br/>
        <w:t>Приспів.</w:t>
      </w:r>
    </w:p>
    <w:p>
      <w:r>
        <w:br/>
        <w:t>З нами пройшли через тюрми й тортури,</w:t>
      </w:r>
    </w:p>
    <w:p>
      <w:r>
        <w:br/>
        <w:t>Як приклад великий, як жертви за нас,</w:t>
      </w:r>
    </w:p>
    <w:p>
      <w:r>
        <w:br/>
        <w:t>Великі звитяжці Мазепа й Петлюра,</w:t>
      </w:r>
    </w:p>
    <w:p>
      <w:r>
        <w:br/>
        <w:t>Петро Дорошенко, Богдан і Тарас.</w:t>
      </w:r>
    </w:p>
    <w:p>
      <w:r>
        <w:br/>
        <w:t>Приспів.</w:t>
      </w:r>
    </w:p>
    <w:p>
      <w:r>
        <w:br/>
        <w:t>Онуки звитяжців, діти героїв —</w:t>
      </w:r>
    </w:p>
    <w:p>
      <w:r>
        <w:br/>
        <w:t>Ми вірні наказам великих предтеч,—</w:t>
      </w:r>
    </w:p>
    <w:p>
      <w:r>
        <w:br/>
        <w:t>Нас не зламали в нерівнім двобої</w:t>
      </w:r>
    </w:p>
    <w:p>
      <w:r>
        <w:br/>
        <w:t>Ні тюрми, ні диби, ні зрада, ні меч.</w:t>
      </w:r>
    </w:p>
    <w:p>
      <w:r>
        <w:br/>
        <w:t>Приспів.</w:t>
      </w:r>
    </w:p>
    <w:p>
      <w:r>
        <w:br/>
        <w:t>Грім прогримить...</w:t>
      </w:r>
    </w:p>
    <w:p>
      <w:r>
        <w:br/>
        <w:t>Вкриють трави руїни..</w:t>
      </w:r>
    </w:p>
    <w:p>
      <w:r>
        <w:br/>
        <w:t>Розквітне калина — де я і мій брат...</w:t>
      </w:r>
    </w:p>
    <w:p>
      <w:r>
        <w:br/>
        <w:t>Та то ж не калина — моя Україна</w:t>
      </w:r>
    </w:p>
    <w:p>
      <w:r>
        <w:br/>
        <w:t>Від тихого Дону до синіх Карпат.</w:t>
      </w:r>
    </w:p>
    <w:p>
      <w:r>
        <w:br/>
        <w:t>Приспів.</w:t>
      </w:r>
    </w:p>
    <w:p>
      <w:r>
        <w:br/>
        <w:t>ГІМН РЕСПУБЛІКИ</w:t>
      </w:r>
    </w:p>
    <w:p>
      <w:r>
        <w:br/>
        <w:t>Прометеєва</w:t>
      </w:r>
    </w:p>
    <w:p>
      <w:r>
        <w:br/>
        <w:t>безсмертна Україно!</w:t>
      </w:r>
    </w:p>
    <w:p>
      <w:r>
        <w:br/>
        <w:t>Гартованая кровію утрат!</w:t>
      </w:r>
    </w:p>
    <w:p>
      <w:r>
        <w:br/>
        <w:t>Грими, грими, могутня і єдина,</w:t>
      </w:r>
    </w:p>
    <w:p>
      <w:r>
        <w:br/>
        <w:t>Від Дону і до соняшних Карпат.</w:t>
      </w:r>
    </w:p>
    <w:p>
      <w:r>
        <w:br/>
        <w:t>Іди ж, народе, найбільший з народів!</w:t>
      </w:r>
    </w:p>
    <w:p>
      <w:r>
        <w:br/>
        <w:t>Піднявсь з руїн, катування і ран!</w:t>
      </w:r>
    </w:p>
    <w:p>
      <w:r>
        <w:br/>
        <w:t>Вперед, народе, в найбільшім поході!</w:t>
      </w:r>
    </w:p>
    <w:p>
      <w:r>
        <w:br/>
        <w:t>Вперед-вперед у братерстві і згоді,</w:t>
      </w:r>
    </w:p>
    <w:p>
      <w:r>
        <w:br/>
        <w:t>Неподоланий муками титан!</w:t>
      </w:r>
    </w:p>
    <w:p>
      <w:r>
        <w:br/>
        <w:t>Лубни і Львів, Батурин і Полтава,</w:t>
      </w:r>
    </w:p>
    <w:p>
      <w:r>
        <w:br/>
        <w:t>І гордий Київ, і древній Чигирин</w:t>
      </w:r>
    </w:p>
    <w:p>
      <w:r>
        <w:br/>
        <w:t>Мечем онуків відродили славу,—</w:t>
      </w:r>
    </w:p>
    <w:p>
      <w:r>
        <w:br/>
        <w:t>Встають-встають із попелу й руїн.</w:t>
      </w:r>
    </w:p>
    <w:p>
      <w:r>
        <w:br/>
        <w:t>Вперед, народе ж, найбільший з народів!</w:t>
      </w:r>
    </w:p>
    <w:p>
      <w:r>
        <w:br/>
        <w:t>У нерівній, тяжкій боротьбі</w:t>
      </w:r>
    </w:p>
    <w:p>
      <w:r>
        <w:br/>
        <w:t>Всім напасникам вирік ти "годі!",</w:t>
      </w:r>
    </w:p>
    <w:p>
      <w:r>
        <w:br/>
        <w:t>Стій же муром на заході й сході!</w:t>
      </w:r>
    </w:p>
    <w:p>
      <w:r>
        <w:br/>
        <w:t>Все під сонцем належить тобі!</w:t>
      </w:r>
    </w:p>
    <w:p>
      <w:r>
        <w:br/>
        <w:t>Через громи і бурі лихоліття,</w:t>
      </w:r>
    </w:p>
    <w:p>
      <w:r>
        <w:br/>
        <w:t>Через руїни й через сліз моря</w:t>
      </w:r>
    </w:p>
    <w:p>
      <w:r>
        <w:br/>
        <w:t>Переступили горді твої діти,—</w:t>
      </w:r>
    </w:p>
    <w:p>
      <w:r>
        <w:br/>
        <w:t>Прапори волі квітнуть і горять.</w:t>
      </w:r>
    </w:p>
    <w:p>
      <w:r>
        <w:br/>
        <w:t>Вперед, народе ж, найбільший з народів!</w:t>
      </w:r>
    </w:p>
    <w:p>
      <w:r>
        <w:br/>
        <w:t>У нерівнім жорстокім бою</w:t>
      </w:r>
    </w:p>
    <w:p>
      <w:r>
        <w:br/>
        <w:t>Всім загарбникам вирік ти "годі!",</w:t>
      </w:r>
    </w:p>
    <w:p>
      <w:r>
        <w:br/>
        <w:t>Стій же муром на заході й сході —</w:t>
      </w:r>
    </w:p>
    <w:p>
      <w:r>
        <w:br/>
        <w:t>Бережи серце й душу свою.</w:t>
      </w:r>
    </w:p>
    <w:p>
      <w:r>
        <w:br/>
        <w:t>Прогримотіли бурі над тобою,</w:t>
      </w:r>
    </w:p>
    <w:p>
      <w:r>
        <w:br/>
        <w:t>Навчили серце вірити й любить.</w:t>
      </w:r>
    </w:p>
    <w:p>
      <w:r>
        <w:br/>
        <w:t>І вже тебе ніхто не візьме з бою</w:t>
      </w:r>
    </w:p>
    <w:p>
      <w:r>
        <w:br/>
        <w:t>Й дітей твоїх ніхто не полонить.</w:t>
      </w:r>
    </w:p>
    <w:p>
      <w:r>
        <w:br/>
        <w:t>Вперед, народе ж, в величнім поході!</w:t>
      </w:r>
    </w:p>
    <w:p>
      <w:r>
        <w:br/>
        <w:t>Щирий в праці і грізний в бою,</w:t>
      </w:r>
    </w:p>
    <w:p>
      <w:r>
        <w:br/>
        <w:t>Всім напасникам скажеш ти "годі!",</w:t>
      </w:r>
    </w:p>
    <w:p>
      <w:r>
        <w:br/>
        <w:t>Вдариш громом на заході й сході —</w:t>
      </w:r>
    </w:p>
    <w:p>
      <w:r>
        <w:br/>
        <w:t>За Вітчизну й за волю свою.</w:t>
      </w:r>
    </w:p>
    <w:p>
      <w:r>
        <w:br/>
        <w:t>Пливтиме сонце океаном синім,</w:t>
      </w:r>
    </w:p>
    <w:p>
      <w:r>
        <w:br/>
        <w:t>Цвістиме щастя степом золотим.</w:t>
      </w:r>
    </w:p>
    <w:p>
      <w:r>
        <w:br/>
        <w:t>І вже повік на вільній Україні</w:t>
      </w:r>
    </w:p>
    <w:p>
      <w:r>
        <w:br/>
        <w:t>Не стане ворог чоботом своїм.</w:t>
      </w:r>
    </w:p>
    <w:p>
      <w:r>
        <w:br/>
        <w:t>Вперед, народе ж, найбільший з народів!</w:t>
      </w:r>
    </w:p>
    <w:p>
      <w:r>
        <w:br/>
        <w:t>Той не вмре, хто воскрес в боротьбі.</w:t>
      </w:r>
    </w:p>
    <w:p>
      <w:r>
        <w:br/>
        <w:t>Вперед, народе, в величнім поході!</w:t>
      </w:r>
    </w:p>
    <w:p>
      <w:r>
        <w:br/>
        <w:t>Вперед, вперед у братерстві і згоді!</w:t>
      </w:r>
    </w:p>
    <w:p>
      <w:r>
        <w:br/>
        <w:t>Все під сонцем належить тобі.</w:t>
      </w:r>
    </w:p>
    <w:p>
      <w:r>
        <w:br/>
        <w:t>МАРШ КАТОРЖАН</w:t>
      </w:r>
    </w:p>
    <w:p>
      <w:r>
        <w:br/>
        <w:t>Ти чуєш, мій брате з Вітчизни моєї?!</w:t>
      </w:r>
    </w:p>
    <w:p>
      <w:r>
        <w:br/>
        <w:t>Наш стогін стоїть над всією землею,—</w:t>
      </w:r>
    </w:p>
    <w:p>
      <w:r>
        <w:br/>
        <w:t>Звучить над Сибіром, над Бугом пливе,</w:t>
      </w:r>
    </w:p>
    <w:p>
      <w:r>
        <w:br/>
        <w:t>До помсти, до смертного бою зове.</w:t>
      </w:r>
    </w:p>
    <w:p>
      <w:r>
        <w:br/>
        <w:t>Вставайте, замучені, скорбні, понурі!</w:t>
      </w:r>
    </w:p>
    <w:p>
      <w:r>
        <w:br/>
        <w:t>Вставайте, як вісники грізної бурі! —</w:t>
      </w:r>
    </w:p>
    <w:p>
      <w:r>
        <w:br/>
        <w:t>Ударим грудима в жорстокім бою,—</w:t>
      </w:r>
    </w:p>
    <w:p>
      <w:r>
        <w:br/>
        <w:t>Повернем свободу й Вітчизну свою.</w:t>
      </w:r>
    </w:p>
    <w:p>
      <w:r>
        <w:br/>
        <w:t>В неволі родились, в неволі зростали.</w:t>
      </w:r>
    </w:p>
    <w:p>
      <w:r>
        <w:br/>
        <w:t>Ніхто не щадив нас — нас всі розпинали</w:t>
      </w:r>
    </w:p>
    <w:p>
      <w:r>
        <w:br/>
        <w:t>За те, що ми чесні були, живучі,</w:t>
      </w:r>
    </w:p>
    <w:p>
      <w:r>
        <w:br/>
        <w:t>Терзали нас круки і хижі сичі.</w:t>
      </w:r>
    </w:p>
    <w:p>
      <w:r>
        <w:br/>
        <w:t>За землю, за вроду, за честь, за дівчину,</w:t>
      </w:r>
    </w:p>
    <w:p>
      <w:r>
        <w:br/>
        <w:t>За серце свобіднеє, за Україну</w:t>
      </w:r>
    </w:p>
    <w:p>
      <w:r>
        <w:br/>
        <w:t>Нас брали на муки, на страту вели</w:t>
      </w:r>
    </w:p>
    <w:p>
      <w:r>
        <w:br/>
        <w:t>І кров нашу чесну, як воду, лили.</w:t>
      </w:r>
    </w:p>
    <w:p>
      <w:r>
        <w:br/>
        <w:t>Ти чуєш, мій брате! Ти чуєш, мій брате?!</w:t>
      </w:r>
    </w:p>
    <w:p>
      <w:r>
        <w:br/>
        <w:t>Не стогін стрясає степи і Карпати,—</w:t>
      </w:r>
    </w:p>
    <w:p>
      <w:r>
        <w:br/>
        <w:t>Над Рейном клекоче,</w:t>
      </w:r>
    </w:p>
    <w:p>
      <w:r>
        <w:br/>
        <w:t>В Читі оддає!..</w:t>
      </w:r>
    </w:p>
    <w:p>
      <w:r>
        <w:br/>
        <w:t>То гнів наш пекельний, як хмара, встає.</w:t>
      </w:r>
    </w:p>
    <w:p>
      <w:r>
        <w:br/>
        <w:t>Вставайте ж! Вставайте, рабів легіони!</w:t>
      </w:r>
    </w:p>
    <w:p>
      <w:r>
        <w:br/>
        <w:t>Понурі і скорбні, страшні мілійони!</w:t>
      </w:r>
    </w:p>
    <w:p>
      <w:r>
        <w:br/>
        <w:t>Все знищим! Зламаєм! Розтопчем в бою!</w:t>
      </w:r>
    </w:p>
    <w:p>
      <w:r>
        <w:br/>
        <w:t>Повернем свободу й Вітчизну свою!</w:t>
      </w:r>
    </w:p>
    <w:p>
      <w:r>
        <w:br/>
        <w:t>Ми втратили все, що любили з тобою,</w:t>
      </w:r>
    </w:p>
    <w:p>
      <w:r>
        <w:br/>
        <w:t>Ставай же грудима до смертного бою!</w:t>
      </w:r>
    </w:p>
    <w:p>
      <w:r>
        <w:br/>
        <w:t>Нехай тепер деспот зіходить плачем!</w:t>
      </w:r>
    </w:p>
    <w:p>
      <w:r>
        <w:br/>
        <w:t>Ми все пригадаєм вогнем і мечем.</w:t>
      </w:r>
    </w:p>
    <w:p>
      <w:r>
        <w:br/>
        <w:t>Змарновану юність, дівочії сльози,</w:t>
      </w:r>
    </w:p>
    <w:p>
      <w:r>
        <w:br/>
        <w:t>Табори і тюрми, удари й погрози,</w:t>
      </w:r>
    </w:p>
    <w:p>
      <w:r>
        <w:br/>
        <w:t>Незчислені жертви в землі всіх країн,</w:t>
      </w:r>
    </w:p>
    <w:p>
      <w:r>
        <w:br/>
        <w:t>Розп'яту Вітчизну і попіл руїн.</w:t>
      </w:r>
    </w:p>
    <w:p>
      <w:r>
        <w:br/>
        <w:t>Не море скипає: аж серце холоне,—</w:t>
      </w:r>
    </w:p>
    <w:p>
      <w:r>
        <w:br/>
        <w:t>До бою готові страшні мілійони.</w:t>
      </w:r>
    </w:p>
    <w:p>
      <w:r>
        <w:br/>
        <w:t>Рівняйся грудима!</w:t>
      </w:r>
    </w:p>
    <w:p>
      <w:r>
        <w:br/>
        <w:t>Змикайся плечем!</w:t>
      </w:r>
    </w:p>
    <w:p>
      <w:r>
        <w:br/>
        <w:t>Вперед за Вітчизну з вогнем і мечем!</w:t>
      </w:r>
    </w:p>
    <w:p>
      <w:r>
        <w:br/>
        <w:t>Покриється рястом велика руїна,</w:t>
      </w:r>
    </w:p>
    <w:p>
      <w:r>
        <w:br/>
        <w:t>Цвістиме в віках золота Україна!</w:t>
      </w:r>
    </w:p>
    <w:p>
      <w:r>
        <w:br/>
        <w:t>В тій новій, свобідній, щасливій порі</w:t>
      </w:r>
    </w:p>
    <w:p>
      <w:r>
        <w:br/>
        <w:t>Згадають нас діти й нові матері.</w:t>
      </w:r>
    </w:p>
    <w:p>
      <w:r>
        <w:br/>
        <w:t>У сонячнім сяйві, як пісня побідна,</w:t>
      </w:r>
    </w:p>
    <w:p>
      <w:r>
        <w:br/>
        <w:t>Про нас прогримить Україна свобідна.</w:t>
      </w:r>
    </w:p>
    <w:p>
      <w:r>
        <w:br/>
        <w:t>Онуки героїв згадають цей час</w:t>
      </w:r>
    </w:p>
    <w:p>
      <w:r>
        <w:br/>
        <w:t>І дивні легенди розкажуть про нас.</w:t>
      </w:r>
    </w:p>
    <w:p>
      <w:r>
        <w:br/>
        <w:t>ЗА ГОРЕ НАРОДУ</w:t>
      </w:r>
    </w:p>
    <w:p>
      <w:r>
        <w:br/>
        <w:t>(Марш полеглих)</w:t>
      </w:r>
    </w:p>
    <w:p>
      <w:r>
        <w:br/>
        <w:t>За горе народу, за глум і руїну,</w:t>
      </w:r>
    </w:p>
    <w:p>
      <w:r>
        <w:br/>
        <w:t>За матір поругану, за Україну</w:t>
      </w:r>
    </w:p>
    <w:p>
      <w:r>
        <w:br/>
        <w:t>Ми вражої крови річки розлили</w:t>
      </w:r>
    </w:p>
    <w:p>
      <w:r>
        <w:br/>
        <w:t>І смертю героїв в бою полягли.</w:t>
      </w:r>
    </w:p>
    <w:p>
      <w:r>
        <w:br/>
        <w:t>Де нині проходили нас легіони,</w:t>
      </w:r>
    </w:p>
    <w:p>
      <w:r>
        <w:br/>
        <w:t>Нестримно і грізно пройдуть мілійони,</w:t>
      </w:r>
    </w:p>
    <w:p>
      <w:r>
        <w:br/>
        <w:t>Вітчизну підіпруть могутнім плечем</w:t>
      </w:r>
    </w:p>
    <w:p>
      <w:r>
        <w:br/>
        <w:t>І діло довершать вогнем і мечем.</w:t>
      </w:r>
    </w:p>
    <w:p>
      <w:r>
        <w:br/>
        <w:t>Прощай, наша мати, на всесвіт єдина,</w:t>
      </w:r>
    </w:p>
    <w:p>
      <w:r>
        <w:br/>
        <w:t>Прощай, непоборна свята Україна.</w:t>
      </w:r>
    </w:p>
    <w:p>
      <w:r>
        <w:br/>
        <w:t>Почате мерцями довершать живі —</w:t>
      </w:r>
    </w:p>
    <w:p>
      <w:r>
        <w:br/>
        <w:t>Мільйони повстануть на нашій крові.</w:t>
      </w:r>
    </w:p>
    <w:p>
      <w:r>
        <w:br/>
        <w:t>МАРШ ЄДИНОГО НАРОДНОГО ФРОНТУ УКРАЇНИ</w:t>
      </w:r>
    </w:p>
    <w:p>
      <w:r>
        <w:br/>
        <w:t>Вставай! Вставай! Вставай, народ, на бій!</w:t>
      </w:r>
    </w:p>
    <w:p>
      <w:r>
        <w:br/>
        <w:t>Вставай, народе, з руїн і пожарищ,— вставай!</w:t>
      </w:r>
    </w:p>
    <w:p>
      <w:r>
        <w:br/>
        <w:t>За кров дітей і за свій розіп'ятий край!</w:t>
      </w:r>
    </w:p>
    <w:p>
      <w:r>
        <w:br/>
        <w:t>Гнів твій пекельний діждався часу,—</w:t>
      </w:r>
    </w:p>
    <w:p>
      <w:r>
        <w:br/>
        <w:t>Вперед!</w:t>
      </w:r>
    </w:p>
    <w:p>
      <w:r>
        <w:br/>
        <w:t>Катам</w:t>
      </w:r>
    </w:p>
    <w:p>
      <w:r>
        <w:br/>
        <w:t>надходить</w:t>
      </w:r>
    </w:p>
    <w:p>
      <w:r>
        <w:br/>
        <w:t>Страшний Суд.</w:t>
      </w:r>
    </w:p>
    <w:p>
      <w:r>
        <w:br/>
        <w:t>Приспів:</w:t>
      </w:r>
    </w:p>
    <w:p>
      <w:r>
        <w:br/>
        <w:t>До зброї!</w:t>
      </w:r>
    </w:p>
    <w:p>
      <w:r>
        <w:br/>
        <w:t>До зброї!</w:t>
      </w:r>
    </w:p>
    <w:p>
      <w:r>
        <w:br/>
        <w:t>Єднай серця в набої!</w:t>
      </w:r>
    </w:p>
    <w:p>
      <w:r>
        <w:br/>
        <w:t>За Україну й за волю свою —</w:t>
      </w:r>
    </w:p>
    <w:p>
      <w:r>
        <w:br/>
        <w:t>Вперед! Вперед! Вперед, карай в бою!</w:t>
      </w:r>
    </w:p>
    <w:p>
      <w:r>
        <w:br/>
        <w:t>Громи! Гримлять! І віхоли гудуть...</w:t>
      </w:r>
    </w:p>
    <w:p>
      <w:r>
        <w:br/>
        <w:t>Громи гримлять над твоєю землею.— Вставай!</w:t>
      </w:r>
    </w:p>
    <w:p>
      <w:r>
        <w:br/>
        <w:t>Померкло сонце від крику ворожих зграй.</w:t>
      </w:r>
    </w:p>
    <w:p>
      <w:r>
        <w:br/>
        <w:t>Деспот лютує в безсилій злобі,—</w:t>
      </w:r>
    </w:p>
    <w:p>
      <w:r>
        <w:br/>
        <w:t>За кров і піт</w:t>
      </w:r>
    </w:p>
    <w:p>
      <w:r>
        <w:br/>
        <w:t>готує смерть тобі.</w:t>
      </w:r>
    </w:p>
    <w:p>
      <w:r>
        <w:br/>
        <w:t>Приспів.</w:t>
      </w:r>
    </w:p>
    <w:p>
      <w:r>
        <w:br/>
        <w:t>Гармати! Б'ють! Здригається земля...</w:t>
      </w:r>
    </w:p>
    <w:p>
      <w:r>
        <w:br/>
        <w:t>Земля тремтить під ходою мільйонів.—</w:t>
      </w:r>
    </w:p>
    <w:p>
      <w:r>
        <w:br/>
        <w:t>Вперед! "Хто меч підняв, той нехай від меча й умре".</w:t>
      </w:r>
    </w:p>
    <w:p>
      <w:r>
        <w:br/>
        <w:t>Келих страждання, наруги й тортур</w:t>
      </w:r>
    </w:p>
    <w:p>
      <w:r>
        <w:br/>
        <w:t>Розбив! Розбив!</w:t>
      </w:r>
    </w:p>
    <w:p>
      <w:r>
        <w:br/>
        <w:t>Встає народ, як мур.</w:t>
      </w:r>
    </w:p>
    <w:p>
      <w:r>
        <w:br/>
        <w:t>Приспів.</w:t>
      </w:r>
    </w:p>
    <w:p>
      <w:r>
        <w:br/>
        <w:t>Сурма! Сурмить! Прапори майорять...</w:t>
      </w:r>
    </w:p>
    <w:p>
      <w:r>
        <w:br/>
        <w:t>Прапори Правди і Волі нас кличуть.— Вперед!</w:t>
      </w:r>
    </w:p>
    <w:p>
      <w:r>
        <w:br/>
        <w:t>Клекоче серце, як гордий орел.— Вперед!</w:t>
      </w:r>
    </w:p>
    <w:p>
      <w:r>
        <w:br/>
        <w:t>Воля — найбільша з усіх нагород.</w:t>
      </w:r>
    </w:p>
    <w:p>
      <w:r>
        <w:br/>
        <w:t>За честь,</w:t>
      </w:r>
    </w:p>
    <w:p>
      <w:r>
        <w:br/>
        <w:t>за край,</w:t>
      </w:r>
    </w:p>
    <w:p>
      <w:r>
        <w:br/>
        <w:t>за Волю йде народ.</w:t>
      </w:r>
    </w:p>
    <w:p>
      <w:r>
        <w:br/>
        <w:t>Приспів.</w:t>
      </w:r>
    </w:p>
    <w:p>
      <w:r>
        <w:br/>
        <w:t>Ні смерть! Ні жах! Ніщо не спинить нас...</w:t>
      </w:r>
    </w:p>
    <w:p>
      <w:r>
        <w:br/>
        <w:t>Нас не злякають ворожі погрози.—</w:t>
      </w:r>
    </w:p>
    <w:p>
      <w:r>
        <w:br/>
        <w:t>Вперед! Нам не надіти кайдани й ярмо старе.</w:t>
      </w:r>
    </w:p>
    <w:p>
      <w:r>
        <w:br/>
        <w:t>Хто вільний родився — не піде в раби,—</w:t>
      </w:r>
    </w:p>
    <w:p>
      <w:r>
        <w:br/>
        <w:t>Вогнем</w:t>
      </w:r>
    </w:p>
    <w:p>
      <w:r>
        <w:br/>
        <w:t>святим</w:t>
      </w:r>
    </w:p>
    <w:p>
      <w:r>
        <w:br/>
        <w:t>горить до боротьби.</w:t>
      </w:r>
    </w:p>
    <w:p>
      <w:r>
        <w:br/>
        <w:t>Приспів.</w:t>
      </w:r>
    </w:p>
    <w:p>
      <w:r>
        <w:br/>
        <w:t>Вставай! Вставай! Вставай, народ, на бій!</w:t>
      </w:r>
    </w:p>
    <w:p>
      <w:r>
        <w:br/>
        <w:t>Вставай, народе, з руїн і пожарищ,— вставай!</w:t>
      </w:r>
    </w:p>
    <w:p>
      <w:r>
        <w:br/>
        <w:t>За крик дітей і за свій розіп'ятий край!</w:t>
      </w:r>
    </w:p>
    <w:p>
      <w:r>
        <w:br/>
        <w:t>Гнів твій пекельний діждався часу,—</w:t>
      </w:r>
    </w:p>
    <w:p>
      <w:r>
        <w:br/>
        <w:t>Вперед!</w:t>
      </w:r>
    </w:p>
    <w:p>
      <w:r>
        <w:br/>
        <w:t>Катам</w:t>
      </w:r>
    </w:p>
    <w:p>
      <w:r>
        <w:br/>
        <w:t>надходить</w:t>
      </w:r>
    </w:p>
    <w:p>
      <w:r>
        <w:br/>
        <w:t>Страшний Суд.</w:t>
      </w:r>
    </w:p>
    <w:p>
      <w:r>
        <w:br/>
        <w:t>Приспів.</w:t>
      </w:r>
    </w:p>
    <w:p>
      <w:r>
        <w:br/>
        <w:t>ПІСНЯ ПРО ЮРІЯ ТЮТЮННИКА</w:t>
      </w:r>
    </w:p>
    <w:p>
      <w:r>
        <w:br/>
        <w:t>В гарматнім диму розкотилися луни,</w:t>
      </w:r>
    </w:p>
    <w:p>
      <w:r>
        <w:br/>
        <w:t>І вихор степами гуде.</w:t>
      </w:r>
    </w:p>
    <w:p>
      <w:r>
        <w:br/>
        <w:t>Піднявся, як сокіл, кружляє Тютюнник —</w:t>
      </w:r>
    </w:p>
    <w:p>
      <w:r>
        <w:br/>
        <w:t>Тютюнник на Київ іде. Гей, гей! Тютюнник на Київ іде.</w:t>
      </w:r>
    </w:p>
    <w:p>
      <w:r>
        <w:br/>
        <w:t>Напоїмо коні із синього Дону,</w:t>
      </w:r>
    </w:p>
    <w:p>
      <w:r>
        <w:br/>
        <w:t>Самі нап'ємося з Дніпра.</w:t>
      </w:r>
    </w:p>
    <w:p>
      <w:r>
        <w:br/>
        <w:t>У Києві ворог від жаху холоне,</w:t>
      </w:r>
    </w:p>
    <w:p>
      <w:r>
        <w:br/>
        <w:t>Героїв чекає сестра. Гей, гей! Героїв чекає сестра.</w:t>
      </w:r>
    </w:p>
    <w:p>
      <w:r>
        <w:br/>
        <w:t>Тримайтесь, герої! За нас святий Юрій,</w:t>
      </w:r>
    </w:p>
    <w:p>
      <w:r>
        <w:br/>
        <w:t>У тяжкім нерівнім бою!</w:t>
      </w:r>
    </w:p>
    <w:p>
      <w:r>
        <w:br/>
        <w:t>Послав нас до бою, гей, Симон Петлюра</w:t>
      </w:r>
    </w:p>
    <w:p>
      <w:r>
        <w:br/>
        <w:t>Боротись за матір свою. Гей, гей! Боротись за матір</w:t>
      </w:r>
    </w:p>
    <w:p>
      <w:r>
        <w:br/>
        <w:t>свою.</w:t>
      </w:r>
    </w:p>
    <w:p>
      <w:r>
        <w:br/>
        <w:t>В нерівнім бою одгриміли гармати,</w:t>
      </w:r>
    </w:p>
    <w:p>
      <w:r>
        <w:br/>
        <w:t>Підкови в степах прогули.</w:t>
      </w:r>
    </w:p>
    <w:p>
      <w:r>
        <w:br/>
        <w:t>Героїв походу одплакала мати,</w:t>
      </w:r>
    </w:p>
    <w:p>
      <w:r>
        <w:br/>
        <w:t>Що, як грізний вихор, пройшли. Гей, гей! Що, як грізний</w:t>
      </w:r>
    </w:p>
    <w:p>
      <w:r>
        <w:br/>
        <w:t>вихор, пройшли.</w:t>
      </w:r>
    </w:p>
    <w:p>
      <w:r>
        <w:br/>
        <w:t>Гей, прийде пора, і година розплати</w:t>
      </w:r>
    </w:p>
    <w:p>
      <w:r>
        <w:br/>
        <w:t>На ворога нагло впаде,—</w:t>
      </w:r>
    </w:p>
    <w:p>
      <w:r>
        <w:br/>
        <w:t>З мільйонами встане і в Київ карати</w:t>
      </w:r>
    </w:p>
    <w:p>
      <w:r>
        <w:br/>
        <w:t>Тютюнник з Сибіру прийде. Гей, гей! Тютюнник</w:t>
      </w:r>
    </w:p>
    <w:p>
      <w:r>
        <w:br/>
        <w:t>з Сибіру прийде.</w:t>
      </w:r>
    </w:p>
    <w:p>
      <w:r>
        <w:br/>
        <w:t>МАРШ МОЛОДІ</w:t>
      </w:r>
    </w:p>
    <w:p>
      <w:r>
        <w:br/>
        <w:t>Київ і Харків, Одеса і Львів,</w:t>
      </w:r>
    </w:p>
    <w:p>
      <w:r>
        <w:br/>
        <w:t>Хуст, Чигирин і Полтава,</w:t>
      </w:r>
    </w:p>
    <w:p>
      <w:r>
        <w:br/>
        <w:t>Ждуть своїх вірних і гордих синів.</w:t>
      </w:r>
    </w:p>
    <w:p>
      <w:r>
        <w:br/>
        <w:t>Жде їх геройство і слава.</w:t>
      </w:r>
    </w:p>
    <w:p>
      <w:r>
        <w:br/>
        <w:t>Впе-ред,</w:t>
      </w:r>
    </w:p>
    <w:p>
      <w:r>
        <w:br/>
        <w:t>пол-тав-ча-ни!</w:t>
      </w:r>
    </w:p>
    <w:p>
      <w:r>
        <w:br/>
        <w:t>І буковинці!</w:t>
      </w:r>
    </w:p>
    <w:p>
      <w:r>
        <w:br/>
        <w:t>І галичани!</w:t>
      </w:r>
    </w:p>
    <w:p>
      <w:r>
        <w:br/>
        <w:t>І бессарабці</w:t>
      </w:r>
    </w:p>
    <w:p>
      <w:r>
        <w:br/>
        <w:t>І всі краяни!..</w:t>
      </w:r>
    </w:p>
    <w:p>
      <w:r>
        <w:br/>
        <w:t>Вперед, вперед,</w:t>
      </w:r>
    </w:p>
    <w:p>
      <w:r>
        <w:br/>
        <w:t>забудь відчай і страх!</w:t>
      </w:r>
    </w:p>
    <w:p>
      <w:r>
        <w:br/>
        <w:t>За рідний край</w:t>
      </w:r>
    </w:p>
    <w:p>
      <w:r>
        <w:br/>
        <w:t>ставай як мур, в боях!</w:t>
      </w:r>
    </w:p>
    <w:p>
      <w:r>
        <w:br/>
        <w:t>Ми —</w:t>
      </w:r>
    </w:p>
    <w:p>
      <w:r>
        <w:br/>
        <w:t>пол-тав-ча-ни!</w:t>
      </w:r>
    </w:p>
    <w:p>
      <w:r>
        <w:br/>
        <w:t>Ми — закарпатці!</w:t>
      </w:r>
    </w:p>
    <w:p>
      <w:r>
        <w:br/>
        <w:t>Ми — галичани!</w:t>
      </w:r>
    </w:p>
    <w:p>
      <w:r>
        <w:br/>
        <w:t>Ми — бессарабці!</w:t>
      </w:r>
    </w:p>
    <w:p>
      <w:r>
        <w:br/>
        <w:t>Ми — всі краяни!</w:t>
      </w:r>
    </w:p>
    <w:p>
      <w:r>
        <w:br/>
        <w:t>Ми — й соловецькі!..</w:t>
      </w:r>
    </w:p>
    <w:p>
      <w:r>
        <w:br/>
        <w:t>Ми — й колимчани! —</w:t>
      </w:r>
    </w:p>
    <w:p>
      <w:r>
        <w:br/>
        <w:t>Ставай, як мур,</w:t>
      </w:r>
    </w:p>
    <w:p>
      <w:r>
        <w:br/>
        <w:t>всім ворогам на страх!</w:t>
      </w:r>
    </w:p>
    <w:p>
      <w:r>
        <w:br/>
        <w:t>Серця наші горять</w:t>
      </w:r>
    </w:p>
    <w:p>
      <w:r>
        <w:br/>
        <w:t>разом на прапорах.</w:t>
      </w:r>
    </w:p>
    <w:p>
      <w:r>
        <w:br/>
        <w:t>Ми — діти загиблих в снігах Колими,</w:t>
      </w:r>
    </w:p>
    <w:p>
      <w:r>
        <w:br/>
        <w:t>Зниклих в таборах Печори...</w:t>
      </w:r>
    </w:p>
    <w:p>
      <w:r>
        <w:br/>
        <w:t>Волю здобуть присягалися ми,</w:t>
      </w:r>
    </w:p>
    <w:p>
      <w:r>
        <w:br/>
        <w:t>Знищити тюрми й табори.</w:t>
      </w:r>
    </w:p>
    <w:p>
      <w:r>
        <w:br/>
        <w:t>Кроком крицевим, плечем до плеча,</w:t>
      </w:r>
    </w:p>
    <w:p>
      <w:r>
        <w:br/>
        <w:t>Серце до серця, мій брате!</w:t>
      </w:r>
    </w:p>
    <w:p>
      <w:r>
        <w:br/>
        <w:t>Наша свобода на вістрі меча,</w:t>
      </w:r>
    </w:p>
    <w:p>
      <w:r>
        <w:br/>
        <w:t>Доля у пащі гармати.</w:t>
      </w:r>
    </w:p>
    <w:p>
      <w:r>
        <w:br/>
        <w:t>Шумлять океани, клекочуть моря,</w:t>
      </w:r>
    </w:p>
    <w:p>
      <w:r>
        <w:br/>
        <w:t>Морок встає за морями...</w:t>
      </w:r>
    </w:p>
    <w:p>
      <w:r>
        <w:br/>
        <w:t>В серці ж Вітчизна горить, як зоря,</w:t>
      </w:r>
    </w:p>
    <w:p>
      <w:r>
        <w:br/>
        <w:t>Кличе на бій з ворогами.</w:t>
      </w:r>
    </w:p>
    <w:p>
      <w:r>
        <w:br/>
        <w:t>Київ і Харків, Одеса і Львів,</w:t>
      </w:r>
    </w:p>
    <w:p>
      <w:r>
        <w:br/>
        <w:t>Хуст, Севастополь, Полтава...</w:t>
      </w:r>
    </w:p>
    <w:p>
      <w:r>
        <w:br/>
        <w:t>Струнко! На позір мільйони голів!</w:t>
      </w:r>
    </w:p>
    <w:p>
      <w:r>
        <w:br/>
        <w:t>Нашій Вітчизні слава!</w:t>
      </w:r>
    </w:p>
    <w:p>
      <w:r>
        <w:br/>
        <w:t>МАРШ УКРАЇНСЬКОЇ МОЛОДІ</w:t>
      </w:r>
    </w:p>
    <w:p>
      <w:r>
        <w:br/>
        <w:t>(Марш ОДУМу)</w:t>
      </w:r>
    </w:p>
    <w:p>
      <w:r>
        <w:br/>
        <w:t>Ми об'їхали землю навколо,</w:t>
      </w:r>
    </w:p>
    <w:p>
      <w:r>
        <w:br/>
        <w:t>Пропливли океани й моря,</w:t>
      </w:r>
    </w:p>
    <w:p>
      <w:r>
        <w:br/>
        <w:t>Та Тебе не зрікались ніколи,</w:t>
      </w:r>
    </w:p>
    <w:p>
      <w:r>
        <w:br/>
        <w:t>Україно ясна, як зоря!</w:t>
      </w:r>
    </w:p>
    <w:p>
      <w:r>
        <w:br/>
        <w:t>Приспів: Буде бій.</w:t>
      </w:r>
    </w:p>
    <w:p>
      <w:r>
        <w:br/>
        <w:t>(Чуєш грім?) —</w:t>
      </w:r>
    </w:p>
    <w:p>
      <w:r>
        <w:br/>
        <w:t>Ми прийдемо, матері!</w:t>
      </w:r>
    </w:p>
    <w:p>
      <w:r>
        <w:br/>
        <w:t>Ми пройдем через гори й моря.</w:t>
      </w:r>
    </w:p>
    <w:p>
      <w:r>
        <w:br/>
        <w:t>Ми в боях віддамо все за Тебе,</w:t>
      </w:r>
    </w:p>
    <w:p>
      <w:r>
        <w:br/>
        <w:t>Україно ясна, як зоря!</w:t>
      </w:r>
    </w:p>
    <w:p>
      <w:r>
        <w:br/>
        <w:t>Ми народжені в бурях і горі,</w:t>
      </w:r>
    </w:p>
    <w:p>
      <w:r>
        <w:br/>
        <w:t>Виростали в стражданнях і млі,—</w:t>
      </w:r>
    </w:p>
    <w:p>
      <w:r>
        <w:br/>
        <w:t>Гартувалися наші когорти</w:t>
      </w:r>
    </w:p>
    <w:p>
      <w:r>
        <w:br/>
        <w:t>На усіх перехрестях землі.</w:t>
      </w:r>
    </w:p>
    <w:p>
      <w:r>
        <w:br/>
        <w:t>Приспів: Буде бій...</w:t>
      </w:r>
    </w:p>
    <w:p>
      <w:r>
        <w:br/>
        <w:t>Ми пізнали найкращі країни,</w:t>
      </w:r>
    </w:p>
    <w:p>
      <w:r>
        <w:br/>
        <w:t>Та любити їх нам не пора,</w:t>
      </w:r>
    </w:p>
    <w:p>
      <w:r>
        <w:br/>
        <w:t>Бо немає у нас Батьківщини,</w:t>
      </w:r>
    </w:p>
    <w:p>
      <w:r>
        <w:br/>
        <w:t>Тільки тая, що біля Дніпра.</w:t>
      </w:r>
    </w:p>
    <w:p>
      <w:r>
        <w:br/>
        <w:t>Приспів: Буде бій...</w:t>
      </w:r>
    </w:p>
    <w:p>
      <w:r>
        <w:br/>
        <w:t>На дорогах чужої погорди,</w:t>
      </w:r>
    </w:p>
    <w:p>
      <w:r>
        <w:br/>
        <w:t>На тернистих шляхах чужини</w:t>
      </w:r>
    </w:p>
    <w:p>
      <w:r>
        <w:br/>
        <w:t>Гартувались незламні і горді</w:t>
      </w:r>
    </w:p>
    <w:p>
      <w:r>
        <w:br/>
        <w:t>І навік твої вірні сини.</w:t>
      </w:r>
    </w:p>
    <w:p>
      <w:r>
        <w:br/>
        <w:t>Приспів: Буде бій...</w:t>
      </w:r>
    </w:p>
    <w:p>
      <w:r>
        <w:br/>
        <w:t>Через темряву глуму і змови,</w:t>
      </w:r>
    </w:p>
    <w:p>
      <w:r>
        <w:br/>
        <w:t>Через нетрі людської хули</w:t>
      </w:r>
    </w:p>
    <w:p>
      <w:r>
        <w:br/>
        <w:t>Ми, як прапор надії й любови,</w:t>
      </w:r>
    </w:p>
    <w:p>
      <w:r>
        <w:br/>
        <w:t>Батьківщину в серцях пронесли.</w:t>
      </w:r>
    </w:p>
    <w:p>
      <w:r>
        <w:br/>
        <w:t>Приспів: Буде бій...</w:t>
      </w:r>
    </w:p>
    <w:p>
      <w:r>
        <w:br/>
        <w:t>Нехай ворог лютує до скону,</w:t>
      </w:r>
    </w:p>
    <w:p>
      <w:r>
        <w:br/>
        <w:t>Він пощезне в кривавій імлі.</w:t>
      </w:r>
    </w:p>
    <w:p>
      <w:r>
        <w:br/>
        <w:t>Бо піднімуться наші колони</w:t>
      </w:r>
    </w:p>
    <w:p>
      <w:r>
        <w:br/>
        <w:t>Із усіх</w:t>
      </w:r>
    </w:p>
    <w:p>
      <w:r>
        <w:br/>
        <w:t>перехресть</w:t>
      </w:r>
    </w:p>
    <w:p>
      <w:r>
        <w:br/>
        <w:t>землі!</w:t>
      </w:r>
    </w:p>
    <w:p>
      <w:r>
        <w:br/>
        <w:t>Приспів: Буде бій...</w:t>
      </w:r>
    </w:p>
    <w:p>
      <w:r>
        <w:br/>
        <w:t>Не жаліли нас лицарі зради,</w:t>
      </w:r>
    </w:p>
    <w:p>
      <w:r>
        <w:br/>
        <w:t>Не щадили посланці біди.</w:t>
      </w:r>
    </w:p>
    <w:p>
      <w:r>
        <w:br/>
        <w:t>Хай же ворог не просить пощади,</w:t>
      </w:r>
    </w:p>
    <w:p>
      <w:r>
        <w:br/>
        <w:t>Бо і наший девіз: "Не щ а д и!"</w:t>
      </w:r>
    </w:p>
    <w:p>
      <w:r>
        <w:br/>
        <w:t>Приспів: Буде бій...</w:t>
      </w:r>
    </w:p>
    <w:p>
      <w:r>
        <w:br/>
        <w:t>Не злякають нас кулі і грози,</w:t>
      </w:r>
    </w:p>
    <w:p>
      <w:r>
        <w:br/>
        <w:t>Нас не спинить ніщо і ніде,—</w:t>
      </w:r>
    </w:p>
    <w:p>
      <w:r>
        <w:br/>
        <w:t>Хай тремтять чорні сили ворожі:</w:t>
      </w:r>
    </w:p>
    <w:p>
      <w:r>
        <w:br/>
        <w:t>Молода Україна гряде!</w:t>
      </w:r>
    </w:p>
    <w:p>
      <w:r>
        <w:br/>
        <w:t>Ми ідем!</w:t>
      </w:r>
    </w:p>
    <w:p>
      <w:r>
        <w:br/>
        <w:t>(Чуєш грім?)</w:t>
      </w:r>
    </w:p>
    <w:p>
      <w:r>
        <w:br/>
        <w:t>Ми прийдем,</w:t>
      </w:r>
    </w:p>
    <w:p>
      <w:r>
        <w:br/>
        <w:t>матері!</w:t>
      </w:r>
    </w:p>
    <w:p>
      <w:r>
        <w:br/>
        <w:t>Ми перейдем всі гори й моря,</w:t>
      </w:r>
    </w:p>
    <w:p>
      <w:r>
        <w:br/>
        <w:t>Ми в боях віддамо все за Тебе,</w:t>
      </w:r>
    </w:p>
    <w:p>
      <w:r>
        <w:br/>
        <w:t>Україно, ясна, як зоря!</w:t>
      </w:r>
    </w:p>
    <w:p>
      <w:r>
        <w:br/>
        <w:t>Ми в боях віддамо все за Тебе,</w:t>
      </w:r>
    </w:p>
    <w:p>
      <w:r>
        <w:br/>
        <w:t>Україно, ясна, як зоря!</w:t>
      </w:r>
    </w:p>
    <w:p>
      <w:r>
        <w:br/>
        <w:t>Приспів: Буде бій...</w:t>
      </w:r>
    </w:p>
    <w:p>
      <w:r>
        <w:br/>
        <w:t>ГІМН ОДУМІВСЬКОГО РУХУ</w:t>
      </w:r>
    </w:p>
    <w:p>
      <w:r>
        <w:br/>
        <w:t>(Гімн української молоді)</w:t>
      </w:r>
    </w:p>
    <w:p>
      <w:r>
        <w:br/>
        <w:t>Вперед, сини народу,</w:t>
      </w:r>
    </w:p>
    <w:p>
      <w:r>
        <w:br/>
        <w:t>в кайдани закутого!</w:t>
      </w:r>
    </w:p>
    <w:p>
      <w:r>
        <w:br/>
        <w:t>Вперед за Україну! Єднайся в бою!</w:t>
      </w:r>
    </w:p>
    <w:p>
      <w:r>
        <w:br/>
        <w:t>Здобудемо свободу!</w:t>
      </w:r>
    </w:p>
    <w:p>
      <w:r>
        <w:br/>
        <w:t>Від ворога лютого</w:t>
      </w:r>
    </w:p>
    <w:p>
      <w:r>
        <w:br/>
        <w:t>звільним</w:t>
      </w:r>
    </w:p>
    <w:p>
      <w:r>
        <w:br/>
        <w:t>Батьківщину свою.</w:t>
      </w:r>
    </w:p>
    <w:p>
      <w:r>
        <w:br/>
        <w:t>Здобудемо свободу! Від ворога лютого</w:t>
      </w:r>
    </w:p>
    <w:p>
      <w:r>
        <w:br/>
        <w:t>Звільним</w:t>
      </w:r>
    </w:p>
    <w:p>
      <w:r>
        <w:br/>
        <w:t>Батьківщину свою.</w:t>
      </w:r>
    </w:p>
    <w:p>
      <w:r>
        <w:br/>
        <w:t>Концтабори Печори,</w:t>
      </w:r>
    </w:p>
    <w:p>
      <w:r>
        <w:br/>
        <w:t>і тюрми з тортурами,</w:t>
      </w:r>
    </w:p>
    <w:p>
      <w:r>
        <w:br/>
        <w:t>І пекло холодне страшної Колими,</w:t>
      </w:r>
    </w:p>
    <w:p>
      <w:r>
        <w:br/>
        <w:t>І каторгу Сибіру, і муки</w:t>
      </w:r>
    </w:p>
    <w:p>
      <w:r>
        <w:br/>
        <w:t>за мурами,</w:t>
      </w:r>
    </w:p>
    <w:p>
      <w:r>
        <w:br/>
        <w:t>І сльози — усе взнали ми.</w:t>
      </w:r>
    </w:p>
    <w:p>
      <w:r>
        <w:br/>
        <w:t>І каторгу Сибіру, і муки</w:t>
      </w:r>
    </w:p>
    <w:p>
      <w:r>
        <w:br/>
        <w:t>за мурами,</w:t>
      </w:r>
    </w:p>
    <w:p>
      <w:r>
        <w:br/>
        <w:t>І сльози — усе взнали ми.</w:t>
      </w:r>
    </w:p>
    <w:p>
      <w:r>
        <w:br/>
        <w:t>Від схилів Закарпаття</w:t>
      </w:r>
    </w:p>
    <w:p>
      <w:r>
        <w:br/>
        <w:t>до вод Дону синього,</w:t>
      </w:r>
    </w:p>
    <w:p>
      <w:r>
        <w:br/>
        <w:t>Від скель Севастополя по Прип'ять ачей,&amp;#9472;</w:t>
      </w:r>
    </w:p>
    <w:p>
      <w:r>
        <w:br/>
        <w:t>За честь і за свободу</w:t>
      </w:r>
    </w:p>
    <w:p>
      <w:r>
        <w:br/>
        <w:t>народу єдиного</w:t>
      </w:r>
    </w:p>
    <w:p>
      <w:r>
        <w:br/>
        <w:t>Ми станем</w:t>
      </w:r>
    </w:p>
    <w:p>
      <w:r>
        <w:br/>
        <w:t>плечима до плечей!</w:t>
      </w:r>
    </w:p>
    <w:p>
      <w:r>
        <w:br/>
        <w:t>За честь і за свободу народу єдиного</w:t>
      </w:r>
    </w:p>
    <w:p>
      <w:r>
        <w:br/>
        <w:t>Стаєм ми</w:t>
      </w:r>
    </w:p>
    <w:p>
      <w:r>
        <w:br/>
        <w:t>плечима до плечей.</w:t>
      </w:r>
    </w:p>
    <w:p>
      <w:r>
        <w:br/>
        <w:t>Вперед, сини і дочки</w:t>
      </w:r>
    </w:p>
    <w:p>
      <w:r>
        <w:br/>
        <w:t>народу робучого,</w:t>
      </w:r>
    </w:p>
    <w:p>
      <w:r>
        <w:br/>
        <w:t>Народу трудового весна і грім пісень!</w:t>
      </w:r>
    </w:p>
    <w:p>
      <w:r>
        <w:br/>
        <w:t>Чекає перемога нас,</w:t>
      </w:r>
    </w:p>
    <w:p>
      <w:r>
        <w:br/>
        <w:t>сонця блискучого,</w:t>
      </w:r>
    </w:p>
    <w:p>
      <w:r>
        <w:br/>
        <w:t>Свободи і радости день.</w:t>
      </w:r>
    </w:p>
    <w:p>
      <w:r>
        <w:br/>
        <w:t>.</w:t>
      </w:r>
    </w:p>
    <w:p>
      <w:r>
        <w:br/>
        <w:t>Чекає перемога нас!</w:t>
      </w:r>
    </w:p>
    <w:p>
      <w:r>
        <w:br/>
        <w:t>Сонця блискучого,</w:t>
      </w:r>
    </w:p>
    <w:p>
      <w:r>
        <w:br/>
        <w:t>Свободи і радости день.</w:t>
      </w:r>
    </w:p>
    <w:p>
      <w:r>
        <w:br/>
        <w:t>Вперед, сини народу,</w:t>
      </w:r>
    </w:p>
    <w:p>
      <w:r>
        <w:br/>
        <w:t>в кайдани закутого!</w:t>
      </w:r>
    </w:p>
    <w:p>
      <w:r>
        <w:br/>
        <w:t>Вперед за Україну! Не гнися в бою! —</w:t>
      </w:r>
    </w:p>
    <w:p>
      <w:r>
        <w:br/>
        <w:t>Здобудемо свободу! Від ворога лютого</w:t>
      </w:r>
    </w:p>
    <w:p>
      <w:r>
        <w:br/>
        <w:t>Звільним Батьківщину свою.</w:t>
      </w:r>
    </w:p>
    <w:p>
      <w:r>
        <w:br/>
        <w:t>Здобудемо свободу!</w:t>
      </w:r>
    </w:p>
    <w:p>
      <w:r>
        <w:br/>
        <w:t>Від ворога лютого</w:t>
      </w:r>
    </w:p>
    <w:p>
      <w:r>
        <w:br/>
        <w:t>Звільним Батьківщину свою.</w:t>
      </w:r>
    </w:p>
    <w:p>
      <w:r>
        <w:br/>
        <w:t>ЮНАЦЬКА</w:t>
      </w:r>
    </w:p>
    <w:p>
      <w:r>
        <w:br/>
        <w:t>Хмельницький, Мазепа, й Петлюра,</w:t>
      </w:r>
    </w:p>
    <w:p>
      <w:r>
        <w:br/>
        <w:t>І геній Великий Тарас,—</w:t>
      </w:r>
    </w:p>
    <w:p>
      <w:r>
        <w:br/>
        <w:t>Всі предки й заплакана мати</w:t>
      </w:r>
    </w:p>
    <w:p>
      <w:r>
        <w:br/>
        <w:t>Очима приникли до нас.</w:t>
      </w:r>
    </w:p>
    <w:p>
      <w:r>
        <w:br/>
        <w:t>Приспів:</w:t>
      </w:r>
    </w:p>
    <w:p>
      <w:r>
        <w:br/>
        <w:t>Вперед! Вперед! Вперед!</w:t>
      </w:r>
    </w:p>
    <w:p>
      <w:r>
        <w:br/>
        <w:t>За Волю й за Землю свою!</w:t>
      </w:r>
    </w:p>
    <w:p>
      <w:r>
        <w:br/>
        <w:t>Ми щастя, що зичила мати,</w:t>
      </w:r>
    </w:p>
    <w:p>
      <w:r>
        <w:br/>
        <w:t>Здобудем в жорстокім бою.</w:t>
      </w:r>
    </w:p>
    <w:p>
      <w:r>
        <w:br/>
        <w:t>Заграви стоять над землею,</w:t>
      </w:r>
    </w:p>
    <w:p>
      <w:r>
        <w:br/>
        <w:t>І попіл до сонця встає...</w:t>
      </w:r>
    </w:p>
    <w:p>
      <w:r>
        <w:br/>
        <w:t>Не буде Вітчизни твоєї,</w:t>
      </w:r>
    </w:p>
    <w:p>
      <w:r>
        <w:br/>
        <w:t>Як зрадить їй серце твоє.</w:t>
      </w:r>
    </w:p>
    <w:p>
      <w:r>
        <w:br/>
        <w:t>Приспів: Вперед! Вперед!..</w:t>
      </w:r>
    </w:p>
    <w:p>
      <w:r>
        <w:br/>
        <w:t>Велика твоя БАТЬКІВЩИНА</w:t>
      </w:r>
    </w:p>
    <w:p>
      <w:r>
        <w:br/>
        <w:t>До тебе й з могили встає.</w:t>
      </w:r>
    </w:p>
    <w:p>
      <w:r>
        <w:br/>
        <w:t>Тоді лиш навіки загине,</w:t>
      </w:r>
    </w:p>
    <w:p>
      <w:r>
        <w:br/>
        <w:t>Як зрадить їй серце твоє.</w:t>
      </w:r>
    </w:p>
    <w:p>
      <w:r>
        <w:br/>
        <w:t>Приспів: Вперед! Вперед!..</w:t>
      </w:r>
    </w:p>
    <w:p>
      <w:r>
        <w:br/>
        <w:t>Ніщо не злякає сміливих.</w:t>
      </w:r>
    </w:p>
    <w:p>
      <w:r>
        <w:br/>
        <w:t>Нехай начувається кат!</w:t>
      </w:r>
    </w:p>
    <w:p>
      <w:r>
        <w:br/>
        <w:t>Ми пройдем, як сонце і злива,</w:t>
      </w:r>
    </w:p>
    <w:p>
      <w:r>
        <w:br/>
        <w:t>Від Дону до синіх Карпат.</w:t>
      </w:r>
    </w:p>
    <w:p>
      <w:r>
        <w:br/>
        <w:t>Приспів: Вперед! Вперед!..</w:t>
      </w:r>
    </w:p>
    <w:p>
      <w:r>
        <w:br/>
        <w:t>Шаліють напасників зграї —</w:t>
      </w:r>
    </w:p>
    <w:p>
      <w:r>
        <w:br/>
        <w:t>Глумляться в безсилій злобі...</w:t>
      </w:r>
    </w:p>
    <w:p>
      <w:r>
        <w:br/>
        <w:t>Вітчизна твоя не вмирає,</w:t>
      </w:r>
    </w:p>
    <w:p>
      <w:r>
        <w:br/>
        <w:t>Бо вірно належить тобі.</w:t>
      </w:r>
    </w:p>
    <w:p>
      <w:r>
        <w:br/>
        <w:t>Приспів: Вперед! Вперед!..</w:t>
      </w:r>
    </w:p>
    <w:p>
      <w:r>
        <w:br/>
        <w:t>ВПЕРЕД, СОКОЛИ!</w:t>
      </w:r>
    </w:p>
    <w:p>
      <w:r>
        <w:br/>
        <w:t>(Юнацька пісня)</w:t>
      </w:r>
    </w:p>
    <w:p>
      <w:r>
        <w:br/>
        <w:t>Нема тої сили, щоб весну спинила</w:t>
      </w:r>
    </w:p>
    <w:p>
      <w:r>
        <w:br/>
        <w:t>І квітам звеліла не рости.</w:t>
      </w:r>
    </w:p>
    <w:p>
      <w:r>
        <w:br/>
        <w:t>Хоч матінка мила в журбі посивіла,</w:t>
      </w:r>
    </w:p>
    <w:p>
      <w:r>
        <w:br/>
        <w:t>Так нам присудила цвісти!</w:t>
      </w:r>
    </w:p>
    <w:p>
      <w:r>
        <w:br/>
        <w:t>Приспів:</w:t>
      </w:r>
    </w:p>
    <w:p>
      <w:r>
        <w:br/>
        <w:t>Вперед, соколи! До сонця й волі!</w:t>
      </w:r>
    </w:p>
    <w:p>
      <w:r>
        <w:br/>
        <w:t>Як маки, під бурею ми цвітем.</w:t>
      </w:r>
    </w:p>
    <w:p>
      <w:r>
        <w:br/>
        <w:t>Героїв діти, ми будем жити</w:t>
      </w:r>
    </w:p>
    <w:p>
      <w:r>
        <w:br/>
        <w:t>Землею володіти, залізом і вогнем.</w:t>
      </w:r>
    </w:p>
    <w:p>
      <w:r>
        <w:br/>
        <w:t>Нема того ката, щоб вирив Карпати</w:t>
      </w:r>
    </w:p>
    <w:p>
      <w:r>
        <w:br/>
        <w:t>І зміг поковтати степи.</w:t>
      </w:r>
    </w:p>
    <w:p>
      <w:r>
        <w:br/>
        <w:t>Хоч рідная мати в журбі розіп'ята,</w:t>
      </w:r>
    </w:p>
    <w:p>
      <w:r>
        <w:br/>
        <w:t>Так серце завзяте кипить!</w:t>
      </w:r>
    </w:p>
    <w:p>
      <w:r>
        <w:br/>
        <w:t>Приспів.</w:t>
      </w:r>
    </w:p>
    <w:p>
      <w:r>
        <w:br/>
        <w:t>Хай ворог лютує, хай знає і чує,</w:t>
      </w:r>
    </w:p>
    <w:p>
      <w:r>
        <w:br/>
        <w:t>Хай чує погибіль свою!</w:t>
      </w:r>
    </w:p>
    <w:p>
      <w:r>
        <w:br/>
        <w:t>В годину відплати ніщо не врятує</w:t>
      </w:r>
    </w:p>
    <w:p>
      <w:r>
        <w:br/>
        <w:t>Його від розплати в бою!</w:t>
      </w:r>
    </w:p>
    <w:p>
      <w:r>
        <w:br/>
        <w:t>Приспів.</w:t>
      </w:r>
    </w:p>
    <w:p>
      <w:r>
        <w:br/>
        <w:t>Весна знов ітиме, Вітчизна цвістиме,</w:t>
      </w:r>
    </w:p>
    <w:p>
      <w:r>
        <w:br/>
        <w:t>І сонце пливтиме золоте!</w:t>
      </w:r>
    </w:p>
    <w:p>
      <w:r>
        <w:br/>
        <w:t>І матінка мила, що нас так любила,</w:t>
      </w:r>
    </w:p>
    <w:p>
      <w:r>
        <w:br/>
        <w:t>Всміхнеться нам мило за те.</w:t>
      </w:r>
    </w:p>
    <w:p>
      <w:r>
        <w:br/>
        <w:t>Приспів.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Пісні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