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Мауґлі проти людей</w:t>
      </w:r>
    </w:p>
    <w:p>
      <w:r>
        <w:br/>
        <w:t xml:space="preserve"> Я лози прудконогі накличу на вас,&lt;br /&gt;</w:t>
        <w:br/>
        <w:t>Занедбані пороги укриє трава,&lt;br /&gt;</w:t>
        <w:br/>
        <w:t>Осиплеться покрівля&lt;br /&gt;</w:t>
        <w:br/>
        <w:t>Із ваших осель&lt;br /&gt;</w:t>
        <w:br/>
        <w:t>І лиш кропивою, пекучою злою&lt;br /&gt;</w:t>
        <w:br/>
        <w:t>Покриється все!</w:t>
      </w:r>
    </w:p>
    <w:p>
      <w:r>
        <w:br/>
        <w:t>Над вулицями віти зімкнуть чагарі,&lt;br /&gt;</w:t>
        <w:br/>
        <w:t>Оселиться в повітках кажанячий рід,&lt;br /&gt;</w:t>
        <w:br/>
        <w:t>І змії будуть жити&lt;br /&gt;</w:t>
        <w:br/>
        <w:t>В старих подушках –&lt;br /&gt;</w:t>
        <w:br/>
        <w:t>І під кропивою, густою німою&lt;br /&gt;</w:t>
        <w:br/>
        <w:t>Народиться страх!</w:t>
      </w:r>
    </w:p>
    <w:p>
      <w:r>
        <w:br/>
        <w:t>І місяць піде кругом, накличе біду,&lt;br /&gt;</w:t>
        <w:br/>
        <w:t>І вірні мої слуги за вами прийдуть,&lt;br /&gt;</w:t>
        <w:br/>
        <w:t>І гнатимуть вас звірі&lt;br /&gt;</w:t>
        <w:br/>
        <w:t>Поки впадете –&lt;br /&gt;</w:t>
        <w:br/>
        <w:t>Нехай кропивою, жалкою пустою&lt;br /&gt;</w:t>
        <w:br/>
        <w:t>Усе заросте!</w:t>
      </w:r>
    </w:p>
    <w:p>
      <w:r>
        <w:br/>
        <w:t>Вони пройдуть незримо по вашій землі,&lt;br /&gt;</w:t>
        <w:br/>
        <w:t>Стада підуть за ними і витопчуть хліб,&lt;br /&gt;</w:t>
        <w:br/>
        <w:t>Шукатимете зерна&lt;br /&gt;</w:t>
        <w:br/>
        <w:t>На збитих полях,&lt;br /&gt;</w:t>
        <w:br/>
        <w:t>Та лиш кропивою, голодною тьмою&lt;br /&gt;</w:t>
        <w:br/>
        <w:t>Простелеться шлях!..</w:t>
      </w:r>
    </w:p>
    <w:p>
      <w:r>
        <w:br/>
        <w:t>Я лози клишоногі накличу на вас,&lt;br /&gt;</w:t>
        <w:br/>
        <w:t>Занедбані пороги укриє трава.&lt;br /&gt;</w:t>
        <w:br/>
        <w:t>Дерева! Нищіть крівлі&lt;br /&gt;</w:t>
        <w:br/>
        <w:t>І стіни трясіть,&lt;br /&gt;</w:t>
        <w:br/>
        <w:t>Нехай кропивою, лиш нею самою&lt;br /&gt;</w:t>
        <w:br/>
        <w:t>Покриються всі!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Мауґлі проти людей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