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Гайавату</w:t>
      </w:r>
    </w:p>
    <w:p>
      <w:r>
        <w:br/>
        <w:t xml:space="preserve"> Пісня про Гайавату&lt;br /&gt;</w:t>
        <w:br/>
        <w:t>В перекладі Олександа Олеся.</w:t>
      </w:r>
    </w:p>
    <w:p>
      <w:r>
        <w:br/>
        <w:t>ПРОЛОГ</w:t>
      </w:r>
    </w:p>
    <w:p>
      <w:r>
        <w:br/>
        <w:t>Як спитаєте мене ви —&lt;br /&gt;</w:t>
        <w:br/>
        <w:t>Звідки сі казки й легенди,&lt;br /&gt;</w:t>
        <w:br/>
        <w:t>Повні пахощів весняних,&lt;br /&gt;</w:t>
        <w:br/>
        <w:t>Холодку долин зелених,&lt;br /&gt;</w:t>
        <w:br/>
        <w:t>Диму легкого вігвамів ,&lt;br /&gt;</w:t>
        <w:br/>
        <w:t>Шуму-реву водоспадів,&lt;br /&gt;</w:t>
        <w:br/>
        <w:t>Реву дикого, страшного,&lt;br /&gt;</w:t>
        <w:br/>
        <w:t>Як громи, що в горах трублять,&lt;br /&gt;</w:t>
        <w:br/>
        <w:t>Я скажу вам, відповім вам:</w:t>
      </w:r>
    </w:p>
    <w:p>
      <w:r>
        <w:br/>
        <w:t>"Із лісів, степів пустельних,&lt;br /&gt;</w:t>
        <w:br/>
        <w:t>Із озер Країни Снігу,&lt;br /&gt;</w:t>
        <w:br/>
        <w:t>З сторони Оджибуеїв,&lt;br /&gt;</w:t>
        <w:br/>
        <w:t>З сторони Дакотів диких,</w:t>
      </w:r>
    </w:p>
    <w:p>
      <w:r>
        <w:br/>
        <w:t>і</w:t>
      </w:r>
    </w:p>
    <w:p>
      <w:r>
        <w:br/>
        <w:t>Значення індіанських слів&lt;br /&gt;</w:t>
        <w:br/>
        <w:t>у словнику в кінці книжки.</w:t>
      </w:r>
    </w:p>
    <w:p>
      <w:r>
        <w:br/>
        <w:t>З гір і тундр, із саг і багон,&lt;br /&gt;</w:t>
        <w:br/>
        <w:t>Де блука між осокою&lt;br /&gt;</w:t>
        <w:br/>
        <w:t>Чапля сизая — Шух-шух-га.&lt;br /&gt;</w:t>
        <w:br/>
        <w:t>Знов кажу я вам — казки сі,&lt;br /&gt;</w:t>
        <w:br/>
        <w:t>Сі старі оповідання,&lt;br /&gt;</w:t>
        <w:br/>
        <w:t>Сі поспів'я На вад а ги,&lt;br /&gt;</w:t>
        <w:br/>
        <w:t>Незрівнянного музики".</w:t>
      </w:r>
    </w:p>
    <w:p>
      <w:r>
        <w:br/>
        <w:t>Як спитаєте — де чув їх,&lt;br /&gt;</w:t>
        <w:br/>
        <w:t>Де знайшов їх Навадага,&lt;br /&gt;</w:t>
        <w:br/>
        <w:t>Я скажу вам, відповім вам:&lt;br /&gt;</w:t>
        <w:br/>
        <w:t>"В гніздах птахів, в нетрях лісу,&lt;br /&gt;</w:t>
        <w:br/>
        <w:t>На ставах в бобрових норах,&lt;br /&gt;</w:t>
        <w:br/>
        <w:t>На лугах в слідах бізонів,&lt;br /&gt;</w:t>
        <w:br/>
        <w:t>Серед скель в орлячих гніздах.</w:t>
      </w:r>
    </w:p>
    <w:p>
      <w:r>
        <w:br/>
        <w:t>Сі пісні пташки співали&lt;br /&gt;</w:t>
        <w:br/>
        <w:t>На болотах і на багнах,&lt;br /&gt;</w:t>
        <w:br/>
        <w:t>В тундрах Півночі сумної.&lt;br /&gt;</w:t>
        <w:br/>
        <w:t>Читовейк-стрибун співав їх,&lt;br /&gt;</w:t>
        <w:br/>
        <w:t>Манг — норець і гуска — Вава,&lt;br /&gt;</w:t>
        <w:br/>
        <w:t>Чапля сизая — Шух-шух-га&lt;br /&gt;</w:t>
        <w:br/>
        <w:t>І глухарка — Мушкодаза".</w:t>
      </w:r>
    </w:p>
    <w:p>
      <w:r>
        <w:br/>
        <w:t>Коли б далі ви спитали:&lt;br /&gt;</w:t>
        <w:br/>
        <w:t>"Хто ж то єсть той Навадага?&lt;br /&gt;</w:t>
        <w:br/>
        <w:t>Розкажи про Навадагу!" —&lt;br /&gt;</w:t>
        <w:br/>
        <w:t>На питання б відповів я,&lt;br /&gt;</w:t>
        <w:br/>
        <w:t>Відповів би таким словом:</w:t>
      </w:r>
    </w:p>
    <w:p>
      <w:r>
        <w:br/>
        <w:t>"Там, в долині Тавазснта,&lt;br /&gt;</w:t>
        <w:br/>
        <w:t>Серед тиші пишних луків,&lt;br /&gt;</w:t>
        <w:br/>
        <w:t>Між потоками-громами&lt;br /&gt;</w:t>
        <w:br/>
        <w:t>Жив музика Навадага.</w:t>
      </w:r>
    </w:p>
    <w:p>
      <w:r>
        <w:br/>
        <w:t>Круг вігвамів індіанських&lt;br /&gt;</w:t>
        <w:br/>
        <w:t>Розстилались ниви, луки,&lt;br /&gt;</w:t>
        <w:br/>
        <w:t>Вдалині шуміли сосни,&lt;br /&gt;</w:t>
        <w:br/>
        <w:t>Бір стояв, зелений влітку,&lt;br /&gt;</w:t>
        <w:br/>
        <w:t>Білий, сивий в день зимовий,&lt;br /&gt;</w:t>
        <w:br/>
        <w:t>Повний співу і зітхання.</w:t>
      </w:r>
    </w:p>
    <w:p>
      <w:r>
        <w:br/>
        <w:t>Гей, веселі ті потоки&lt;br /&gt;</w:t>
        <w:br/>
        <w:t>Кожний здалеку пізнав би&lt;br /&gt;</w:t>
        <w:br/>
        <w:t>По їх поводі весною,&lt;br /&gt;</w:t>
        <w:br/>
        <w:t>По сріблястих вільхах влітку,&lt;br /&gt;</w:t>
        <w:br/>
        <w:t>По тумані в день осінній,&lt;br /&gt;</w:t>
        <w:br/>
        <w:t>А зимою по тих хвилях,&lt;br /&gt;</w:t>
        <w:br/>
        <w:t>Що припали білим снігом.&lt;br /&gt;</w:t>
        <w:br/>
        <w:t>Ось де жив той Навадага,—&lt;br /&gt;</w:t>
        <w:br/>
        <w:t>У долині Тавазента&lt;br /&gt;</w:t>
        <w:br/>
        <w:t>Серед тиші пишних луків".</w:t>
      </w:r>
    </w:p>
    <w:p>
      <w:r>
        <w:br/>
        <w:t>Там мені співав він пісню,&lt;br /&gt;</w:t>
        <w:br/>
        <w:t>Говорив про Гаявату,&lt;br /&gt;</w:t>
        <w:br/>
        <w:t>Про той день, коли він вперше&lt;br /&gt;</w:t>
        <w:br/>
        <w:t>Сей предивний світ угледів,&lt;br /&gt;</w:t>
        <w:br/>
        <w:t>Як він жив і як молився,&lt;br /&gt;</w:t>
        <w:br/>
        <w:t>Як він з сили вибивався,&lt;br /&gt;</w:t>
        <w:br/>
        <w:t>Як за свій народ боровся,&lt;br /&gt;</w:t>
        <w:br/>
        <w:t>За його щасливу долю.</w:t>
      </w:r>
    </w:p>
    <w:p>
      <w:r>
        <w:br/>
        <w:t>Ви, хто любите природу,&lt;br /&gt;</w:t>
        <w:br/>
        <w:t>Сутінь лісу, шелест листя,&lt;br /&gt;</w:t>
        <w:br/>
        <w:t>В сяйві сонячнім долину,&lt;br /&gt;</w:t>
        <w:br/>
        <w:t>І дощі, і завірюхи,&lt;br /&gt;</w:t>
        <w:br/>
        <w:t>І річки, що рвуться вдалеч&lt;br /&gt;</w:t>
        <w:br/>
        <w:t>В неприступних нетрях бору,&lt;br /&gt;</w:t>
        <w:br/>
        <w:t>І на горах грюкіт грому,</w:t>
      </w:r>
    </w:p>
    <w:p>
      <w:r>
        <w:br/>
        <w:t>Що лунає — наче б'ються,&lt;br /&gt;</w:t>
        <w:br/>
        <w:t>Лопотять орлині крила,—&lt;br /&gt;</w:t>
        <w:br/>
        <w:t>Ви послухайте сю пісню&lt;br /&gt;</w:t>
        <w:br/>
        <w:t>Непочатої природи —&lt;br /&gt;</w:t>
        <w:br/>
        <w:t>Пісню сю про Гаявату.</w:t>
      </w:r>
    </w:p>
    <w:p>
      <w:r>
        <w:br/>
        <w:t>Ви, хто любите легенди&lt;br /&gt;</w:t>
        <w:br/>
        <w:t>І красу балад народних,&lt;br /&gt;</w:t>
        <w:br/>
        <w:t>Сей далекий, ніжний голос&lt;br /&gt;</w:t>
        <w:br/>
        <w:t>Днів, давно-давно минулих,&lt;br /&gt;</w:t>
        <w:br/>
        <w:t>Голос тихої задуми,&lt;br /&gt;</w:t>
        <w:br/>
        <w:t>Що бринить нам ледве чутно,&lt;br /&gt;</w:t>
        <w:br/>
        <w:t>Так наївно, що не знаєш:&lt;br /&gt;</w:t>
        <w:br/>
        <w:t>Пісня се чи, може, казка,—&lt;br /&gt;</w:t>
        <w:br/>
        <w:t>Ви послухайте і сюю&lt;br /&gt;</w:t>
        <w:br/>
        <w:t>Оджибвейськую легенду,&lt;br /&gt;</w:t>
        <w:br/>
        <w:t>Що співа про Гаявату.</w:t>
      </w:r>
    </w:p>
    <w:p>
      <w:r>
        <w:br/>
        <w:t>Ви, в чиїм серці не погасла&lt;br /&gt;</w:t>
        <w:br/>
        <w:t>Віра в Бога і природу,&lt;br /&gt;</w:t>
        <w:br/>
        <w:t>В іскру Божу у людини,&lt;br /&gt;</w:t>
        <w:br/>
        <w:t>Ви, хто знаєте, що завжди&lt;br /&gt;</w:t>
        <w:br/>
        <w:t>Людське серце знало муки,&lt;br /&gt;</w:t>
        <w:br/>
        <w:t>Знало сумніви і сльози&lt;br /&gt;</w:t>
        <w:br/>
        <w:t>І у царство правди рвалось,&lt;br /&gt;</w:t>
        <w:br/>
        <w:t>Що крізь темряву глибоку&lt;br /&gt;</w:t>
        <w:br/>
        <w:t>Нас веде рука Господня&lt;br /&gt;</w:t>
        <w:br/>
        <w:t>І підтримує у стомі,—&lt;br /&gt;</w:t>
        <w:br/>
        <w:t>Ви послухайте сей щирий,&lt;br /&gt;</w:t>
        <w:br/>
        <w:t>Сей переказ первостайний,&lt;br /&gt;</w:t>
        <w:br/>
        <w:t>Пісню сю про Гаявату.</w:t>
      </w:r>
    </w:p>
    <w:p>
      <w:r>
        <w:br/>
        <w:t>Ви, що ходите весною&lt;br /&gt;</w:t>
        <w:br/>
        <w:t>По околицях зелених,&lt;br /&gt;</w:t>
        <w:br/>
        <w:t>Де схиливсь на огорожу,</w:t>
      </w:r>
    </w:p>
    <w:p>
      <w:r>
        <w:br/>
        <w:t>Що посивіла від моху,&lt;br /&gt;</w:t>
        <w:br/>
        <w:t>Барбарис гіллям червоним;&lt;br /&gt;</w:t>
        <w:br/>
        <w:t>Ви, що іноді в задумі&lt;br /&gt;</w:t>
        <w:br/>
        <w:t>Сидите на кладовищі&lt;br /&gt;</w:t>
        <w:br/>
        <w:t>І прочитуєте напис&lt;br /&gt;</w:t>
        <w:br/>
        <w:t>На пожовклому камінні,&lt;br /&gt;</w:t>
        <w:br/>
        <w:t>Напис простий, нскрикливмй,&lt;br /&gt;</w:t>
        <w:br/>
        <w:t>Але повний смутку-горя.&lt;br /&gt;</w:t>
        <w:br/>
        <w:t>Повний віри і любові,—&lt;br /&gt;</w:t>
        <w:br/>
        <w:t>Ви й сей напис прочитайте&lt;br /&gt;</w:t>
        <w:br/>
        <w:t>Над могилою старою —&lt;br /&gt;</w:t>
        <w:br/>
        <w:t>Пісню сю про Гаявату.</w:t>
      </w:r>
    </w:p>
    <w:p>
      <w:r>
        <w:br/>
        <w:t>І</w:t>
      </w:r>
    </w:p>
    <w:p>
      <w:r>
        <w:br/>
        <w:t>ЛЮЛЬКА ЗГОДИ</w:t>
      </w:r>
    </w:p>
    <w:p>
      <w:r>
        <w:br/>
        <w:t>На верхів'ї Скель Червоних,&lt;br /&gt;</w:t>
        <w:br/>
        <w:t>Скель Великої Плащини,&lt;br /&gt;</w:t>
        <w:br/>
        <w:t>Там стояв Життя Владика,&lt;br /&gt;</w:t>
        <w:br/>
        <w:t>Гітчі-Маніто могучий,&lt;br /&gt;</w:t>
        <w:br/>
        <w:t>І з верхів'я Скель Червоних&lt;br /&gt;</w:t>
        <w:br/>
        <w:t>Він до себе звав народи,&lt;br /&gt;</w:t>
        <w:br/>
        <w:t>Звідусіль людей скликав він.</w:t>
      </w:r>
    </w:p>
    <w:p>
      <w:r>
        <w:br/>
        <w:t>Від слідів його неслася&lt;br /&gt;</w:t>
        <w:br/>
        <w:t>І тремтіла в сяйві ранку&lt;br /&gt;</w:t>
        <w:br/>
        <w:t>Річка, падаючи з кручі&lt;br /&gt;</w:t>
        <w:br/>
        <w:t>І займаючись мітлою.&lt;br /&gt;</w:t>
        <w:br/>
        <w:t>І провів перстом Владика&lt;br /&gt;</w:t>
        <w:br/>
        <w:t>Путь лучкову по долині&lt;br /&gt;</w:t>
        <w:br/>
        <w:t>І сказав, провівши, річці:&lt;br /&gt;</w:t>
        <w:br/>
        <w:t>"Ось тобі навік дорога".</w:t>
      </w:r>
    </w:p>
    <w:p>
      <w:r>
        <w:br/>
        <w:t>Від червоного бескета&lt;br /&gt;</w:t>
        <w:br/>
        <w:t>Одломив рукою камінь&lt;br /&gt;</w:t>
        <w:br/>
        <w:t>І зліпив із нього люльку,&lt;br /&gt;</w:t>
        <w:br/>
        <w:t>І оздобив візерунком;&lt;br /&gt;</w:t>
        <w:br/>
        <w:t>А над річкою він вирвав&lt;br /&gt;</w:t>
        <w:br/>
        <w:t>Очеретяну стеблину&lt;br /&gt;</w:t>
        <w:br/>
        <w:t>І цибух зробив для люльки;</w:t>
      </w:r>
    </w:p>
    <w:p>
      <w:r>
        <w:br/>
        <w:t>І червоною корою&lt;br /&gt;</w:t>
        <w:br/>
        <w:t>Із лози набив він люльку,&lt;br /&gt;</w:t>
        <w:br/>
        <w:t>І дихнув на ліс зелений.&lt;br /&gt;</w:t>
        <w:br/>
        <w:t>І від подиху у лісі&lt;br /&gt;</w:t>
        <w:br/>
        <w:t>Загойдались раптом віти&lt;br /&gt;</w:t>
        <w:br/>
        <w:t>І, зустрівшись, зайнялися;&lt;br /&gt;</w:t>
        <w:br/>
        <w:t>І на горах на високих&lt;br /&gt;</w:t>
        <w:br/>
        <w:t>Запалив їм Люльку Згоди&lt;br /&gt;</w:t>
        <w:br/>
        <w:t>Гітчі-Маніто могучий&lt;br /&gt;</w:t>
        <w:br/>
        <w:t>На ознаку, що на раду&lt;br /&gt;</w:t>
        <w:br/>
        <w:t>Всі народи він скликає.</w:t>
      </w:r>
    </w:p>
    <w:p>
      <w:r>
        <w:br/>
        <w:t>Вився дим поволі, тихо&lt;br /&gt;</w:t>
        <w:br/>
        <w:t>В сяйві сонячного ранку:&lt;br /&gt;</w:t>
        <w:br/>
        <w:t>Спочатку — мов темна смужка,&lt;br /&gt;</w:t>
        <w:br/>
        <w:t>Потім — наче синя пара,&lt;br /&gt;</w:t>
        <w:br/>
        <w:t>Закруглявся у повітрі,&lt;br /&gt;</w:t>
        <w:br/>
        <w:t>Як зимою ліс верхів'ям,&lt;br /&gt;</w:t>
        <w:br/>
        <w:t>Сніжно-білими клубками&lt;br /&gt;</w:t>
        <w:br/>
        <w:t>Плив все вгору, вище й вище&lt;br /&gt;</w:t>
        <w:br/>
        <w:t>І торкнувся врешті неба,&lt;br /&gt;</w:t>
        <w:br/>
        <w:t>І розлився, розкотився&lt;br /&gt;</w:t>
        <w:br/>
        <w:t>В сизих хвилях над землею.</w:t>
      </w:r>
    </w:p>
    <w:p>
      <w:r>
        <w:br/>
        <w:t>Із долини Тавазснта,&lt;br /&gt;</w:t>
        <w:br/>
        <w:t>Із долини Вайомінга,&lt;br /&gt;</w:t>
        <w:br/>
        <w:t>Із лісної Тоскалузи,&lt;br /&gt;</w:t>
        <w:br/>
        <w:t>Від Скелястих Гір далеких,&lt;br /&gt;</w:t>
        <w:br/>
        <w:t>Від озер Країни Снігу,—&lt;br /&gt;</w:t>
        <w:br/>
        <w:t>Звідусіль усі народи&lt;br /&gt;</w:t>
        <w:br/>
        <w:t>Дим угледіли на небі,&lt;br /&gt;</w:t>
        <w:br/>
        <w:t>Дим, що йшов із Люльки Згоди.</w:t>
      </w:r>
    </w:p>
    <w:p>
      <w:r>
        <w:br/>
        <w:t>І пророки всіх народів&lt;br /&gt;</w:t>
        <w:br/>
        <w:t>їм сказали: "То Поквана!&lt;br /&gt;</w:t>
        <w:br/>
        <w:t>Сим далеким синім димом,&lt;br /&gt;</w:t>
        <w:br/>
        <w:t>Що лозою в небі в'ється,&lt;br /&gt;</w:t>
        <w:br/>
        <w:t>Що рукою наче кличе,&lt;br /&gt;</w:t>
        <w:br/>
        <w:t>Гітчі-Маніто могучий&lt;br /&gt;</w:t>
        <w:br/>
        <w:t>Зве до себе на пораду&lt;br /&gt;</w:t>
        <w:br/>
        <w:t>Всіх людей, усі народи".</w:t>
      </w:r>
    </w:p>
    <w:p>
      <w:r>
        <w:br/>
        <w:t>По річках, лугах збігались&lt;br /&gt;</w:t>
        <w:br/>
        <w:t>І збиралися народи:&lt;br /&gt;</w:t>
        <w:br/>
        <w:t>Йшли Чоктоси і Команчі,&lt;br /&gt;</w:t>
        <w:br/>
        <w:t>Йшли Гурони і Мендсни,&lt;br /&gt;</w:t>
        <w:br/>
        <w:t>Дславсри і Могоки,&lt;br /&gt;</w:t>
        <w:br/>
        <w:t>Йшли Шошони і Омоги,&lt;br /&gt;</w:t>
        <w:br/>
        <w:t>Пони йшли і Чорноногі,&lt;br /&gt;</w:t>
        <w:br/>
        <w:t>Оджибвсї і Дакоти&lt;br /&gt;</w:t>
        <w:br/>
        <w:t>До Великої Плащини&lt;br /&gt;</w:t>
        <w:br/>
        <w:t>Перед світлі Божі очі.</w:t>
      </w:r>
    </w:p>
    <w:p>
      <w:r>
        <w:br/>
        <w:t>В зброях всі, в яскравих фарбах.&lt;br /&gt;</w:t>
        <w:br/>
        <w:t>Як дерева в час осінній,&lt;br /&gt;</w:t>
        <w:br/>
        <w:t>Наче ранок на світанні,&lt;br /&gt;</w:t>
        <w:br/>
        <w:t>Всі зійшлись вони в долині</w:t>
      </w:r>
    </w:p>
    <w:p>
      <w:r>
        <w:br/>
        <w:t>З ворожнечею у душах.&lt;br /&gt;</w:t>
        <w:br/>
        <w:t>В їх очах — смертельний виклик,&lt;br /&gt;</w:t>
        <w:br/>
        <w:t>В їх серцях — звіряча лютість,&lt;br /&gt;</w:t>
        <w:br/>
        <w:t>Вікове бажання помсти —&lt;br /&gt;</w:t>
        <w:br/>
        <w:t>Заповіт страшний від предків.</w:t>
      </w:r>
    </w:p>
    <w:p>
      <w:r>
        <w:br/>
        <w:t>Але тихо і ласкаво&lt;br /&gt;</w:t>
        <w:br/>
        <w:t>Подивився Милосердний,&lt;br /&gt;</w:t>
        <w:br/>
        <w:t>Гітчі-Маніто могучий.&lt;br /&gt;</w:t>
        <w:br/>
        <w:t>Наче батько, подивився&lt;br /&gt;</w:t>
        <w:br/>
        <w:t>На дитячу ворожнечу&lt;br /&gt;</w:t>
        <w:br/>
        <w:t>І простяг над ними руку,&lt;br /&gt;</w:t>
        <w:br/>
        <w:t>Тінь руки простяг над ними,&lt;br /&gt;</w:t>
        <w:br/>
        <w:t>Щоб серця їх заспокоїть,&lt;br /&gt;</w:t>
        <w:br/>
        <w:t>Втихомирити їх душі.</w:t>
      </w:r>
    </w:p>
    <w:p>
      <w:r>
        <w:br/>
        <w:t>І ясний величний голос,&lt;br /&gt;</w:t>
        <w:br/>
        <w:t>Як поток, що з гір несеться,&lt;br /&gt;</w:t>
        <w:br/>
        <w:t>Як поток, що пада в прірву,&lt;br /&gt;</w:t>
        <w:br/>
        <w:t>Пролунав до всіх народів:&lt;br /&gt;</w:t>
        <w:br/>
        <w:t>"Діти! Слухайте уважно&lt;br /&gt;</w:t>
        <w:br/>
        <w:t>Мудре слово і пораду,&lt;br /&gt;</w:t>
        <w:br/>
        <w:t>Що вам скаже, нерозумним,&lt;br /&gt;</w:t>
        <w:br/>
        <w:t>Той, хто дав життя всім людям.</w:t>
      </w:r>
    </w:p>
    <w:p>
      <w:r>
        <w:br/>
        <w:t>Дав я землю вам для ловів,&lt;br /&gt;</w:t>
        <w:br/>
        <w:t>Дав вам води для рибальства,&lt;br /&gt;</w:t>
        <w:br/>
        <w:t>Дав ведмедя і бізона,&lt;br /&gt;</w:t>
        <w:br/>
        <w:t>Дав вам сарну і оленя,&lt;br /&gt;</w:t>
        <w:br/>
        <w:t>Дав бобра вам і козарку,&lt;br /&gt;</w:t>
        <w:br/>
        <w:t>Напустив я риби в ріки,&lt;br /&gt;</w:t>
        <w:br/>
        <w:t>На болота — диких птахів,—&lt;br /&gt;</w:t>
        <w:br/>
        <w:t>Що ж примушує вас нищить,&lt;br /&gt;</w:t>
        <w:br/>
        <w:t>Убивать один другого?</w:t>
      </w:r>
    </w:p>
    <w:p>
      <w:r>
        <w:br/>
        <w:t>Я стомивсь від ваших сварок,&lt;br /&gt;</w:t>
        <w:br/>
        <w:t>Від незгод і суперечок,&lt;br /&gt;</w:t>
        <w:br/>
        <w:t>Від кривавих війн народних,&lt;br /&gt;</w:t>
        <w:br/>
        <w:t>Молитов про помсту люту...&lt;br /&gt;</w:t>
        <w:br/>
        <w:t>Ваша сила тільки в згоді,&lt;br /&gt;</w:t>
        <w:br/>
        <w:t>А безсилля — в ворожнечі!&lt;br /&gt;</w:t>
        <w:br/>
        <w:t>Помиріться ж, мої діти,&lt;br /&gt;</w:t>
        <w:br/>
        <w:t>Будьте друзями, братами!</w:t>
      </w:r>
    </w:p>
    <w:p>
      <w:r>
        <w:br/>
        <w:t>І Пророк на землю прийде,&lt;br /&gt;</w:t>
        <w:br/>
        <w:t>І покаже вам дорогу&lt;br /&gt;</w:t>
        <w:br/>
        <w:t>До покути, до спасіння.&lt;br /&gt;</w:t>
        <w:br/>
        <w:t>І ви мусите коритись&lt;br /&gt;</w:t>
        <w:br/>
        <w:t>Всім його порадам мудрим.&lt;br /&gt;</w:t>
        <w:br/>
        <w:t>І на зораному полі&lt;br /&gt;</w:t>
        <w:br/>
        <w:t>Ралом праці і любові&lt;br /&gt;</w:t>
        <w:br/>
        <w:t>Зійдуть квіти долі-щастя.&lt;br /&gt;</w:t>
        <w:br/>
        <w:t>Діти! Слухайте Пророка,&lt;br /&gt;</w:t>
        <w:br/>
        <w:t>Бо потонете у крові,&lt;br /&gt;</w:t>
        <w:br/>
        <w:t>Бо пов'янете, як листя.</w:t>
      </w:r>
    </w:p>
    <w:p>
      <w:r>
        <w:br/>
        <w:t>Окуніться ж ви в джерело,&lt;br /&gt;</w:t>
        <w:br/>
        <w:t>Що сріблиться перед вами,&lt;br /&gt;</w:t>
        <w:br/>
        <w:t>Змийте фарби, фарби бою,&lt;br /&gt;</w:t>
        <w:br/>
        <w:t>Змийте з тіла плями крові,&lt;br /&gt;</w:t>
        <w:br/>
        <w:t>Закопайте свою зброю,&lt;br /&gt;</w:t>
        <w:br/>
        <w:t>Люльки висічіть з каміння,&lt;br /&gt;</w:t>
        <w:br/>
        <w:t>Очерету наламайте&lt;br /&gt;</w:t>
        <w:br/>
        <w:t>І, оздобивши їх пір'ям,&lt;br /&gt;</w:t>
        <w:br/>
        <w:t>Запаліть собі на згоду&lt;br /&gt;</w:t>
        <w:br/>
        <w:t>І живіть віки братами!"</w:t>
      </w:r>
    </w:p>
    <w:p>
      <w:r>
        <w:br/>
        <w:t>Так сказав Життя Владика.&lt;br /&gt;</w:t>
        <w:br/>
        <w:t>І покидали на землю&lt;br /&gt;</w:t>
        <w:br/>
        <w:t>Вояки ганебну зброю,&lt;br /&gt;</w:t>
        <w:br/>
        <w:t>Поскидали всі убрання&lt;br /&gt;</w:t>
        <w:br/>
        <w:t>Із оленячої шкури&lt;br /&gt;</w:t>
        <w:br/>
        <w:t>І до берега побігли&lt;br /&gt;</w:t>
        <w:br/>
        <w:t>Змити фарби — плями бою.&lt;br /&gt;</w:t>
        <w:br/>
        <w:t>Від слідів Творця лилася&lt;br /&gt;</w:t>
        <w:br/>
        <w:t>Річка хвилею ясною,&lt;br /&gt;</w:t>
        <w:br/>
        <w:t>Обливала кров на тілі&lt;br /&gt;</w:t>
        <w:br/>
        <w:t>І, обмивши, червоніла,&lt;br /&gt;</w:t>
        <w:br/>
        <w:t>І, спускаючись все нижче,&lt;br /&gt;</w:t>
        <w:br/>
        <w:t>З кров'ю змішана, зникала.</w:t>
      </w:r>
    </w:p>
    <w:p>
      <w:r>
        <w:br/>
        <w:t>Змивши фарби, плями бою,&lt;br /&gt;</w:t>
        <w:br/>
        <w:t>Вояки на берег вийшли&lt;br /&gt;</w:t>
        <w:br/>
        <w:t>І у землю закопали&lt;br /&gt;</w:t>
        <w:br/>
        <w:t>Свої палиці і зброю.&lt;br /&gt;</w:t>
        <w:br/>
        <w:t>І дітей своїх Владика,&lt;br /&gt;</w:t>
        <w:br/>
        <w:t>Гітчі-Маніто могучий,&lt;br /&gt;</w:t>
        <w:br/>
        <w:t>Стрів усмішкою ясною.</w:t>
      </w:r>
    </w:p>
    <w:p>
      <w:r>
        <w:br/>
        <w:t>Із червоного каміння&lt;br /&gt;</w:t>
        <w:br/>
        <w:t>Всі зробили мовчки люльки,&lt;br /&gt;</w:t>
        <w:br/>
        <w:t>Очерету наламали&lt;br /&gt;</w:t>
        <w:br/>
        <w:t>І оздобили їх пір'ям,&lt;br /&gt;</w:t>
        <w:br/>
        <w:t>І іти додому стали&lt;br /&gt;</w:t>
        <w:br/>
        <w:t>В ту хвилину, як завіса&lt;br /&gt;</w:t>
        <w:br/>
        <w:t>Темних хмар заколихалась&lt;br /&gt;</w:t>
        <w:br/>
        <w:t>І у дверях світлих неба&lt;br /&gt;</w:t>
        <w:br/>
        <w:t>Гітчі-Маніто сховався,&lt;br /&gt;</w:t>
        <w:br/>
        <w:t>Оповитий білим димом,&lt;br /&gt;</w:t>
        <w:br/>
        <w:t>Білим димом Люльки Згоди.</w:t>
      </w:r>
    </w:p>
    <w:p>
      <w:r>
        <w:br/>
        <w:t>II</w:t>
      </w:r>
    </w:p>
    <w:p>
      <w:r>
        <w:br/>
        <w:t>ЧОТИРИ ВІТРИ</w:t>
      </w:r>
    </w:p>
    <w:p>
      <w:r>
        <w:br/>
        <w:t>"Слава, слава, Меджеківіс!" —&lt;br /&gt;</w:t>
        <w:br/>
        <w:t>Вояки, діди кричали&lt;br /&gt;</w:t>
        <w:br/>
        <w:t>І стрівали його криком.&lt;br /&gt;</w:t>
        <w:br/>
        <w:t>Він приніс з собою Вампум&lt;br /&gt;</w:t>
        <w:br/>
        <w:t>З сторони, з країв Вабассо,&lt;br /&gt;</w:t>
        <w:br/>
        <w:t>Царства трусика малого,&lt;br /&gt;</w:t>
        <w:br/>
        <w:t>Із країн вітрів холодних.</w:t>
      </w:r>
    </w:p>
    <w:p>
      <w:r>
        <w:br/>
        <w:t>У Великого Ведмедя&lt;br /&gt;</w:t>
        <w:br/>
        <w:t>Він украв із шиї Вампум.&lt;br /&gt;</w:t>
        <w:br/>
        <w:t>Зняв його із Міше-Мокви,&lt;br /&gt;</w:t>
        <w:br/>
        <w:t>Що наводив жах на людність.&lt;br /&gt;</w:t>
        <w:br/>
        <w:t>Зняв він Вампум в ту хвилину,&lt;br /&gt;</w:t>
        <w:br/>
        <w:t>Коли спав на верхогір'ї&lt;br /&gt;</w:t>
        <w:br/>
        <w:t>Міше-Моква, наче камінь,</w:t>
      </w:r>
    </w:p>
    <w:p>
      <w:r>
        <w:br/>
        <w:t>Наче шпиль, покритий мохом,&lt;br /&gt;</w:t>
        <w:br/>
        <w:t>Сірим мохом в бурих плямах.</w:t>
      </w:r>
    </w:p>
    <w:p>
      <w:r>
        <w:br/>
        <w:t>Тихо він підкравсь до нього,&lt;br /&gt;</w:t>
        <w:br/>
        <w:t>Так підкрався обережно,&lt;br /&gt;</w:t>
        <w:br/>
        <w:t>Що його сливе торкались&lt;br /&gt;</w:t>
        <w:br/>
        <w:t>Гострі пазурі Ведмедя.&lt;br /&gt;</w:t>
        <w:br/>
        <w:t>А важке, палке дихання&lt;br /&gt;</w:t>
        <w:br/>
        <w:t>Обдавало жаром руки.&lt;br /&gt;</w:t>
        <w:br/>
        <w:t>Обережно зняв він Вампум&lt;br /&gt;</w:t>
        <w:br/>
        <w:t>З вух, із морди Міше-Мокви,&lt;br /&gt;</w:t>
        <w:br/>
        <w:t>Велетенського Ведмедя:&lt;br /&gt;</w:t>
        <w:br/>
        <w:t>Був сліпий, глухий був Моква!&lt;br /&gt;</w:t>
        <w:br/>
        <w:t>І нічого не почули&lt;br /&gt;</w:t>
        <w:br/>
        <w:t>Круглі вуха Міше-Мокви,&lt;br /&gt;</w:t>
        <w:br/>
        <w:t>І не вгледіли нічого&lt;br /&gt;</w:t>
        <w:br/>
        <w:t>Сонні очі у Ведмедя.&lt;br /&gt;</w:t>
        <w:br/>
        <w:t>І лише його дихання&lt;br /&gt;</w:t>
        <w:br/>
        <w:t>Обдавало жаром руки.</w:t>
      </w:r>
    </w:p>
    <w:p>
      <w:r>
        <w:br/>
        <w:t>Зняв він Вампум, зняв і крикнув,&lt;br /&gt;</w:t>
        <w:br/>
        <w:t>Крикнув голосно, звитяжно&lt;br /&gt;</w:t>
        <w:br/>
        <w:t>І ударив Міше-Мокву,&lt;br /&gt;</w:t>
        <w:br/>
        <w:t>Розмахнувся і щосили&lt;br /&gt;</w:t>
        <w:br/>
        <w:t>Між очей у лоб ударив.</w:t>
      </w:r>
    </w:p>
    <w:p>
      <w:r>
        <w:br/>
        <w:t>І, оглушений, мов громом,&lt;br /&gt;</w:t>
        <w:br/>
        <w:t>Враз підвівся Міше-Моква,&lt;br /&gt;</w:t>
        <w:br/>
        <w:t>Та вперед лише подався,&lt;br /&gt;</w:t>
        <w:br/>
        <w:t>Затряслись його коліна...&lt;br /&gt;</w:t>
        <w:br/>
        <w:t>І, як баба, застогнавши,&lt;br /&gt;</w:t>
        <w:br/>
        <w:t>Сів на землю Міше-Моква.&lt;br /&gt;</w:t>
        <w:br/>
        <w:t>А могучий Меджеківіс</w:t>
      </w:r>
    </w:p>
    <w:p>
      <w:r>
        <w:br/>
        <w:t>Перед ним стояв спокійно&lt;br /&gt;</w:t>
        <w:br/>
        <w:t>І погордливо сміявся,&lt;br /&gt;</w:t>
        <w:br/>
        <w:t>І погордливо казав він:</w:t>
      </w:r>
    </w:p>
    <w:p>
      <w:r>
        <w:br/>
        <w:t>"Не з хоробрих ти, Ведмедю!&lt;br /&gt;</w:t>
        <w:br/>
        <w:t>Скрізь ти силою хвалився,&lt;br /&gt;</w:t>
        <w:br/>
        <w:t>А, немов столітня баба,&lt;br /&gt;</w:t>
        <w:br/>
        <w:t>Застогнав, завив від болю.&lt;br /&gt;</w:t>
        <w:br/>
        <w:t>Гей, боюн! Хіба забув ти,&lt;br /&gt;</w:t>
        <w:br/>
        <w:t>Що давно ми ворогуєм&lt;br /&gt;</w:t>
        <w:br/>
        <w:t>І воюємо з тобою?&lt;br /&gt;</w:t>
        <w:br/>
        <w:t>Ну, тепер ти, певно, знаєш,&lt;br /&gt;</w:t>
        <w:br/>
        <w:t>Хто з нас дужчий і сильніший,&lt;br /&gt;</w:t>
        <w:br/>
        <w:t>Так негайно ж геть з дороги!&lt;br /&gt;</w:t>
        <w:br/>
        <w:t>В гори, в ліс, у яр ховайся!&lt;br /&gt;</w:t>
        <w:br/>
        <w:t>Якби ти мене подужав,&lt;br /&gt;</w:t>
        <w:br/>
        <w:t>Я б упав, але не крикнув!&lt;br /&gt;</w:t>
        <w:br/>
        <w:t>Ти ж і хлипаєш в безсиллі,&lt;br /&gt;</w:t>
        <w:br/>
        <w:t>І свій рід сльозами ганьбиш.&lt;br /&gt;</w:t>
        <w:br/>
        <w:t>Як огидний Шогодайя,&lt;br /&gt;</w:t>
        <w:br/>
        <w:t>Як сліпа столітня баба".</w:t>
      </w:r>
    </w:p>
    <w:p>
      <w:r>
        <w:br/>
        <w:t>І, сказавши, знову вдарив,&lt;br /&gt;</w:t>
        <w:br/>
        <w:t>Знову вдарив Міше-Мокву,&lt;br /&gt;</w:t>
        <w:br/>
        <w:t>Між очей у лоб ударив —&lt;br /&gt;</w:t>
        <w:br/>
        <w:t>І, як крига, тріснув череп,&lt;br /&gt;</w:t>
        <w:br/>
        <w:t>Тріснув череп Міше-Мокви.&lt;br /&gt;</w:t>
        <w:br/>
        <w:t>Так убив він Міше-Мокву,&lt;br /&gt;</w:t>
        <w:br/>
        <w:t>Так пропав Ведмідь Великий,&lt;br /&gt;</w:t>
        <w:br/>
        <w:t>Жах, страховище народів.</w:t>
      </w:r>
    </w:p>
    <w:p>
      <w:r>
        <w:br/>
        <w:t>"Слава, слава, Меджеківіс! —&lt;br /&gt;</w:t>
        <w:br/>
        <w:t>Так кричав народ зраділий.—</w:t>
      </w:r>
    </w:p>
    <w:p>
      <w:r>
        <w:br/>
        <w:t>Слава, слава, Меджеківіс! —&lt;br /&gt;</w:t>
        <w:br/>
        <w:t>Хай до віку, хай до суду&lt;br /&gt;</w:t>
        <w:br/>
        <w:t>Вітром Західним він буде!&lt;br /&gt;</w:t>
        <w:br/>
        <w:t>Володарем всіх народів!"&lt;br /&gt;</w:t>
        <w:br/>
        <w:t>Так став батьком над вітрами&lt;br /&gt;</w:t>
        <w:br/>
        <w:t>Переможець Меджеківіс.&lt;br /&gt;</w:t>
        <w:br/>
        <w:t>Вітер Західний оставив&lt;br /&gt;</w:t>
        <w:br/>
        <w:t>Він для себе, а всі інші&lt;br /&gt;</w:t>
        <w:br/>
        <w:t>Дітям: Вебону дав Східний,&lt;br /&gt;</w:t>
        <w:br/>
        <w:t>Шавондазі дав Південний,&lt;br /&gt;</w:t>
        <w:br/>
        <w:t>А Північний вітер дикий&lt;br /&gt;</w:t>
        <w:br/>
        <w:t>Злому дав Кабібоноцці.</w:t>
      </w:r>
    </w:p>
    <w:p>
      <w:r>
        <w:br/>
        <w:t>Молодий, прекрасний Вебон!&lt;br /&gt;</w:t>
        <w:br/>
        <w:t>Він се ранок нам приносить,&lt;br /&gt;</w:t>
        <w:br/>
        <w:t>Він пускає срібні стріли.&lt;br /&gt;</w:t>
        <w:br/>
        <w:t>Проганяє морок ночі&lt;br /&gt;</w:t>
        <w:br/>
        <w:t>По шпилях і по долинах.&lt;br /&gt;</w:t>
        <w:br/>
        <w:t>Се його палають щоки&lt;br /&gt;</w:t>
        <w:br/>
        <w:t>Золотим рум'янцем вранці,&lt;br /&gt;</w:t>
        <w:br/>
        <w:t>Він се з ліжка піднімає&lt;br /&gt;</w:t>
        <w:br/>
        <w:t>Польовничого і звіра.</w:t>
      </w:r>
    </w:p>
    <w:p>
      <w:r>
        <w:br/>
        <w:t>Самітний на небі Вебон!&lt;br /&gt;</w:t>
        <w:br/>
        <w:t>Хоч йому пташки співали&lt;br /&gt;</w:t>
        <w:br/>
        <w:t>І квітки лили в долинах&lt;br /&gt;</w:t>
        <w:br/>
        <w:t>Дивні пахощі для його,&lt;br /&gt;</w:t>
        <w:br/>
        <w:t>Хоч йому річки шуміли,&lt;br /&gt;</w:t>
        <w:br/>
        <w:t>Темний гай лунав піснями,&lt;br /&gt;</w:t>
        <w:br/>
        <w:t>Та сумний був завжди Вебон,&lt;br /&gt;</w:t>
        <w:br/>
        <w:t>Самітний він був на небі.</w:t>
      </w:r>
    </w:p>
    <w:p>
      <w:r>
        <w:br/>
        <w:t>Раз удосвіта, уранці,&lt;br /&gt;</w:t>
        <w:br/>
        <w:t>В час, коли село ще спало&lt;br /&gt;</w:t>
        <w:br/>
        <w:t>І туман, як білий привид,&lt;br /&gt;</w:t>
        <w:br/>
        <w:t>Понад річкою проходив,&lt;br /&gt;</w:t>
        <w:br/>
        <w:t>Він угледів, що в долині&lt;br /&gt;</w:t>
        <w:br/>
        <w:t>Ходить дівчина — ламає&lt;br /&gt;</w:t>
        <w:br/>
        <w:t>Очерет і довгий півник&lt;br /&gt;</w:t>
        <w:br/>
        <w:t>Понад річкою в долині.</w:t>
      </w:r>
    </w:p>
    <w:p>
      <w:r>
        <w:br/>
        <w:t>Вебон, дивлячись на землю,&lt;br /&gt;</w:t>
        <w:br/>
        <w:t>З того часу бачив очі,&lt;br /&gt;</w:t>
        <w:br/>
        <w:t>Тільки очі бачив вранці,&lt;br /&gt;</w:t>
        <w:br/>
        <w:t>Як два озера блакитних&lt;br /&gt;</w:t>
        <w:br/>
        <w:t>В очереті — вони сяли,&lt;br /&gt;</w:t>
        <w:br/>
        <w:t>І красу очей небесних&lt;br /&gt;</w:t>
        <w:br/>
        <w:t>Полюбив прекрасний Вебон&lt;br /&gt;</w:t>
        <w:br/>
        <w:t>Через те, що був такий же&lt;br /&gt;</w:t>
        <w:br/>
        <w:t>Він самотній серед неба,&lt;br /&gt;</w:t>
        <w:br/>
        <w:t>Як і дівчина в долині.</w:t>
      </w:r>
    </w:p>
    <w:p>
      <w:r>
        <w:br/>
        <w:t>Став він усміхом-промінням&lt;br /&gt;</w:t>
        <w:br/>
        <w:t>їй всміхатись, гріти сонцем,&lt;br /&gt;</w:t>
        <w:br/>
        <w:t>Зачаровувать словами,&lt;br /&gt;</w:t>
        <w:br/>
        <w:t>Заколихувати ніжно&lt;br /&gt;</w:t>
        <w:br/>
        <w:t>Тихим шелестом і шумом,&lt;br /&gt;</w:t>
        <w:br/>
        <w:t>Ледве чутним співом лісу,&lt;br /&gt;</w:t>
        <w:br/>
        <w:t>І її він взяв на груди,&lt;br /&gt;</w:t>
        <w:br/>
        <w:t>Пригорнув до серця ніжно,&lt;br /&gt;</w:t>
        <w:br/>
        <w:t>І вона на грудях в його&lt;br /&gt;</w:t>
        <w:br/>
        <w:t>Загорілася зорею.&lt;br /&gt;</w:t>
        <w:br/>
        <w:t>Так і досі нерозлучно</w:t>
      </w:r>
    </w:p>
    <w:p>
      <w:r>
        <w:br/>
        <w:t>В небесах вони проходять.&lt;br /&gt;</w:t>
        <w:br/>
        <w:t>Вебон поруч з Вебон-Аннонг —&lt;br /&gt;</w:t>
        <w:br/>
        <w:t>Вебон і Зоря Світання.</w:t>
      </w:r>
    </w:p>
    <w:p>
      <w:r>
        <w:br/>
        <w:t>На крижаних горах-кручах,&lt;br /&gt;</w:t>
        <w:br/>
        <w:t>В царстві трусика Вабассо,&lt;br /&gt;</w:t>
        <w:br/>
        <w:t>Жив собі Кабібонокка.&lt;br /&gt;</w:t>
        <w:br/>
        <w:t>О, се він, маляр невтомний,&lt;br /&gt;</w:t>
        <w:br/>
        <w:t>Восени кладе на листя&lt;br /&gt;</w:t>
        <w:br/>
        <w:t>Фарби жовті і червоні.&lt;br /&gt;</w:t>
        <w:br/>
        <w:t>О, се він приносить хуги,&lt;br /&gt;</w:t>
        <w:br/>
        <w:t>По лісах свистить і виє,&lt;br /&gt;</w:t>
        <w:br/>
        <w:t>Стелить кригу на озера&lt;br /&gt;</w:t>
        <w:br/>
        <w:t>І жене на теплий Південь&lt;br /&gt;</w:t>
        <w:br/>
        <w:t>Чайку, чаплю і баклана&lt;br /&gt;</w:t>
        <w:br/>
        <w:t>В очерет густий на гнізда,&lt;br /&gt;</w:t>
        <w:br/>
        <w:t>На лимани — тихі води.</w:t>
      </w:r>
    </w:p>
    <w:p>
      <w:r>
        <w:br/>
        <w:t>Вийшов раз Кабібонокка&lt;br /&gt;</w:t>
        <w:br/>
        <w:t>Із своїх палат крижаних,&lt;br /&gt;</w:t>
        <w:br/>
        <w:t>Поміж горами-ярами,&lt;br /&gt;</w:t>
        <w:br/>
        <w:t>Полетів він геть на Південь,&lt;br /&gt;</w:t>
        <w:br/>
        <w:t>Понад тундрами німими.&lt;br /&gt;</w:t>
        <w:br/>
        <w:t>І його волосся чорне,&lt;br /&gt;</w:t>
        <w:br/>
        <w:t>Наче хвилі в час зимовий,&lt;br /&gt;</w:t>
        <w:br/>
        <w:t>Наче річка каламутна,&lt;br /&gt;</w:t>
        <w:br/>
        <w:t>По землі за ним неслося.</w:t>
      </w:r>
    </w:p>
    <w:p>
      <w:r>
        <w:br/>
        <w:t>В осоці між очеретом&lt;br /&gt;</w:t>
        <w:br/>
        <w:t>На замерзлих білих тундрах&lt;br /&gt;</w:t>
        <w:br/>
        <w:t>Мешкав Шингебіс відважний.&lt;br /&gt;</w:t>
        <w:br/>
        <w:t>Він самотньо в білих тундрах</w:t>
      </w:r>
    </w:p>
    <w:p>
      <w:r>
        <w:br/>
        <w:t>Зимував всю зиму люту,&lt;br /&gt;</w:t>
        <w:br/>
        <w:t>Бо брати його десь грілись&lt;br /&gt;</w:t>
        <w:br/>
        <w:t>У країнах Шавондазі.</w:t>
      </w:r>
    </w:p>
    <w:p>
      <w:r>
        <w:br/>
        <w:t>І розгніваний на його&lt;br /&gt;</w:t>
        <w:br/>
        <w:t>Закричав Кабібонокка:&lt;br /&gt;</w:t>
        <w:br/>
        <w:t>"Хто посмів мене зневажить?&lt;br /&gt;</w:t>
        <w:br/>
        <w:t>Вітра Півночі зневажить?&lt;br /&gt;</w:t>
        <w:br/>
        <w:t>Хто насміливсь тут остатись,&lt;br /&gt;</w:t>
        <w:br/>
        <w:t>Як і Вава, і Шух-шух-га,&lt;br /&gt;</w:t>
        <w:br/>
        <w:t>Як і дика гуска, й чапля&lt;br /&gt;</w:t>
        <w:br/>
        <w:t>Вже давно сидять на Півдні?&lt;br /&gt;</w:t>
        <w:br/>
        <w:t>Зараз я піду до його&lt;br /&gt;</w:t>
        <w:br/>
        <w:t>І вігвам його зруйную".</w:t>
      </w:r>
    </w:p>
    <w:p>
      <w:r>
        <w:br/>
        <w:t>І до ворога по тундрі&lt;br /&gt;</w:t>
        <w:br/>
        <w:t>Йде вночі Кабібонокка,&lt;br /&gt;</w:t>
        <w:br/>
        <w:t>Насипа намети снігу,&lt;br /&gt;</w:t>
        <w:br/>
        <w:t>Виє в комині вігваму,&lt;br /&gt;</w:t>
        <w:br/>
        <w:t>І трясе його, і люто&lt;br /&gt;</w:t>
        <w:br/>
        <w:t>Розрива запонки дверні.&lt;br /&gt;</w:t>
        <w:br/>
        <w:t>Не боявся і не слухав&lt;br /&gt;</w:t>
        <w:br/>
        <w:t>Шингебіс Кабібонокки!&lt;br /&gt;</w:t>
        <w:br/>
        <w:t>Червонів огонь в вігвамі,&lt;br /&gt;</w:t>
        <w:br/>
        <w:t>Смачно їлась сита риба,&lt;br /&gt;</w:t>
        <w:br/>
        <w:t>І лилася вільно пісня.</w:t>
      </w:r>
    </w:p>
    <w:p>
      <w:r>
        <w:br/>
        <w:t>А коли Кабібонокка&lt;br /&gt;</w:t>
        <w:br/>
        <w:t>На порозі показався&lt;br /&gt;</w:t>
        <w:br/>
        <w:t>І наповнив всю оселю&lt;br /&gt;</w:t>
        <w:br/>
        <w:t>Своїм подихом крижаним,&lt;br /&gt;</w:t>
        <w:br/>
        <w:t>Шингебіс лише поліно</w:t>
      </w:r>
    </w:p>
    <w:p>
      <w:r>
        <w:br/>
        <w:t>Злегка в огнищі поправив,&lt;br /&gt;</w:t>
        <w:br/>
        <w:t>Щоб огонь горів ще дужче&lt;br /&gt;</w:t>
        <w:br/>
        <w:t>Та рясніше сипав іскри,&lt;br /&gt;</w:t>
        <w:br/>
        <w:t>І почав він знову пісню.</w:t>
      </w:r>
    </w:p>
    <w:p>
      <w:r>
        <w:br/>
        <w:t>З лоба, з кіс Кабібонокки,&lt;br /&gt;</w:t>
        <w:br/>
        <w:t>З кіс, покритих білим снігом,&lt;br /&gt;</w:t>
        <w:br/>
        <w:t>Стали капать краплі поту,&lt;br /&gt;</w:t>
        <w:br/>
        <w:t>Як з дерев або із хати&lt;br /&gt;</w:t>
        <w:br/>
        <w:t>Краплі капають весною.&lt;br /&gt;</w:t>
        <w:br/>
        <w:t>Переможений сим жаром,&lt;br /&gt;</w:t>
        <w:br/>
        <w:t>Роздратований сим співом,&lt;br /&gt;</w:t>
        <w:br/>
        <w:t>Знявся він і кинувсь в поле&lt;br /&gt;</w:t>
        <w:br/>
        <w:t>Через багна та озера.&lt;br /&gt;</w:t>
        <w:br/>
        <w:t>І над тундрою лукаво&lt;br /&gt;</w:t>
        <w:br/>
        <w:t>Звав він ворога, щоб битись.&lt;br /&gt;</w:t>
        <w:br/>
        <w:t>Та безбоязно, спокійно&lt;br /&gt;</w:t>
        <w:br/>
        <w:t>Вийшов Шингебіс боротись.&lt;br /&gt;</w:t>
        <w:br/>
        <w:t>І над тундрою до ранку&lt;br /&gt;</w:t>
        <w:br/>
        <w:t>З Вітром Півночі він бився,&lt;br /&gt;</w:t>
        <w:br/>
        <w:t>Бився кігтями до ранку,&lt;br /&gt;</w:t>
        <w:br/>
        <w:t>Всю ніч з ворогом боровся.&lt;br /&gt;</w:t>
        <w:br/>
        <w:t>І без сил Кабібонокка&lt;br /&gt;</w:t>
        <w:br/>
        <w:t>Повернув в свою країну&lt;br /&gt;</w:t>
        <w:br/>
        <w:t>І ганебно біг по тундрах&lt;br /&gt;</w:t>
        <w:br/>
        <w:t>В царство трусика Вабассо,&lt;br /&gt;</w:t>
        <w:br/>
        <w:t>А за ним услід неслися&lt;br /&gt;</w:t>
        <w:br/>
        <w:t>Регіт, посміхи і пісня.</w:t>
      </w:r>
    </w:p>
    <w:p>
      <w:r>
        <w:br/>
        <w:t>Шавондазі, ситий, сонний,&lt;br /&gt;</w:t>
        <w:br/>
        <w:t>Жив далеко геть на Південь,&lt;br /&gt;</w:t>
        <w:br/>
        <w:t>Де в дрімотнім блиску сонця</w:t>
      </w:r>
    </w:p>
    <w:p>
      <w:r>
        <w:br/>
        <w:t>Цілий рік панує літо.&lt;br /&gt;</w:t>
        <w:br/>
        <w:t>Се весною він на Північ&lt;br /&gt;</w:t>
        <w:br/>
        <w:t>Посилав пташині зграї,&lt;br /&gt;</w:t>
        <w:br/>
        <w:t>Посилав Авейсо, Шошо,&lt;br /&gt;</w:t>
        <w:br/>
        <w:t>Посилав Опечі, Ваву,&lt;br /&gt;</w:t>
        <w:br/>
        <w:t>Посилав тютюн і дині,&lt;br /&gt;</w:t>
        <w:br/>
        <w:t>Виноград в рожевих гронах.&lt;br /&gt;</w:t>
        <w:br/>
        <w:t>Дим із люльки Шавондазі&lt;br /&gt;</w:t>
        <w:br/>
        <w:t>Злегка парою-туманом&lt;br /&gt;</w:t>
        <w:br/>
        <w:t>Обгортав шпилі і гори,&lt;br /&gt;</w:t>
        <w:br/>
        <w:t>І розкошами без краю&lt;br /&gt;</w:t>
        <w:br/>
        <w:t>Напував повітря тепле.&lt;br /&gt;</w:t>
        <w:br/>
        <w:t>Блиск тремтячий дав озерам&lt;br /&gt;</w:t>
        <w:br/>
        <w:t>І приніс з собою літо&lt;br /&gt;</w:t>
        <w:br/>
        <w:t>В тихий світлий місяць квітень.</w:t>
      </w:r>
    </w:p>
    <w:p>
      <w:r>
        <w:br/>
        <w:t>Безтурботний Шавондазі!&lt;br /&gt;</w:t>
        <w:br/>
        <w:t>Та були хвилини чорні&lt;br /&gt;</w:t>
        <w:br/>
        <w:t>І в житті його ясному.&lt;br /&gt;</w:t>
        <w:br/>
        <w:t>Раз дивився він на Північ,&lt;br /&gt;</w:t>
        <w:br/>
        <w:t>На степи пустельні, дикі.&lt;br /&gt;</w:t>
        <w:br/>
        <w:t>Там він дівчину угледів&lt;br /&gt;</w:t>
        <w:br/>
        <w:t>На весь степ одну, самотню.&lt;br /&gt;</w:t>
        <w:br/>
        <w:t>Стан гнучкий, стрункий, високий...&lt;br /&gt;</w:t>
        <w:br/>
        <w:t>Сяє зеленню убрання,&lt;br /&gt;</w:t>
        <w:br/>
        <w:t>Коси сяють блиском сонця.</w:t>
      </w:r>
    </w:p>
    <w:p>
      <w:r>
        <w:br/>
        <w:t>День за днем дивився потім,&lt;br /&gt;</w:t>
        <w:br/>
        <w:t>День за днем зітхав він палко,&lt;br /&gt;</w:t>
        <w:br/>
        <w:t>День за днем все більше серце&lt;br /&gt;</w:t>
        <w:br/>
        <w:t>Розпалялося коханням,</w:t>
      </w:r>
    </w:p>
    <w:p>
      <w:r>
        <w:br/>
        <w:t>Та занадто був лінивий,&lt;br /&gt;</w:t>
        <w:br/>
        <w:t>Нерішучий Шавондазі.&lt;br /&gt;</w:t>
        <w:br/>
        <w:t>Так, лінивий, надто ситий,&lt;br /&gt;</w:t>
        <w:br/>
        <w:t>Щоб благати в неї щастя&lt;br /&gt;</w:t>
        <w:br/>
        <w:t>І кохання домагатись.&lt;br /&gt;</w:t>
        <w:br/>
        <w:t>Тільки здалека він палко&lt;br /&gt;</w:t>
        <w:br/>
        <w:t>Міг дивитись і зітхати.</w:t>
      </w:r>
    </w:p>
    <w:p>
      <w:r>
        <w:br/>
        <w:t>Дні ж плили, і ось він глянув,&lt;br /&gt;</w:t>
        <w:br/>
        <w:t>Раз на Північ глянув вранці&lt;br /&gt;</w:t>
        <w:br/>
        <w:t>І угледів, що посіклись&lt;br /&gt;</w:t>
        <w:br/>
        <w:t>Русі кучері у неї...&lt;br /&gt;</w:t>
        <w:br/>
        <w:t>Наче перший сніг, біліють.&lt;br /&gt;</w:t>
        <w:br/>
        <w:t>"О мій брате із Півночі,&lt;br /&gt;</w:t>
        <w:br/>
        <w:t>З краю тундр, з країн Вабассо,&lt;br /&gt;</w:t>
        <w:br/>
        <w:t>Ти се в мене взяв кохану,&lt;br /&gt;</w:t>
        <w:br/>
        <w:t>Заманив її казками,&lt;br /&gt;</w:t>
        <w:br/>
        <w:t>Закохав, Північний Вітре".</w:t>
      </w:r>
    </w:p>
    <w:p>
      <w:r>
        <w:br/>
        <w:t>Так нещасний Шавондазі&lt;br /&gt;</w:t>
        <w:br/>
        <w:t>Виливав свої страждання&lt;br /&gt;</w:t>
        <w:br/>
        <w:t>І зітхав, нудився світом,&lt;br /&gt;</w:t>
        <w:br/>
        <w:t>І блукав — Південний Вітер.&lt;br /&gt;</w:t>
        <w:br/>
        <w:t>І наповнилось повітря,&lt;br /&gt;</w:t>
        <w:br/>
        <w:t>Наче снігом, білим пухом,&lt;br /&gt;</w:t>
        <w:br/>
        <w:t>І летіли білим пухом&lt;br /&gt;</w:t>
        <w:br/>
        <w:t>Русі кучері дівочі.&lt;br /&gt;</w:t>
        <w:br/>
        <w:t>І ніколи Шавондазі&lt;br /&gt;</w:t>
        <w:br/>
        <w:t>Вже не бачив їх в долині.</w:t>
      </w:r>
    </w:p>
    <w:p>
      <w:r>
        <w:br/>
        <w:t>О, химернику нещасний!&lt;br /&gt;</w:t>
        <w:br/>
        <w:t>Не на жінку ти дивився,&lt;br /&gt;</w:t>
        <w:br/>
        <w:t>Не по дівчині зітхав ти,</w:t>
      </w:r>
    </w:p>
    <w:p>
      <w:r>
        <w:br/>
        <w:t>То була кульбаба проста,&lt;br /&gt;</w:t>
        <w:br/>
        <w:t>Ти дививсь на неї доти,&lt;br /&gt;</w:t>
        <w:br/>
        <w:t>Доти глибоко зітхав ти,&lt;br /&gt;</w:t>
        <w:br/>
        <w:t>Доки віку не згубив їй,&lt;br /&gt;</w:t>
        <w:br/>
        <w:t>Доки, ніжну, не розвіяв&lt;br /&gt;</w:t>
        <w:br/>
        <w:t>Над зеленими лугами...&lt;br /&gt;</w:t>
        <w:br/>
        <w:t>Бідний, бідний Шавондазі</w:t>
      </w:r>
    </w:p>
    <w:p>
      <w:r>
        <w:br/>
        <w:t>III</w:t>
      </w:r>
    </w:p>
    <w:p>
      <w:r>
        <w:br/>
        <w:t>ДИТИНСТВО ГАЯВАТИ</w:t>
      </w:r>
    </w:p>
    <w:p>
      <w:r>
        <w:br/>
        <w:t>Гей, в давно минулі роки,&lt;br /&gt;</w:t>
        <w:br/>
        <w:t>В час далекий, предковічний&lt;br /&gt;</w:t>
        <w:br/>
        <w:t>Прямо з місяця скотилась&lt;br /&gt;</w:t>
        <w:br/>
        <w:t>Раз колись до нас Нокоміс&lt;br /&gt;</w:t>
        <w:br/>
        <w:t>В тихій сутіні вечірній.</w:t>
      </w:r>
    </w:p>
    <w:p>
      <w:r>
        <w:br/>
        <w:t>Забавлялася Нокоміс,&lt;br /&gt;</w:t>
        <w:br/>
        <w:t>Забавлялась і гойдалась&lt;br /&gt;</w:t>
        <w:br/>
        <w:t>На зеленім винограді,&lt;br /&gt;</w:t>
        <w:br/>
        <w:t>А суперниця Нокоміс&lt;br /&gt;</w:t>
        <w:br/>
        <w:t>Із-за заздрості своєї&lt;br /&gt;</w:t>
        <w:br/>
        <w:t>Пополам перерубала&lt;br /&gt;</w:t>
        <w:br/>
        <w:t>Гілочки тонкі під нею,&lt;br /&gt;</w:t>
        <w:br/>
        <w:t>І на Мускоде упала,&lt;br /&gt;</w:t>
        <w:br/>
        <w:t>На зеленую долину,&lt;br /&gt;</w:t>
        <w:br/>
        <w:t>Замираючи від жаху,</w:t>
      </w:r>
    </w:p>
    <w:p>
      <w:r>
        <w:br/>
        <w:t>Літнім вечором Нокоміс.&lt;br /&gt;</w:t>
        <w:br/>
        <w:t>"Подивіться, подивіться:&lt;br /&gt;</w:t>
        <w:br/>
        <w:t>З неба зіронька скотилась!"&lt;br /&gt;</w:t>
        <w:br/>
        <w:t>Говорив народ на селах.&lt;br /&gt;</w:t>
        <w:br/>
        <w:t>Вже не дівчина Нокоміс&lt;br /&gt;</w:t>
        <w:br/>
        <w:t>У ті дні була — і швидко&lt;br /&gt;</w:t>
        <w:br/>
        <w:t>Влітку місячної ночі&lt;br /&gt;</w:t>
        <w:br/>
        <w:t>Народилася Венона&lt;br /&gt;</w:t>
        <w:br/>
        <w:t>Між лілеями на моху;&lt;br /&gt;</w:t>
        <w:br/>
        <w:t>І в долині, як лілея,&lt;br /&gt;</w:t>
        <w:br/>
        <w:t>Виростала безтурботно.</w:t>
      </w:r>
    </w:p>
    <w:p>
      <w:r>
        <w:br/>
        <w:t>А коли струнка, висока&lt;br /&gt;</w:t>
        <w:br/>
        <w:t>Стала дівчина Венона&lt;br /&gt;</w:t>
        <w:br/>
        <w:t>І зрівнялася красою&lt;br /&gt;</w:t>
        <w:br/>
        <w:t>З сяйвом місяця ясного,&lt;br /&gt;</w:t>
        <w:br/>
        <w:t>Схвилювалася Нокоміс&lt;br /&gt;</w:t>
        <w:br/>
        <w:t>І наказувати стала:&lt;br /&gt;</w:t>
        <w:br/>
        <w:t>"Ой, лякайся, бережися&lt;br /&gt;</w:t>
        <w:br/>
        <w:t>Меджеківіса, Веноно,&lt;br /&gt;</w:t>
        <w:br/>
        <w:t>Ти не вір йому ніколи,&lt;br /&gt;</w:t>
        <w:br/>
        <w:t>Не гуляй одна в долині,&lt;br /&gt;</w:t>
        <w:br/>
        <w:t>Не лягай в траві, в лілеях".</w:t>
      </w:r>
    </w:p>
    <w:p>
      <w:r>
        <w:br/>
        <w:t>Не послухала Венона,&lt;br /&gt;</w:t>
        <w:br/>
        <w:t>Не послухала поради.&lt;br /&gt;</w:t>
        <w:br/>
        <w:t>І до неї Меджеківіс&lt;br /&gt;</w:t>
        <w:br/>
        <w:t>Тихо ввечері підкрався,&lt;br /&gt;</w:t>
        <w:br/>
        <w:t>Нахиляючи без шуму&lt;br /&gt;</w:t>
        <w:br/>
        <w:t>На лугу квітки і трави.&lt;br /&gt;</w:t>
        <w:br/>
        <w:t>Там прекрасная Венона&lt;br /&gt;</w:t>
        <w:br/>
        <w:t>На траві одна лежала.&lt;br /&gt;</w:t>
        <w:br/>
        <w:t>Там знайшов її лукавий</w:t>
      </w:r>
    </w:p>
    <w:p>
      <w:r>
        <w:br/>
        <w:t>Вітер Західний, і став він&lt;br /&gt;</w:t>
        <w:br/>
        <w:t>Воркувати, наче голуб,&lt;br /&gt;</w:t>
        <w:br/>
        <w:t>Зачаровувать Венону,&lt;br /&gt;</w:t>
        <w:br/>
        <w:t>І Венона породила&lt;br /&gt;</w:t>
        <w:br/>
        <w:t>Сина милощів і смутку,&lt;br /&gt;</w:t>
        <w:br/>
        <w:t>Сина тайни — Гаявату.</w:t>
      </w:r>
    </w:p>
    <w:p>
      <w:r>
        <w:br/>
        <w:t>Так родився Гаявата,&lt;br /&gt;</w:t>
        <w:br/>
        <w:t>А лукавий Меджеківіс,&lt;br /&gt;</w:t>
        <w:br/>
        <w:t>Хитрий, лютий Меджеківіс&lt;br /&gt;</w:t>
        <w:br/>
        <w:t>Вже дочку Нокоміс кинув...&lt;br /&gt;</w:t>
        <w:br/>
        <w:t>І недовго потім билось&lt;br /&gt;</w:t>
        <w:br/>
        <w:t>Ніжне серденько Венони;&lt;br /&gt;</w:t>
        <w:br/>
        <w:t>Швидко вмерла вона з туги.&lt;br /&gt;</w:t>
        <w:br/>
        <w:t>Довго билася над нею,&lt;br /&gt;</w:t>
        <w:br/>
        <w:t>Довго плакала Нокоміс:&lt;br /&gt;</w:t>
        <w:br/>
        <w:t>"О, чому жорстокий Погок&lt;br /&gt;</w:t>
        <w:br/>
        <w:t>Не мене узяв в могилу?&lt;br /&gt;</w:t>
        <w:br/>
        <w:t>Краще б я в землі лежала!&lt;br /&gt;</w:t>
        <w:br/>
        <w:t>Вагономін, горе, горе!.."</w:t>
      </w:r>
    </w:p>
    <w:p>
      <w:r>
        <w:br/>
        <w:t>Там, де плеще Гітчі-Гюмі,&lt;br /&gt;</w:t>
        <w:br/>
        <w:t>Де шумить Велике Море,&lt;br /&gt;</w:t>
        <w:br/>
        <w:t>Оселилася Нокоміс.&lt;br /&gt;</w:t>
        <w:br/>
        <w:t>За її вігвамом, ззаду,&lt;br /&gt;</w:t>
        <w:br/>
        <w:t>Темний ліс стояв стіною,&lt;br /&gt;</w:t>
        <w:br/>
        <w:t>Вічно темні нетрі сосон&lt;br /&gt;</w:t>
        <w:br/>
        <w:t>І ялин в червоних шишках.&lt;br /&gt;</w:t>
        <w:br/>
        <w:t>Перед ним прозорі хвилі&lt;br /&gt;</w:t>
        <w:br/>
        <w:t>На пісок лилися з шумом.&lt;br /&gt;</w:t>
        <w:br/>
        <w:t>В блиску сонячнім горіло,&lt;br /&gt;</w:t>
        <w:br/>
        <w:t>Як в огні, Велике Море.</w:t>
      </w:r>
    </w:p>
    <w:p>
      <w:r>
        <w:br/>
        <w:t>Тут Нокоміс доглядала&lt;br /&gt;</w:t>
        <w:br/>
        <w:t>І виховувала хлопця...&lt;br /&gt;</w:t>
        <w:br/>
        <w:t>Тут зробила і зв'язала&lt;br /&gt;</w:t>
        <w:br/>
        <w:t>Із кори йому колиску,&lt;br /&gt;</w:t>
        <w:br/>
        <w:t>Намостила моху в неї,&lt;br /&gt;</w:t>
        <w:br/>
        <w:t>Трав болотяних підклала&lt;br /&gt;</w:t>
        <w:br/>
        <w:t>І гойдала Гаявату,&lt;br /&gt;</w:t>
        <w:br/>
        <w:t>Промовляючи суворо:&lt;br /&gt;</w:t>
        <w:br/>
        <w:t>"Ева-ія, совенятко,&lt;br /&gt;</w:t>
        <w:br/>
        <w:t>Що там світиться в вігвамі&lt;br /&gt;</w:t>
        <w:br/>
        <w:t>І чиї блищать там очі?!&lt;br /&gt;</w:t>
        <w:br/>
        <w:t>Ева-ія, совенятко!"</w:t>
      </w:r>
    </w:p>
    <w:p>
      <w:r>
        <w:br/>
        <w:t>І багато розказала&lt;br /&gt;</w:t>
        <w:br/>
        <w:t>У сі дні йому Нокоміс&lt;br /&gt;</w:t>
        <w:br/>
        <w:t>Про зірки, що сяють тихо,&lt;br /&gt;</w:t>
        <w:br/>
        <w:t>Показала Гаяваті&lt;br /&gt;</w:t>
        <w:br/>
        <w:t>Золоту мітлу на небі —&lt;br /&gt;</w:t>
        <w:br/>
        <w:t>Ішкуду в огнистих косах,&lt;br /&gt;</w:t>
        <w:br/>
        <w:t>Показала танець смерті&lt;br /&gt;</w:t>
        <w:br/>
        <w:t>В час північний, в час зимовий,&lt;br /&gt;</w:t>
        <w:br/>
        <w:t>Вояків відважних тіні,&lt;br /&gt;</w:t>
        <w:br/>
        <w:t>Чорні тіні в зброях, в перах,&lt;br /&gt;</w:t>
        <w:br/>
        <w:t>Показала Гаяваті&lt;br /&gt;</w:t>
        <w:br/>
        <w:t>Путь всіх привидів і духів —&lt;br /&gt;</w:t>
        <w:br/>
        <w:t>Білу путь на темнім небі,&lt;br /&gt;</w:t>
        <w:br/>
        <w:t>Повну привидів і духів.</w:t>
      </w:r>
    </w:p>
    <w:p>
      <w:r>
        <w:br/>
        <w:t>І сидів в вігвамі хлопчик&lt;br /&gt;</w:t>
        <w:br/>
        <w:t>Вечорами теплим літом,&lt;br /&gt;</w:t>
        <w:br/>
        <w:t>Слухав шемріння соснове,&lt;br /&gt;</w:t>
        <w:br/>
        <w:t>Слухав тихий плескіт моря,&lt;br /&gt;</w:t>
        <w:br/>
        <w:t>Згуки дивних слів і співу:&lt;br /&gt;</w:t>
        <w:br/>
        <w:t>"Мінні-вава!" — ліс співає,&lt;br /&gt;</w:t>
        <w:br/>
        <w:t>"Медвей-ошка!" — плещуть хвилі.</w:t>
      </w:r>
    </w:p>
    <w:p>
      <w:r>
        <w:br/>
        <w:t>Бачив мушку Вава-тейзі,&lt;br /&gt;</w:t>
        <w:br/>
        <w:t>Що блищить, як іскра біла,&lt;br /&gt;</w:t>
        <w:br/>
        <w:t>Сяє в сутіні вечірній&lt;br /&gt;</w:t>
        <w:br/>
        <w:t>Над травою і кущами.&lt;br /&gt;</w:t>
        <w:br/>
        <w:t>І кричав, співав він мушці,&lt;br /&gt;</w:t>
        <w:br/>
        <w:t>Як Нокоміс наказала:&lt;br /&gt;</w:t>
        <w:br/>
        <w:t>"Вава-тейзі, Вава-тейзі,&lt;br /&gt;</w:t>
        <w:br/>
        <w:t>Мушко, крихітко блискуча,&lt;br /&gt;</w:t>
        <w:br/>
        <w:t>Потанцюй мені, маленька,&lt;br /&gt;</w:t>
        <w:br/>
        <w:t>Посвіти мені хвилинку,&lt;br /&gt;</w:t>
        <w:br/>
        <w:t>Поки в ліжечко я ляжу".</w:t>
      </w:r>
    </w:p>
    <w:p>
      <w:r>
        <w:br/>
        <w:t>Бачив, як на Гітчі-Гюмі,&lt;br /&gt;</w:t>
        <w:br/>
        <w:t>Відбиваючись у водах,&lt;br /&gt;</w:t>
        <w:br/>
        <w:t>Повновидий місяць сходив,&lt;br /&gt;</w:t>
        <w:br/>
        <w:t>Бачив плями й тінь на ньому&lt;br /&gt;</w:t>
        <w:br/>
        <w:t>І питав: "Нокоміс! Що то?"&lt;br /&gt;</w:t>
        <w:br/>
        <w:t>І вона відповідала:&lt;br /&gt;</w:t>
        <w:br/>
        <w:t>"Раз один вояк сердитий&lt;br /&gt;</w:t>
        <w:br/>
        <w:t>Підхопив стару бабусю,&lt;br /&gt;</w:t>
        <w:br/>
        <w:t>І вночі на небо кинув,&lt;br /&gt;</w:t>
        <w:br/>
        <w:t>І закинув аж на місяць!&lt;br /&gt;</w:t>
        <w:br/>
        <w:t>Так вона там і лишилась".</w:t>
      </w:r>
    </w:p>
    <w:p>
      <w:r>
        <w:br/>
        <w:t>Бачив райдугу на небі&lt;br /&gt;</w:t>
        <w:br/>
        <w:t>І питав стару Нокоміс:&lt;br /&gt;</w:t>
        <w:br/>
        <w:t>"Що то сяє там, бабусю?!"&lt;br /&gt;</w:t>
        <w:br/>
        <w:t>А Нокоміс говорила:&lt;br /&gt;</w:t>
        <w:br/>
        <w:t>"То квітки цвітуть на небі,&lt;br /&gt;</w:t>
        <w:br/>
        <w:t>Всі квітки лісів зелених,&lt;br /&gt;</w:t>
        <w:br/>
        <w:t>Всі квітки боліт і луків.&lt;br /&gt;</w:t>
        <w:br/>
        <w:t>На землі, коли зів'януть,&lt;br /&gt;</w:t>
        <w:br/>
        <w:t>Розцвітають знов на небі".</w:t>
      </w:r>
    </w:p>
    <w:p>
      <w:r>
        <w:br/>
        <w:t>Як вночі він сов почує,&lt;br /&gt;</w:t>
        <w:br/>
        <w:t>Вий і регіт в нетрях лісу,&lt;br /&gt;</w:t>
        <w:br/>
        <w:t>"Хто се, хто? — кричить він з жаху,—&lt;br /&gt;</w:t>
        <w:br/>
        <w:t>Я боюсь його, Нокоміс!"&lt;br /&gt;</w:t>
        <w:br/>
        <w:t>А Нокоміс говорила:&lt;br /&gt;</w:t>
        <w:br/>
        <w:t>"Се зібрались в лісі сови&lt;br /&gt;</w:t>
        <w:br/>
        <w:t>І по-своєму белькочуть.&lt;br /&gt;</w:t>
        <w:br/>
        <w:t>Се гризуться совенята".</w:t>
      </w:r>
    </w:p>
    <w:p>
      <w:r>
        <w:br/>
        <w:t>Так навчилося хлоп'ятко&lt;br /&gt;</w:t>
        <w:br/>
        <w:t>Розуміть пташину мову&lt;br /&gt;</w:t>
        <w:br/>
        <w:t>І узнало всі їх тайни:&lt;br /&gt;</w:t>
        <w:br/>
        <w:t>Як вони звивають гнізда,&lt;br /&gt;</w:t>
        <w:br/>
        <w:t>Як живуть вони зимою.&lt;br /&gt;</w:t>
        <w:br/>
        <w:t>Часто з ними розмовляло,&lt;br /&gt;</w:t>
        <w:br/>
        <w:t>Звало всіх: "Мої курчата".</w:t>
      </w:r>
    </w:p>
    <w:p>
      <w:r>
        <w:br/>
        <w:t>Потім став він розуміти&lt;br /&gt;</w:t>
        <w:br/>
        <w:t>Мову звірів і дізнався&lt;br /&gt;</w:t>
        <w:br/>
        <w:t>Про ім'я їх, про їх тайни:&lt;br /&gt;</w:t>
        <w:br/>
        <w:t>Як бобер будує хатку,&lt;br /&gt;</w:t>
        <w:br/>
        <w:t>Де хова горішки білка,&lt;br /&gt;</w:t>
        <w:br/>
        <w:t>Чом така моторна сарна,&lt;br /&gt;</w:t>
        <w:br/>
        <w:t>А Вабассо — полохливий.&lt;br /&gt;</w:t>
        <w:br/>
        <w:t>Часто з ними розмовляв він,&lt;br /&gt;</w:t>
        <w:br/>
        <w:t>Звав "братами Гаявати".</w:t>
      </w:r>
    </w:p>
    <w:p>
      <w:r>
        <w:br/>
        <w:t>І невтомний оповідач,&lt;br /&gt;</w:t>
        <w:br/>
        <w:t>Щебетун, хвастун великий,&lt;br /&gt;</w:t>
        <w:br/>
        <w:t>Ягу, вірний друг Нокоміс,&lt;br /&gt;</w:t>
        <w:br/>
        <w:t>Що багато бачив світу,&lt;br /&gt;</w:t>
        <w:br/>
        <w:t>Лук зробив для Гаявати,&lt;br /&gt;</w:t>
        <w:br/>
        <w:t>Лук із ясеня, а стріли&lt;br /&gt;</w:t>
        <w:br/>
        <w:t>Із міцних гілок дубових.</w:t>
      </w:r>
    </w:p>
    <w:p>
      <w:r>
        <w:br/>
        <w:t>І сказав він Гаяваті:&lt;br /&gt;</w:t>
        <w:br/>
        <w:t>"Ну, іди, мій сину, швидше&lt;br /&gt;</w:t>
        <w:br/>
        <w:t>В ліс, де водяться олені,&lt;br /&gt;</w:t>
        <w:br/>
        <w:t>І забий для мене сарну&lt;br /&gt;</w:t>
        <w:br/>
        <w:t>З кучерявими рогами".</w:t>
      </w:r>
    </w:p>
    <w:p>
      <w:r>
        <w:br/>
        <w:t>Гордо взяв свій лук і стріли&lt;br /&gt;</w:t>
        <w:br/>
        <w:t>Гаявата і відважно&lt;br /&gt;</w:t>
        <w:br/>
        <w:t>В ліс пішов. Пташки на вітах&lt;br /&gt;</w:t>
        <w:br/>
        <w:t>Щебетали Гаяваті:&lt;br /&gt;</w:t>
        <w:br/>
        <w:t>"Не стріляй нас, Гаявато!" —&lt;br /&gt;</w:t>
        <w:br/>
        <w:t>Так співав, благав Опечі.&lt;br /&gt;</w:t>
        <w:br/>
        <w:t>"Не стріляй нас, Гаявато!" —&lt;br /&gt;</w:t>
        <w:br/>
        <w:t>Так співав, благав Овейса.</w:t>
      </w:r>
    </w:p>
    <w:p>
      <w:r>
        <w:br/>
        <w:t>А над ним униз і вгору&lt;br /&gt;</w:t>
        <w:br/>
        <w:t>Білка бігала на дубі&lt;br /&gt;</w:t>
        <w:br/>
        <w:t>Між гіллям, зеленим листом,&lt;br /&gt;</w:t>
        <w:br/>
        <w:t>З кашлем плигала, сміялась&lt;br /&gt;</w:t>
        <w:br/>
        <w:t>І, спинившись, проказала:&lt;br /&gt;</w:t>
        <w:br/>
        <w:t>"Змилуйсь, змилуйсь, Гаявато!"</w:t>
      </w:r>
    </w:p>
    <w:p>
      <w:r>
        <w:br/>
        <w:t>Полохливий білий трусик&lt;br /&gt;</w:t>
        <w:br/>
        <w:t>З стежки кинувся тікати,&lt;br /&gt;</w:t>
        <w:br/>
        <w:t>Став здаля на задні лапки&lt;br /&gt;</w:t>
        <w:br/>
        <w:t>І звернувся до мисливця,&lt;br /&gt;</w:t>
        <w:br/>
        <w:t>Хоч і в жарт, але лякливо:&lt;br /&gt;</w:t>
        <w:br/>
        <w:t>"Змилуйсь, змилуйсь, Гаявато!"</w:t>
      </w:r>
    </w:p>
    <w:p>
      <w:r>
        <w:br/>
        <w:t>Та не слухав Гаявата,&lt;br /&gt;</w:t>
        <w:br/>
        <w:t>Наче сонний, йшов він лісом,&lt;br /&gt;</w:t>
        <w:br/>
        <w:t>Про оленя тільки думав,&lt;br /&gt;</w:t>
        <w:br/>
        <w:t>Слід його шукав очима,&lt;br /&gt;</w:t>
        <w:br/>
        <w:t>Слід, що прямо йшов до річки,</w:t>
      </w:r>
    </w:p>
    <w:p>
      <w:r>
        <w:br/>
        <w:t>Що до броду йшов по стежці.&lt;br /&gt;</w:t>
        <w:br/>
        <w:t>За вільховими кущами&lt;br /&gt;</w:t>
        <w:br/>
        <w:t>Він присів і ждав оленя.</w:t>
      </w:r>
    </w:p>
    <w:p>
      <w:r>
        <w:br/>
        <w:t>І з гущавини два роги&lt;br /&gt;</w:t>
        <w:br/>
        <w:t>Піднеслися над кущами,&lt;br /&gt;</w:t>
        <w:br/>
        <w:t>Піднеслися ніздрі вгору,&lt;br /&gt;</w:t>
        <w:br/>
        <w:t>Очі блиснули крізь листя —&lt;br /&gt;</w:t>
        <w:br/>
        <w:t>І олень спокійно вийшов&lt;br /&gt;</w:t>
        <w:br/>
        <w:t>На дорогу. На дорозі&lt;br /&gt;</w:t>
        <w:br/>
        <w:t>Пробігали світло й тіні.</w:t>
      </w:r>
    </w:p>
    <w:p>
      <w:r>
        <w:br/>
        <w:t>Наче лист легкий берези,&lt;br /&gt;</w:t>
        <w:br/>
        <w:t>Билось серце Гаявати.&lt;br /&gt;</w:t>
        <w:br/>
        <w:t>На одно коліно ставши,&lt;br /&gt;</w:t>
        <w:br/>
        <w:t>Він націлився в оленя.&lt;br /&gt;</w:t>
        <w:br/>
        <w:t>Тільки гілка колихнулась,&lt;br /&gt;</w:t>
        <w:br/>
        <w:t>Загойдавсь листочок тільки.&lt;br /&gt;</w:t>
        <w:br/>
        <w:t>А олень вже стрепенувся,&lt;br /&gt;</w:t>
        <w:br/>
        <w:t>Відхитнувшись, вдарив в землю,&lt;br /&gt;</w:t>
        <w:br/>
        <w:t>Затремтів, підняв копито&lt;br /&gt;</w:t>
        <w:br/>
        <w:t>І вперед подався зразу.&lt;br /&gt;</w:t>
        <w:br/>
        <w:t>Він ішов назустріч смерті!&lt;br /&gt;</w:t>
        <w:br/>
        <w:t>І осою заспівала,&lt;br /&gt;</w:t>
        <w:br/>
        <w:t>І вп'ялась стріла в оленя.</w:t>
      </w:r>
    </w:p>
    <w:p>
      <w:r>
        <w:br/>
        <w:t>Біля броду під дубами&lt;br /&gt;</w:t>
        <w:br/>
        <w:t>На траві лежав він мертвий.&lt;br /&gt;</w:t>
        <w:br/>
        <w:t>І навіки заніміло,&lt;br /&gt;</w:t>
        <w:br/>
        <w:t>Перестало битись серце,&lt;br /&gt;</w:t>
        <w:br/>
        <w:t>Та зате у Гаявати&lt;br /&gt;</w:t>
        <w:br/>
        <w:t>Так і рвалося від щастя&lt;br /&gt;</w:t>
        <w:br/>
        <w:t>В ту хвилину урочисту,</w:t>
      </w:r>
    </w:p>
    <w:p>
      <w:r>
        <w:br/>
        <w:t>Як вертався він додому,&lt;br /&gt;</w:t>
        <w:br/>
        <w:t>А його стрівали Ягу&lt;br /&gt;</w:t>
        <w:br/>
        <w:t>І Нокоміс привітанням.</w:t>
      </w:r>
    </w:p>
    <w:p>
      <w:r>
        <w:br/>
        <w:t>Із оленячої шкури&lt;br /&gt;</w:t>
        <w:br/>
        <w:t>Плащ йому пошила баба&lt;br /&gt;</w:t>
        <w:br/>
        <w:t>І пішла гостей скликати,&lt;br /&gt;</w:t>
        <w:br/>
        <w:t>Щоб вітати Гаявату.&lt;br /&gt;</w:t>
        <w:br/>
        <w:t>На веселому бенкеті&lt;br /&gt;</w:t>
        <w:br/>
        <w:t>Всі сусіди Гаявату&lt;br /&gt;</w:t>
        <w:br/>
        <w:t>Звали сильним і відважним —&lt;br /&gt;</w:t>
        <w:br/>
        <w:t>Сон-джі-теге, Ман-го-тейзі.</w:t>
      </w:r>
    </w:p>
    <w:p>
      <w:r>
        <w:br/>
        <w:t>IV</w:t>
      </w:r>
    </w:p>
    <w:p>
      <w:r>
        <w:br/>
        <w:t>ГАЯВАТА І МЕДЖЕКІВІС</w:t>
      </w:r>
    </w:p>
    <w:p>
      <w:r>
        <w:br/>
        <w:t>Пронеслись літа дитинства,&lt;br /&gt;</w:t>
        <w:br/>
        <w:t>Ось і виріс Гаявата;&lt;br /&gt;</w:t>
        <w:br/>
        <w:t>Гри і забавки дитячі,&lt;br /&gt;</w:t>
        <w:br/>
        <w:t>І старих глибокий досвід,&lt;br /&gt;</w:t>
        <w:br/>
        <w:t>Полювання і роботу —&lt;br /&gt;</w:t>
        <w:br/>
        <w:t>Все збагнув і зрозумів він.</w:t>
      </w:r>
    </w:p>
    <w:p>
      <w:r>
        <w:br/>
        <w:t>Жваві ноги Гаявати!&lt;br /&gt;</w:t>
        <w:br/>
        <w:t>Пустить він стрілу із лука,&lt;br /&gt;</w:t>
        <w:br/>
        <w:t>Поженеться за стрілою —&lt;br /&gt;</w:t>
        <w:br/>
        <w:t>І стріла лягає ззаду.&lt;br /&gt;</w:t>
        <w:br/>
        <w:t>Дужі руки Гаявати!&lt;br /&gt;</w:t>
        <w:br/>
        <w:t>Десять раз без відпочинку&lt;br /&gt;</w:t>
        <w:br/>
        <w:t>Міг він лук тугий зігнути,&lt;br /&gt;</w:t>
        <w:br/>
        <w:t>Легко так, що доганяли&lt;br /&gt;</w:t>
        <w:br/>
        <w:t>В лет одна другую стріли.</w:t>
      </w:r>
    </w:p>
    <w:p>
      <w:r>
        <w:br/>
        <w:t>Рукавиці Гаявати,&lt;br /&gt;</w:t>
        <w:br/>
        <w:t>Рукавиці Мінджикевон&lt;br /&gt;</w:t>
        <w:br/>
        <w:t>Із оленячої шкіри&lt;br /&gt;</w:t>
        <w:br/>
        <w:t>Мали силу неймовірну.&lt;br /&gt;</w:t>
        <w:br/>
        <w:t>Міг він скелі руйнувати,&lt;br /&gt;</w:t>
        <w:br/>
        <w:t>Розтирать каміння в порох.&lt;br /&gt;</w:t>
        <w:br/>
        <w:t>Мокасини Гаявати&lt;br /&gt;</w:t>
        <w:br/>
        <w:t>Із оленячої шкіри&lt;br /&gt;</w:t>
        <w:br/>
        <w:t>Мали дивні чари-вдачу:&lt;br /&gt;</w:t>
        <w:br/>
        <w:t>Прив'язавши їх на ноги,&lt;br /&gt;</w:t>
        <w:br/>
        <w:t>Прикріпивши ремінцями,&lt;br /&gt;</w:t>
        <w:br/>
        <w:t>З кожним кроком Гаявата&lt;br /&gt;</w:t>
        <w:br/>
        <w:t>Міг робити цілу милю.</w:t>
      </w:r>
    </w:p>
    <w:p>
      <w:r>
        <w:br/>
        <w:t>Про свого, бувало, батька&lt;br /&gt;</w:t>
        <w:br/>
        <w:t>Він розпитує Нокоміс...&lt;br /&gt;</w:t>
        <w:br/>
        <w:t>І Нокоміс розказала&lt;br /&gt;</w:t>
        <w:br/>
        <w:t>Все онукові, що знала.&lt;br /&gt;</w:t>
        <w:br/>
        <w:t>Розказала про Венону,&lt;br /&gt;</w:t>
        <w:br/>
        <w:t>Про її прекрасну вроду,&lt;br /&gt;</w:t>
        <w:br/>
        <w:t>Як її лукаво зрадив&lt;br /&gt;</w:t>
        <w:br/>
        <w:t>Віроломний Меджеківіс...&lt;br /&gt;</w:t>
        <w:br/>
        <w:t>І, як вугіль, загорілось&lt;br /&gt;</w:t>
        <w:br/>
        <w:t>Гнівом серце Гаявати.</w:t>
      </w:r>
    </w:p>
    <w:p>
      <w:r>
        <w:br/>
        <w:t>І промовив Гаявата:&lt;br /&gt;</w:t>
        <w:br/>
        <w:t>"Я до батька йду, Нокоміс,&lt;br /&gt;</w:t>
        <w:br/>
        <w:t>Я провідать його хочу&lt;br /&gt;</w:t>
        <w:br/>
        <w:t>В царстві Західного Вітру&lt;br /&gt;</w:t>
        <w:br/>
        <w:t>Біля брами, там, де Захід".</w:t>
      </w:r>
    </w:p>
    <w:p>
      <w:r>
        <w:br/>
        <w:t>Із вігваму він виходив&lt;br /&gt;</w:t>
        <w:br/>
        <w:t>У далекую дорогу&lt;br /&gt;</w:t>
        <w:br/>
        <w:t>В рукавицях, Мінджикевон,&lt;br /&gt;</w:t>
        <w:br/>
        <w:t>І в предивних мокасинах.</w:t>
      </w:r>
    </w:p>
    <w:p>
      <w:r>
        <w:br/>
        <w:t>Все його убрання пишне&lt;br /&gt;</w:t>
        <w:br/>
        <w:t>Із оленячої шкури&lt;br /&gt;</w:t>
        <w:br/>
        <w:t>Зерном Вампуму покрите&lt;br /&gt;</w:t>
        <w:br/>
        <w:t>І в щетині їжатеця1.&lt;br /&gt;</w:t>
        <w:br/>
        <w:t>І гойдаються у його&lt;br /&gt;</w:t>
        <w:br/>
        <w:t>Над чолом орлячі пера.&lt;br /&gt;</w:t>
        <w:br/>
        <w:t>За плечем у його висять&lt;br /&gt;</w:t>
        <w:br/>
        <w:t>Із гілок дубових стріли,&lt;br /&gt;</w:t>
        <w:br/>
        <w:t>Вкриті перами майстерно&lt;br /&gt;</w:t>
        <w:br/>
        <w:t>І оправлені у яспис.&lt;br /&gt;</w:t>
        <w:br/>
        <w:t>А в руках його пружастий&lt;br /&gt;</w:t>
        <w:br/>
        <w:t>Лук із ясеня, зігнутий&lt;br /&gt;</w:t>
        <w:br/>
        <w:t>Тятивою з жил оленя.</w:t>
      </w:r>
    </w:p>
    <w:p>
      <w:r>
        <w:br/>
        <w:t>Обережная Нокоміс&lt;br /&gt;</w:t>
        <w:br/>
        <w:t>Говорила Гаяваті:&lt;br /&gt;</w:t>
        <w:br/>
        <w:t>"Не ходи, о Гаявато,&lt;br /&gt;</w:t>
        <w:br/>
        <w:t>В царство Західного Вітру:&lt;br /&gt;</w:t>
        <w:br/>
        <w:t>Він уб'є тебе лукавством&lt;br /&gt;</w:t>
        <w:br/>
        <w:t>І загубить чарівництвом".</w:t>
      </w:r>
    </w:p>
    <w:p>
      <w:r>
        <w:br/>
        <w:t>1* — Дикобраза</w:t>
      </w:r>
    </w:p>
    <w:p>
      <w:r>
        <w:br/>
        <w:t>Та відважний Гаявата&lt;br /&gt;</w:t>
        <w:br/>
        <w:t>Не послухався поради&lt;br /&gt;</w:t>
        <w:br/>
        <w:t>І пішов собі з вігваму,&lt;br /&gt;</w:t>
        <w:br/>
        <w:t>І щокрок робив він милю.&lt;br /&gt;</w:t>
        <w:br/>
        <w:t>Хмурим ліс йому здавався&lt;br /&gt;</w:t>
        <w:br/>
        <w:t>І палким, душним повітря,&lt;br /&gt;</w:t>
        <w:br/>
        <w:t>Повним диму, повним чаду,&lt;br /&gt;</w:t>
        <w:br/>
        <w:t>Як в пожежу лісу, прерій.&lt;br /&gt;</w:t>
        <w:br/>
        <w:t>Наче вугіль, розпікалось&lt;br /&gt;</w:t>
        <w:br/>
        <w:t>Гнівом серце Гаявати.</w:t>
      </w:r>
    </w:p>
    <w:p>
      <w:r>
        <w:br/>
        <w:t>Так ішов він далі, далі,&lt;br /&gt;</w:t>
        <w:br/>
        <w:t>Все на Захід, все на Захід,&lt;br /&gt;</w:t>
        <w:br/>
        <w:t>Легше дикого оленя,&lt;br /&gt;</w:t>
        <w:br/>
        <w:t>Легше сарни і оленя&lt;br /&gt;</w:t>
        <w:br/>
        <w:t>Переплив він Есконабо,&lt;br /&gt;</w:t>
        <w:br/>
        <w:t>Переплив і Міссісіпі,&lt;br /&gt;</w:t>
        <w:br/>
        <w:t>Степові минув він гори,&lt;br /&gt;</w:t>
        <w:br/>
        <w:t>Степові минув країни&lt;br /&gt;</w:t>
        <w:br/>
        <w:t>І Лисиць, і Чорноногих&lt;br /&gt;</w:t>
        <w:br/>
        <w:t>І прийшов до Гір Скелястих,&lt;br /&gt;</w:t>
        <w:br/>
        <w:t>В царство Західного Вітру,&lt;br /&gt;</w:t>
        <w:br/>
        <w:t>Де сидів на верхогір'ях&lt;br /&gt;</w:t>
        <w:br/>
        <w:t>Всіх Вітрів Владика дужий,&lt;br /&gt;</w:t>
        <w:br/>
        <w:t>Стародавній Меджеківіс.</w:t>
      </w:r>
    </w:p>
    <w:p>
      <w:r>
        <w:br/>
        <w:t>З тайним жахом Гаявата&lt;br /&gt;</w:t>
        <w:br/>
        <w:t>Перед батьком зупинився:&lt;br /&gt;</w:t>
        <w:br/>
        <w:t>Дико хмарами в повітрі&lt;br /&gt;</w:t>
        <w:br/>
        <w:t>Розвівалося у його,&lt;br /&gt;</w:t>
        <w:br/>
        <w:t>Як сніги, волосся сиве.&lt;br /&gt;</w:t>
        <w:br/>
        <w:t>Як сніги, воно блищало,&lt;br /&gt;</w:t>
        <w:br/>
        <w:t>Як вогняно-срібні коси&lt;br /&gt;</w:t>
        <w:br/>
        <w:t>Ішкуди, воно блищало.</w:t>
      </w:r>
    </w:p>
    <w:p>
      <w:r>
        <w:br/>
        <w:t>І, радіючи, угледів&lt;br /&gt;</w:t>
        <w:br/>
        <w:t>Меджеківіс Гаявату:&lt;br /&gt;</w:t>
        <w:br/>
        <w:t>Се життя найкращі роки&lt;br /&gt;</w:t>
        <w:br/>
        <w:t>Перед ним живими встали,&lt;br /&gt;</w:t>
        <w:br/>
        <w:t>Се засяла із могили&lt;br /&gt;</w:t>
        <w:br/>
        <w:t>Перед ним краса Венони.</w:t>
      </w:r>
    </w:p>
    <w:p>
      <w:r>
        <w:br/>
        <w:t>"Будь здоровий, Гаявато! —&lt;br /&gt;</w:t>
        <w:br/>
        <w:t>Так промовив Меджеківіс.—&lt;br /&gt;</w:t>
        <w:br/>
        <w:t>Довго ждав тебе я в гості,&lt;br /&gt;</w:t>
        <w:br/>
        <w:t>В царство Західного Вітру!</w:t>
      </w:r>
    </w:p>
    <w:p>
      <w:r>
        <w:br/>
        <w:t>Молоді літа — веселі.&lt;br /&gt;</w:t>
        <w:br/>
        <w:t>Роки ж старості — як смуток.&lt;br /&gt;</w:t>
        <w:br/>
        <w:t>Нагадав мені ти зараз&lt;br /&gt;</w:t>
        <w:br/>
        <w:t>Мою молодість щасливу&lt;br /&gt;</w:t>
        <w:br/>
        <w:t>І Венону незабутню".</w:t>
      </w:r>
    </w:p>
    <w:p>
      <w:r>
        <w:br/>
        <w:t>Дні проходили в розмовах.&lt;br /&gt;</w:t>
        <w:br/>
        <w:t>Меджеківіс все минулим&lt;br /&gt;</w:t>
        <w:br/>
        <w:t>Похвалявся Гаяваті,&lt;br /&gt;</w:t>
        <w:br/>
        <w:t>Хваставсь мужністю своєю&lt;br /&gt;</w:t>
        <w:br/>
        <w:t>І пригадував пригоди&lt;br /&gt;</w:t>
        <w:br/>
        <w:t>Та свою страшну відвагу,&lt;br /&gt;</w:t>
        <w:br/>
        <w:t>Говорив, що він до смерті&lt;br /&gt;</w:t>
        <w:br/>
        <w:t>Заворожений навіки.</w:t>
      </w:r>
    </w:p>
    <w:p>
      <w:r>
        <w:br/>
        <w:t>Мовчки слухав Гаявата,&lt;br /&gt;</w:t>
        <w:br/>
        <w:t>Як хвалився Меджеківіс,&lt;br /&gt;</w:t>
        <w:br/>
        <w:t>І з усмішкою терпляче&lt;br /&gt;</w:t>
        <w:br/>
        <w:t>Перед ним сидів і слухав.&lt;br /&gt;</w:t>
        <w:br/>
        <w:t>Ні погрозою, ні рухом,&lt;br /&gt;</w:t>
        <w:br/>
        <w:t>Ні єдиним навіть словом&lt;br /&gt;</w:t>
        <w:br/>
        <w:t>Гаявата не озвався!&lt;br /&gt;</w:t>
        <w:br/>
        <w:t>Та, як вугіль, розпікалось&lt;br /&gt;</w:t>
        <w:br/>
        <w:t>Гнівом серце Гаявати.</w:t>
      </w:r>
    </w:p>
    <w:p>
      <w:r>
        <w:br/>
        <w:t>І сказав він: "Меджеківіс!&lt;br /&gt;</w:t>
        <w:br/>
        <w:t>Та невже ж ніщо на світі&lt;br /&gt;</w:t>
        <w:br/>
        <w:t>Загубить тебе не зможе?"&lt;br /&gt;</w:t>
        <w:br/>
        <w:t>І поважно Меджеківіс&lt;br /&gt;</w:t>
        <w:br/>
        <w:t>Відповів: "Ніщо на світі,&lt;br /&gt;</w:t>
        <w:br/>
        <w:t>Тільки крім тієї скелі,&lt;br /&gt;</w:t>
        <w:br/>
        <w:t>Крім тієї скелі, сину".&lt;br /&gt;</w:t>
        <w:br/>
        <w:t>І, поглянувши на його&lt;br /&gt;</w:t>
        <w:br/>
        <w:t>Зором мудрим і спокійним,</w:t>
      </w:r>
    </w:p>
    <w:p>
      <w:r>
        <w:br/>
        <w:t>І, спиняючи свій погляд&lt;br /&gt;</w:t>
        <w:br/>
        <w:t>На його красі і силі,&lt;br /&gt;</w:t>
        <w:br/>
        <w:t>Він сказав: "О Гаявато!&lt;br /&gt;</w:t>
        <w:br/>
        <w:t>Та невже ж ніщо на світі&lt;br /&gt;</w:t>
        <w:br/>
        <w:t>Загубить тебе не може?"</w:t>
      </w:r>
    </w:p>
    <w:p>
      <w:r>
        <w:br/>
        <w:t>Обережний Гаявата&lt;br /&gt;</w:t>
        <w:br/>
        <w:t>Не сказав йому ні слова,&lt;br /&gt;</w:t>
        <w:br/>
        <w:t>Він, замислившись, промовчав&lt;br /&gt;</w:t>
        <w:br/>
        <w:t>І сказав: "Ніщо на світі!&lt;br /&gt;</w:t>
        <w:br/>
        <w:t>Тільки той комиш, Епоква,&lt;br /&gt;</w:t>
        <w:br/>
        <w:t>Очерет отой високий".&lt;br /&gt;</w:t>
        <w:br/>
        <w:t>І як тільки Меджеківіс&lt;br /&gt;</w:t>
        <w:br/>
        <w:t>Простягнув до його руку,&lt;br /&gt;</w:t>
        <w:br/>
        <w:t>Гаявата крикнув з жахом,&lt;br /&gt;</w:t>
        <w:br/>
        <w:t>"Karo, каго! Не торкайся!"&lt;br /&gt;</w:t>
        <w:br/>
        <w:t>"Годі,— кинув Меджеківіс,—&lt;br /&gt;</w:t>
        <w:br/>
        <w:t>Заспокойся,— я не стану".</w:t>
      </w:r>
    </w:p>
    <w:p>
      <w:r>
        <w:br/>
        <w:t>І пішли розмови знову,&lt;br /&gt;</w:t>
        <w:br/>
        <w:t>Полились згадки-розмови...&lt;br /&gt;</w:t>
        <w:br/>
        <w:t>Про товстого Шавондазі,&lt;br /&gt;</w:t>
        <w:br/>
        <w:t>І про Вебона згадали.&lt;br /&gt;</w:t>
        <w:br/>
        <w:t>Пригадавсь Кабібонокка,&lt;br /&gt;</w:t>
        <w:br/>
        <w:t>І згадалася Венона...&lt;br /&gt;</w:t>
        <w:br/>
        <w:t>Як вона на світ родилась,&lt;br /&gt;</w:t>
        <w:br/>
        <w:t>Як вона умерла журно.</w:t>
      </w:r>
    </w:p>
    <w:p>
      <w:r>
        <w:br/>
        <w:t>І озвався Гаявата:&lt;br /&gt;</w:t>
        <w:br/>
        <w:t>"О лукавий Меджеківіс!&lt;br /&gt;</w:t>
        <w:br/>
        <w:t>Ти се люто вбив Венону,&lt;br /&gt;</w:t>
        <w:br/>
        <w:t>Ти зірвав весняну квітку,&lt;br /&gt;</w:t>
        <w:br/>
        <w:t>Розтоптав її ногами!&lt;br /&gt;</w:t>
        <w:br/>
        <w:t>Признавайся, признавайся!"&lt;br /&gt;</w:t>
        <w:br/>
        <w:t>І признався Меджеківіс,</w:t>
      </w:r>
    </w:p>
    <w:p>
      <w:r>
        <w:br/>
        <w:t>Тихо голову він сиву&lt;br /&gt;</w:t>
        <w:br/>
        <w:t>Опустив з глибоким смутком:&lt;br /&gt;</w:t>
        <w:br/>
        <w:t>Що ж, мовляв, я винен, сину.&lt;br /&gt;</w:t>
        <w:br/>
        <w:t>Грізно глянув Гаявата,&lt;br /&gt;</w:t>
        <w:br/>
        <w:t>Швидко встав, і в ту ж хвилину&lt;br /&gt;</w:t>
        <w:br/>
        <w:t>Руку він заніс на скелю&lt;br /&gt;</w:t>
        <w:br/>
        <w:t>В рукавицях, Мінджикевон.&lt;br /&gt;</w:t>
        <w:br/>
        <w:t>Розломив її верхів'я,&lt;br /&gt;</w:t>
        <w:br/>
        <w:t>Розтрощив її на скалки&lt;br /&gt;</w:t>
        <w:br/>
        <w:t>І почав на батька кидать.&lt;br /&gt;</w:t>
        <w:br/>
        <w:t>І, як вугіль, розпеклося&lt;br /&gt;</w:t>
        <w:br/>
        <w:t>Гнівом серце Гаявати.</w:t>
      </w:r>
    </w:p>
    <w:p>
      <w:r>
        <w:br/>
        <w:t>Та каміння Меджеківіс&lt;br /&gt;</w:t>
        <w:br/>
        <w:t>Гнав назад своїм диханням,&lt;br /&gt;</w:t>
        <w:br/>
        <w:t>Гнав їх бурею дихання,&lt;br /&gt;</w:t>
        <w:br/>
        <w:t>Гнав назад на Гаявату.&lt;br /&gt;</w:t>
        <w:br/>
        <w:t>Він схопив Епокву в руку,&lt;br /&gt;</w:t>
        <w:br/>
        <w:t>Вирвав він її з корінням&lt;br /&gt;</w:t>
        <w:br/>
        <w:t>Понад річкою із мулу.&lt;br /&gt;</w:t>
        <w:br/>
        <w:t>Сатаніючи, він вирвав...&lt;br /&gt;</w:t>
        <w:br/>
        <w:t>Син дивився і сміявся.</w:t>
      </w:r>
    </w:p>
    <w:p>
      <w:r>
        <w:br/>
        <w:t>І почався бій смертельний&lt;br /&gt;</w:t>
        <w:br/>
        <w:t>Між Скелястими Горами.&lt;br /&gt;</w:t>
        <w:br/>
        <w:t>Сам Орел Війни могутній&lt;br /&gt;</w:t>
        <w:br/>
        <w:t>Знявся з клекотом і криком,&lt;br /&gt;</w:t>
        <w:br/>
        <w:t>З диким криком сів на скелі&lt;br /&gt;</w:t>
        <w:br/>
        <w:t>І почав крилом він бити.&lt;br /&gt;</w:t>
        <w:br/>
        <w:t>Наче дерево у бурю,&lt;br /&gt;</w:t>
        <w:br/>
        <w:t>Розрізав комиш повітря,&lt;br /&gt;</w:t>
        <w:br/>
        <w:t>Наче град, летіло з скелі&lt;br /&gt;</w:t>
        <w:br/>
        <w:t>З тріском, гуркотом каміння.&lt;br /&gt;</w:t>
        <w:br/>
        <w:t>І гула земля навколо,</w:t>
      </w:r>
    </w:p>
    <w:p>
      <w:r>
        <w:br/>
        <w:t>І по горах гуркотіння&lt;br /&gt;</w:t>
        <w:br/>
        <w:t>Розлягалося луною,&lt;br /&gt;</w:t>
        <w:br/>
        <w:t>Озивалося: "Бем-вава!"</w:t>
      </w:r>
    </w:p>
    <w:p>
      <w:r>
        <w:br/>
        <w:t>І знемігся Меджеківіс.&lt;br /&gt;</w:t>
        <w:br/>
        <w:t>Відступати став на Захід,&lt;br /&gt;</w:t>
        <w:br/>
        <w:t>Став тікати він по горах,&lt;br /&gt;</w:t>
        <w:br/>
        <w:t>Оглядавсь і знову бився,&lt;br /&gt;</w:t>
        <w:br/>
        <w:t>Три дні бився, одбивався,&lt;br /&gt;</w:t>
        <w:br/>
        <w:t>Поспішаючи на Захід,&lt;br /&gt;</w:t>
        <w:br/>
        <w:t>До кордону володіння,&lt;br /&gt;</w:t>
        <w:br/>
        <w:t>До кінця землі, де сонце&lt;br /&gt;</w:t>
        <w:br/>
        <w:t>У червонім блиску тоне&lt;br /&gt;</w:t>
        <w:br/>
        <w:t>На ночівлю в синім небі,&lt;br /&gt;</w:t>
        <w:br/>
        <w:t>Опускаючись, як вранці&lt;br /&gt;</w:t>
        <w:br/>
        <w:t>Опускається фламінго&lt;br /&gt;</w:t>
        <w:br/>
        <w:t>На своє сумне болото.</w:t>
      </w:r>
    </w:p>
    <w:p>
      <w:r>
        <w:br/>
        <w:t>"Годі, годі, Гаявато! —&lt;br /&gt;</w:t>
        <w:br/>
        <w:t>Крикнув голосно нарешті.—&lt;br /&gt;</w:t>
        <w:br/>
        <w:t>Ти мене безсилий вбити!&lt;br /&gt;</w:t>
        <w:br/>
        <w:t>Смерть безсмертного не займе!&lt;br /&gt;</w:t>
        <w:br/>
        <w:t>Я хотів лише дізнатись&lt;br /&gt;</w:t>
        <w:br/>
        <w:t>Про твою відвагу-силу,&lt;br /&gt;</w:t>
        <w:br/>
        <w:t>І ти вартий нагороди.</w:t>
      </w:r>
    </w:p>
    <w:p>
      <w:r>
        <w:br/>
        <w:t>Повернись в свою країну,&lt;br /&gt;</w:t>
        <w:br/>
        <w:t>До свого вернись народу,&lt;br /&gt;</w:t>
        <w:br/>
        <w:t>І живи, працюй з народом!&lt;br /&gt;</w:t>
        <w:br/>
        <w:t>Ти річки розчистить мусиш,&lt;br /&gt;</w:t>
        <w:br/>
        <w:t>Обробити йому землю,&lt;br /&gt;</w:t>
        <w:br/>
        <w:t>Вбити всіх страховищ диких,&lt;br /&gt;</w:t>
        <w:br/>
        <w:t>Вбити всіх гадюк — Кінебік,&lt;br /&gt;</w:t>
        <w:br/>
        <w:t>Як убив я Міше-Мокву,</w:t>
      </w:r>
    </w:p>
    <w:p>
      <w:r>
        <w:br/>
        <w:t>Велетенського Ведмедя.&lt;br /&gt;</w:t>
        <w:br/>
        <w:t>А коли твій час настане&lt;br /&gt;</w:t>
        <w:br/>
        <w:t>І засяють над тобою&lt;br /&gt;</w:t>
        <w:br/>
        <w:t>Очі Погока із ночі,&lt;br /&gt;</w:t>
        <w:br/>
        <w:t>Поділю з тобою царство,&lt;br /&gt;</w:t>
        <w:br/>
        <w:t>І царем тоді ти станеш&lt;br /&gt;</w:t>
        <w:br/>
        <w:t>Над Ківайдіном навіки".</w:t>
      </w:r>
    </w:p>
    <w:p>
      <w:r>
        <w:br/>
        <w:t>От такий-то бій відбувся&lt;br /&gt;</w:t>
        <w:br/>
        <w:t>В дні страшні, колишні Ша-ша,&lt;br /&gt;</w:t>
        <w:br/>
        <w:t>В сиві дні, давно минулі,&lt;br /&gt;</w:t>
        <w:br/>
        <w:t>В царстві Західного Вітру.&lt;br /&gt;</w:t>
        <w:br/>
        <w:t>Але слід страшного бою&lt;br /&gt;</w:t>
        <w:br/>
        <w:t>І тепер мисливець баче&lt;br /&gt;</w:t>
        <w:br/>
        <w:t>По шпилях і по долинах,&lt;br /&gt;</w:t>
        <w:br/>
        <w:t>Баче він комиш високий&lt;br /&gt;</w:t>
        <w:br/>
        <w:t>На ставах і над річками,&lt;br /&gt;</w:t>
        <w:br/>
        <w:t>Баче він від скелі скалки&lt;br /&gt;</w:t>
        <w:br/>
        <w:t>По шпилях і по долинах.</w:t>
      </w:r>
    </w:p>
    <w:p>
      <w:r>
        <w:br/>
        <w:t>І на Схід, у рідну землю,&lt;br /&gt;</w:t>
        <w:br/>
        <w:t>Йде веселий Гаявата,&lt;br /&gt;</w:t>
        <w:br/>
        <w:t>Він забув про гнів пекельний,&lt;br /&gt;</w:t>
        <w:br/>
        <w:t>Він забув про помсту люту...&lt;br /&gt;</w:t>
        <w:br/>
        <w:t>Йде в свій рай, а все навколо&lt;br /&gt;</w:t>
        <w:br/>
        <w:t>Його радістю вітає.</w:t>
      </w:r>
    </w:p>
    <w:p>
      <w:r>
        <w:br/>
        <w:t>Тільки раз на мент загаявсь,&lt;br /&gt;</w:t>
        <w:br/>
        <w:t>Тільки раз він зупинився,&lt;br /&gt;</w:t>
        <w:br/>
        <w:t>Щоб купить в краю Дакотів&lt;br /&gt;</w:t>
        <w:br/>
        <w:t>Гострих клюг1 собі на стріли;</w:t>
      </w:r>
    </w:p>
    <w:p>
      <w:r>
        <w:br/>
        <w:t>1 — Наконечників.</w:t>
      </w:r>
    </w:p>
    <w:p>
      <w:r>
        <w:br/>
        <w:t>Там, в долині, де сміялись&lt;br /&gt;</w:t>
        <w:br/>
        <w:t>І летіли вниз, в безодню,&lt;br /&gt;</w:t>
        <w:br/>
        <w:t>Між зеленими дубами&lt;br /&gt;</w:t>
        <w:br/>
        <w:t>Водоспади Міннегаги,&lt;br /&gt;</w:t>
        <w:br/>
        <w:t>Жив старий Дакот суворий.&lt;br /&gt;</w:t>
        <w:br/>
        <w:t>Він робив до стріл голівки&lt;br /&gt;</w:t>
        <w:br/>
        <w:t>І клюги із халцедону&lt;br /&gt;</w:t>
        <w:br/>
        <w:t>Та із яспису міцного,&lt;br /&gt;</w:t>
        <w:br/>
        <w:t>Він виточував їх рівно&lt;br /&gt;</w:t>
        <w:br/>
        <w:t>І загострював, як голки.</w:t>
      </w:r>
    </w:p>
    <w:p>
      <w:r>
        <w:br/>
        <w:t>Молода дочка жила з ним,&lt;br /&gt;</w:t>
        <w:br/>
        <w:t>Прудконога, наче річка,&lt;br /&gt;</w:t>
        <w:br/>
        <w:t>Вередлива, наче бризки&lt;br /&gt;</w:t>
        <w:br/>
        <w:t>Водоспадів Міннегаги.&lt;br /&gt;</w:t>
        <w:br/>
        <w:t>У очах як вугіль чорних&lt;br /&gt;</w:t>
        <w:br/>
        <w:t>Світло й тіні в неї грались,&lt;br /&gt;</w:t>
        <w:br/>
        <w:t>А свавільний ніжний голос&lt;br /&gt;</w:t>
        <w:br/>
        <w:t>То дзвенів веселим сміхом,&lt;br /&gt;</w:t>
        <w:br/>
        <w:t>То палким, дражливим гнівом.&lt;br /&gt;</w:t>
        <w:br/>
        <w:t>Батько в шану водоспадів&lt;br /&gt;</w:t>
        <w:br/>
        <w:t>Дав ім'я їй — Міннегага.</w:t>
      </w:r>
    </w:p>
    <w:p>
      <w:r>
        <w:br/>
        <w:t>І невже оце заходив&lt;br /&gt;</w:t>
        <w:br/>
        <w:t>Гаявата в край Дакотів,&lt;br /&gt;</w:t>
        <w:br/>
        <w:t>Щоб купить до стріл голівок,&lt;br /&gt;</w:t>
        <w:br/>
        <w:t>Гострих клюг із халцедону&lt;br /&gt;</w:t>
        <w:br/>
        <w:t>Та із яспису міцного?&lt;br /&gt;</w:t>
        <w:br/>
        <w:t>Не того, щоб потай глянуть&lt;br /&gt;</w:t>
        <w:br/>
        <w:t>На красуню Міннегагу,&lt;br /&gt;</w:t>
        <w:br/>
        <w:t>Стріти погляд полохливий&lt;br /&gt;</w:t>
        <w:br/>
        <w:t>І почути її поступ&lt;br /&gt;</w:t>
        <w:br/>
        <w:t>За запонкою в вігвамі,&lt;br /&gt;</w:t>
        <w:br/>
        <w:t>Як на срібну Міннегагу</w:t>
      </w:r>
    </w:p>
    <w:p>
      <w:r>
        <w:br/>
        <w:t>Часом дивляться крізь віти,&lt;br /&gt;</w:t>
        <w:br/>
        <w:t>Як до співу водоспадів&lt;br /&gt;</w:t>
        <w:br/>
        <w:t>Прислухаються з-за лісу?</w:t>
      </w:r>
    </w:p>
    <w:p>
      <w:r>
        <w:br/>
        <w:t>Хто розкаже, що ховає&lt;br /&gt;</w:t>
        <w:br/>
        <w:t>Молоде юнацьке серце,&lt;br /&gt;</w:t>
        <w:br/>
        <w:t>Хто б сказав, про що в дорозі&lt;br /&gt;</w:t>
        <w:br/>
        <w:t>Мовчки марив Гаявата?&lt;br /&gt;</w:t>
        <w:br/>
        <w:t>Все Нокоміс розказав він,&lt;br /&gt;</w:t>
        <w:br/>
        <w:t>Як додому повернувся:&lt;br /&gt;</w:t>
        <w:br/>
        <w:t>Про борбу і про розмову&lt;br /&gt;</w:t>
        <w:br/>
        <w:t>З Меджеківісом могучим.&lt;br /&gt;</w:t>
        <w:br/>
        <w:t>Та про дівчину, про стріли&lt;br /&gt;</w:t>
        <w:br/>
        <w:t>Не промовив він ні слова!</w:t>
      </w:r>
    </w:p>
    <w:p>
      <w:r>
        <w:br/>
        <w:t>V</w:t>
      </w:r>
    </w:p>
    <w:p>
      <w:r>
        <w:br/>
        <w:t>ПІСТ ГАЯВАТИ</w:t>
      </w:r>
    </w:p>
    <w:p>
      <w:r>
        <w:br/>
        <w:t>Ви почуєте переказ,&lt;br /&gt;</w:t>
        <w:br/>
        <w:t>Як в густих лісах постався&lt;br /&gt;</w:t>
        <w:br/>
        <w:t>І молився Гаявата —&lt;br /&gt;</w:t>
        <w:br/>
        <w:t>Не за успіх в полюваннях,&lt;br /&gt;</w:t>
        <w:br/>
        <w:t>Не за славу й перемогу,&lt;br /&gt;</w:t>
        <w:br/>
        <w:t>А молився він за долю&lt;br /&gt;</w:t>
        <w:br/>
        <w:t>Всіх країн і всіх народів.</w:t>
      </w:r>
    </w:p>
    <w:p>
      <w:r>
        <w:br/>
        <w:t>Перед постом збудував він&lt;br /&gt;</w:t>
        <w:br/>
        <w:t>Із гілля курінь для себе&lt;br /&gt;</w:t>
        <w:br/>
        <w:t>Над блискучим Гітчі-Гюмі.&lt;br /&gt;</w:t>
        <w:br/>
        <w:t>В дні весни, тепла і цвіту,&lt;br /&gt;</w:t>
        <w:br/>
        <w:t>В май веселий, в Місяць Листя&lt;br /&gt;</w:t>
        <w:br/>
        <w:t>Збудував вігвам собі він&lt;br /&gt;</w:t>
        <w:br/>
        <w:t>І в півснах, в предивних мріях&lt;br /&gt;</w:t>
        <w:br/>
        <w:t>Сім ночей і днів постався.</w:t>
      </w:r>
    </w:p>
    <w:p>
      <w:r>
        <w:br/>
        <w:t>В перший день усе ходив він&lt;br /&gt;</w:t>
        <w:br/>
        <w:t>По гаях зелених, тихих,&lt;br /&gt;</w:t>
        <w:br/>
        <w:t>В нірці трусика угледів,&lt;br /&gt;</w:t>
        <w:br/>
        <w:t>В гущині злякав оленя,&lt;br /&gt;</w:t>
        <w:br/>
        <w:t>Чув — фазан десь кудкудакав,&lt;br /&gt;</w:t>
        <w:br/>
        <w:t>Чув, як жолудями гралась&lt;br /&gt;</w:t>
        <w:br/>
        <w:t>В дуплах білка — Аджидомо.</w:t>
      </w:r>
    </w:p>
    <w:p>
      <w:r>
        <w:br/>
        <w:t>Бачив, як гніздо звиває&lt;br /&gt;</w:t>
        <w:br/>
        <w:t>На сосні Омімі — голуб.&lt;br /&gt;</w:t>
        <w:br/>
        <w:t>Бачив, як гусина зграя&lt;br /&gt;</w:t>
        <w:br/>
        <w:t>Пролетіла з криком-шумом&lt;br /&gt;</w:t>
        <w:br/>
        <w:t>До боліт і саг північних.&lt;br /&gt;</w:t>
        <w:br/>
        <w:t>"Гітчі-Маніто! — він крикнув,&lt;br /&gt;</w:t>
        <w:br/>
        <w:t>Повний болю, повний туги,—&lt;br /&gt;</w:t>
        <w:br/>
        <w:t>А невже ж все наше щастя&lt;br /&gt;</w:t>
        <w:br/>
        <w:t>І життя від них залежить?"</w:t>
      </w:r>
    </w:p>
    <w:p>
      <w:r>
        <w:br/>
        <w:t>А на другий день по річці&lt;br /&gt;</w:t>
        <w:br/>
        <w:t>Вдовж по Мускоде бродив він,&lt;br /&gt;</w:t>
        <w:br/>
        <w:t>Бачив риб він — Маномоні,&lt;br /&gt;</w:t>
        <w:br/>
        <w:t>І Мінагу, і Одамін...&lt;br /&gt;</w:t>
        <w:br/>
        <w:t>І Шебомін, і Бімагут...&lt;br /&gt;</w:t>
        <w:br/>
        <w:t>Виноград Бімагут пахощ&lt;br /&gt;</w:t>
        <w:br/>
        <w:t>Розливав і вгору вився,&lt;br /&gt;</w:t>
        <w:br/>
        <w:t>По сучках вільхових вився.&lt;br /&gt;</w:t>
        <w:br/>
        <w:t>"Гітчі-Маніто! — він крикнув,&lt;br /&gt;</w:t>
        <w:br/>
        <w:t>Повний болю, повний туги,—&lt;br /&gt;</w:t>
        <w:br/>
        <w:t>Та невже ж все наше щастя&lt;br /&gt;</w:t>
        <w:br/>
        <w:t>І життя від них залежить?"</w:t>
      </w:r>
    </w:p>
    <w:p>
      <w:r>
        <w:br/>
        <w:t>А на третій день в задумі&lt;br /&gt;</w:t>
        <w:br/>
        <w:t>Біля озера сидів він,&lt;br /&gt;</w:t>
        <w:br/>
        <w:t>Довго він сидів і думав&lt;br /&gt;</w:t>
        <w:br/>
        <w:t>Над прозорою водою.</w:t>
      </w:r>
    </w:p>
    <w:p>
      <w:r>
        <w:br/>
        <w:t>Викидавсь і бризкав сріблом,&lt;br /&gt;</w:t>
        <w:br/>
        <w:t>Сріблом вод озерних Нама,&lt;br /&gt;</w:t>
        <w:br/>
        <w:t>Грався жвавий Сава—окунь,—&lt;br /&gt;</w:t>
        <w:br/>
        <w:t>Наче злотний промінь сонця,&lt;br /&gt;</w:t>
        <w:br/>
        <w:t>Бачив щуку злу — Кенозу,&lt;br /&gt;</w:t>
        <w:br/>
        <w:t>Шогаші і Окагавіс.&lt;br /&gt;</w:t>
        <w:br/>
        <w:t>"Гітчі-Маніто! — він крикнув,&lt;br /&gt;</w:t>
        <w:br/>
        <w:t>Повний болю, повний туги,—&lt;br /&gt;</w:t>
        <w:br/>
        <w:t>Та невже від них залежить&lt;br /&gt;</w:t>
        <w:br/>
        <w:t>І життя, і наша доля?"</w:t>
      </w:r>
    </w:p>
    <w:p>
      <w:r>
        <w:br/>
        <w:t>На четвертий день до ночі&lt;br /&gt;</w:t>
        <w:br/>
        <w:t>Він, знесилений, пролежав&lt;br /&gt;</w:t>
        <w:br/>
        <w:t>На землі в своїм вігвамі.&lt;br /&gt;</w:t>
        <w:br/>
        <w:t>Як вві сні, над ним роїлись&lt;br /&gt;</w:t>
        <w:br/>
        <w:t>Мрії, образи-примари;&lt;br /&gt;</w:t>
        <w:br/>
        <w:t>А здаля вода блищала,&lt;br /&gt;</w:t>
        <w:br/>
        <w:t>Грала золотом, і плавко&lt;br /&gt;</w:t>
        <w:br/>
        <w:t>Все кружляло і горіло&lt;br /&gt;</w:t>
        <w:br/>
        <w:t>У вечірніх барвах сонця.</w:t>
      </w:r>
    </w:p>
    <w:p>
      <w:r>
        <w:br/>
        <w:t>І угледів він: підходить&lt;br /&gt;</w:t>
        <w:br/>
        <w:t>В тихій сутіні вечірній&lt;br /&gt;</w:t>
        <w:br/>
        <w:t>В пурпурових барвах сонця,&lt;br /&gt;</w:t>
        <w:br/>
        <w:t>Весь в вечірніх барвах сонця&lt;br /&gt;</w:t>
        <w:br/>
        <w:t>Молодий хтось до вігваму.&lt;br /&gt;</w:t>
        <w:br/>
        <w:t>Голова його в блискучих,&lt;br /&gt;</w:t>
        <w:br/>
        <w:t>Кольорових пишних пір'ях.&lt;br /&gt;</w:t>
        <w:br/>
        <w:t>Леґінь! Кучері злотисті&lt;br /&gt;</w:t>
        <w:br/>
        <w:t>І зелено-жовтий убір.</w:t>
      </w:r>
    </w:p>
    <w:p>
      <w:r>
        <w:br/>
        <w:t>І, спинившись на порозі,&lt;br /&gt;</w:t>
        <w:br/>
        <w:t>Довго з болем, з милосердям&lt;br /&gt;</w:t>
        <w:br/>
        <w:t>Він дививсь на Гаявату,</w:t>
      </w:r>
    </w:p>
    <w:p>
      <w:r>
        <w:br/>
        <w:t>На його обличчя схудле.&lt;br /&gt;</w:t>
        <w:br/>
        <w:t>Мов зітхання Шавондазі,&lt;br /&gt;</w:t>
        <w:br/>
        <w:t>В нетрях лісу продзвеніла&lt;br /&gt;</w:t>
        <w:br/>
        <w:t>Його мова: "Гаявато!&lt;br /&gt;</w:t>
        <w:br/>
        <w:t>Голос твій почуло небо&lt;br /&gt;</w:t>
        <w:br/>
        <w:t>Через те, що ти молився&lt;br /&gt;</w:t>
        <w:br/>
        <w:t>Не за успіх в полюванні,&lt;br /&gt;</w:t>
        <w:br/>
        <w:t>Не за славу й перемогу,&lt;br /&gt;</w:t>
        <w:br/>
        <w:t>А за згоду і за щастя&lt;br /&gt;</w:t>
        <w:br/>
        <w:t>Всіх країн і всіх народів.</w:t>
      </w:r>
    </w:p>
    <w:p>
      <w:r>
        <w:br/>
        <w:t>І Мондаміна—маїса&lt;br /&gt;</w:t>
        <w:br/>
        <w:t>Посила Життя Владика,&lt;br /&gt;</w:t>
        <w:br/>
        <w:t>Посила, щоб розказав він,&lt;br /&gt;</w:t>
        <w:br/>
        <w:t>Що в роботі і в терпінні&lt;br /&gt;</w:t>
        <w:br/>
        <w:t>Ти дістанеш все, що просиш.&lt;br /&gt;</w:t>
        <w:br/>
        <w:t>Встань з гілок зелених, з листя,&lt;br /&gt;</w:t>
        <w:br/>
        <w:t>Встань з Мондаміном боротись".&lt;br /&gt;</w:t>
        <w:br/>
        <w:t>Гаявата був без сили:&lt;br /&gt;</w:t>
        <w:br/>
        <w:t>Він від голоду знемігся,&lt;br /&gt;</w:t>
        <w:br/>
        <w:t>Але швидко встав на ноги,&lt;br /&gt;</w:t>
        <w:br/>
        <w:t>Встав і з темного вігваму&lt;br /&gt;</w:t>
        <w:br/>
        <w:t>Вийшов він на світ вечірній,&lt;br /&gt;</w:t>
        <w:br/>
        <w:t>З юнаком боротись вийшов;&lt;br /&gt;</w:t>
        <w:br/>
        <w:t>І лише торкнувсь до його,&lt;br /&gt;</w:t>
        <w:br/>
        <w:t>Знов відчув в собі відвагу,&lt;br /&gt;</w:t>
        <w:br/>
        <w:t>Знов відчув в безсилих грудях&lt;br /&gt;</w:t>
        <w:br/>
        <w:t>Жвавість, силу і надію.</w:t>
      </w:r>
    </w:p>
    <w:p>
      <w:r>
        <w:br/>
        <w:t>На лугу вони кружлялись&lt;br /&gt;</w:t>
        <w:br/>
        <w:t>У червонім світлі сонця,&lt;br /&gt;</w:t>
        <w:br/>
        <w:t>І робився Гаявата&lt;br /&gt;</w:t>
        <w:br/>
        <w:t>З кожним ментом усе дужчий.&lt;br /&gt;</w:t>
        <w:br/>
        <w:t>Та спустились тіні ночі,</w:t>
      </w:r>
    </w:p>
    <w:p>
      <w:r>
        <w:br/>
        <w:t>І Шух-шух-га на болоті&lt;br /&gt;</w:t>
        <w:br/>
        <w:t>Прокричала сумно-сумно&lt;br /&gt;</w:t>
        <w:br/>
        <w:t>Криком голоду і туги.</w:t>
      </w:r>
    </w:p>
    <w:p>
      <w:r>
        <w:br/>
        <w:t>. "Годі! Досить на сьогодні! —&lt;br /&gt;</w:t>
        <w:br/>
        <w:t>Так звернувсь до Гаявати,&lt;br /&gt;</w:t>
        <w:br/>
        <w:t>Усміхаючись, Мондамін.—&lt;br /&gt;</w:t>
        <w:br/>
        <w:t>Ще поборемося завтра...&lt;br /&gt;</w:t>
        <w:br/>
        <w:t>Будь увечері готовий".&lt;br /&gt;</w:t>
        <w:br/>
        <w:t>І, сказавши, щез Мондамін.&lt;br /&gt;</w:t>
        <w:br/>
        <w:t>Чи він хмаркою спустився,&lt;br /&gt;</w:t>
        <w:br/>
        <w:t>Чи легким туманом знявся,&lt;br /&gt;</w:t>
        <w:br/>
        <w:t>Гаявата не помітив.&lt;br /&gt;</w:t>
        <w:br/>
        <w:t>Бачив тільки, що пропав він,&lt;br /&gt;</w:t>
        <w:br/>
        <w:t>Залишив його самого,&lt;br /&gt;</w:t>
        <w:br/>
        <w:t>Вкрай знесиленого боєм;&lt;br /&gt;</w:t>
        <w:br/>
        <w:t>Що внизу в тумані ночі&lt;br /&gt;</w:t>
        <w:br/>
        <w:t>Ледве озеро біліє,&lt;br /&gt;</w:t>
        <w:br/>
        <w:t>А вгорі десь світять зорі.</w:t>
      </w:r>
    </w:p>
    <w:p>
      <w:r>
        <w:br/>
        <w:t>Двічі ввечері,— як тільки&lt;br /&gt;</w:t>
        <w:br/>
        <w:t>Опускалось тихо сонце,&lt;br /&gt;</w:t>
        <w:br/>
        <w:t>Опускалося на води&lt;br /&gt;</w:t>
        <w:br/>
        <w:t>І тонуло в них червоне,&lt;br /&gt;</w:t>
        <w:br/>
        <w:t>Наче вугіль, що розпікся&lt;br /&gt;</w:t>
        <w:br/>
        <w:t>В вічнім огнищі Владики,—&lt;br /&gt;</w:t>
        <w:br/>
        <w:t>Перед ним з'являвсь Мондамін.&lt;br /&gt;</w:t>
        <w:br/>
        <w:t>Непомітно він приходив,&lt;br /&gt;</w:t>
        <w:br/>
        <w:t>Як роса, яку ми бачим&lt;br /&gt;</w:t>
        <w:br/>
        <w:t>Тільки в час, коли торкнеться&lt;br /&gt;</w:t>
        <w:br/>
        <w:t>До трави або до листя,&lt;br /&gt;</w:t>
        <w:br/>
        <w:t>Але хто із нас помітить,&lt;br /&gt;</w:t>
        <w:br/>
        <w:t>Як вона іде-зникає?</w:t>
      </w:r>
    </w:p>
    <w:p>
      <w:r>
        <w:br/>
        <w:t>На лугу вони кружлялись&lt;br /&gt;</w:t>
        <w:br/>
        <w:t>У вечірнім морі сонця,&lt;br /&gt;</w:t>
        <w:br/>
        <w:t>Та спустились тіні ночі,&lt;br /&gt;</w:t>
        <w:br/>
        <w:t>Прокричала на болоті&lt;br /&gt;</w:t>
        <w:br/>
        <w:t>Сумно, жалісно Шух-шух-га,&lt;br /&gt;</w:t>
        <w:br/>
        <w:t>І замислився Мондамін.&lt;br /&gt;</w:t>
        <w:br/>
        <w:t>Молодий, стрункий, прекрасний,&lt;br /&gt;</w:t>
        <w:br/>
        <w:t>Він стояв в своїм убранні.&lt;br /&gt;</w:t>
        <w:br/>
        <w:t>Він стояв. Над головою&lt;br /&gt;</w:t>
        <w:br/>
        <w:t>Пера маяли, гойдались,&lt;br /&gt;</w:t>
        <w:br/>
        <w:t>На чолі його блищали,&lt;br /&gt;</w:t>
        <w:br/>
        <w:t>Наче роси, краплі поту.</w:t>
      </w:r>
    </w:p>
    <w:p>
      <w:r>
        <w:br/>
        <w:t>І він крикнув: "Гаявато!&lt;br /&gt;</w:t>
        <w:br/>
        <w:t>Славно ти боровсь зо мною,&lt;br /&gt;</w:t>
        <w:br/>
        <w:t>Тричі славно ти боровся,—&lt;br /&gt;</w:t>
        <w:br/>
        <w:t>Хай же дасть тобі Владика&lt;br /&gt;</w:t>
        <w:br/>
        <w:t>Перемогу надо мною!"</w:t>
      </w:r>
    </w:p>
    <w:p>
      <w:r>
        <w:br/>
        <w:t>І сказав, додав, всміхнувшись:&lt;br /&gt;</w:t>
        <w:br/>
        <w:t>"Іспит твій скінчиться завтра&lt;br /&gt;</w:t>
        <w:br/>
        <w:t>Разом з постом, з боротьбою:&lt;br /&gt;</w:t>
        <w:br/>
        <w:t>Завтра ти мене побореш,&lt;br /&gt;</w:t>
        <w:br/>
        <w:t>Приготуй для мене ліжко&lt;br /&gt;</w:t>
        <w:br/>
        <w:t>Так, щоб міг весняний дощик&lt;br /&gt;</w:t>
        <w:br/>
        <w:t>Відсвіжать мене, а сонце&lt;br /&gt;</w:t>
        <w:br/>
        <w:t>Гріти цілий день до ночі.&lt;br /&gt;</w:t>
        <w:br/>
        <w:t>Ти зніми убрання з мене,&lt;br /&gt;</w:t>
        <w:br/>
        <w:t>Обірви для себе сміло&lt;br /&gt;</w:t>
        <w:br/>
        <w:t>З голови моєї пір'я,&lt;br /&gt;</w:t>
        <w:br/>
        <w:t>Поховай мене і землю&lt;br /&gt;</w:t>
        <w:br/>
        <w:t>Розрівняй, зроби м'якою.</w:t>
      </w:r>
    </w:p>
    <w:p>
      <w:r>
        <w:br/>
        <w:t>Бережи мій сон глибокий,&lt;br /&gt;</w:t>
        <w:br/>
        <w:t>Щоб ніхто мене не рушив,&lt;br /&gt;</w:t>
        <w:br/>
        <w:t>Щоб бур'ян, кукіль і трави</w:t>
      </w:r>
    </w:p>
    <w:p>
      <w:r>
        <w:br/>
        <w:t>Не росли і не глушили&lt;br /&gt;</w:t>
        <w:br/>
        <w:t>І щоб гайворон не падав&lt;br /&gt;</w:t>
        <w:br/>
        <w:t>На мою могилу свіжу.&lt;br /&gt;</w:t>
        <w:br/>
        <w:t>Бережи мій сон глибокий,&lt;br /&gt;</w:t>
        <w:br/>
        <w:t>Доки я від сну прокинусь&lt;br /&gt;</w:t>
        <w:br/>
        <w:t>І знімусь з землі до сонця!"&lt;br /&gt;</w:t>
        <w:br/>
        <w:t>І, сказавши, зник Мондамін.</w:t>
      </w:r>
    </w:p>
    <w:p>
      <w:r>
        <w:br/>
        <w:t>Спав спокійно Гаявата.&lt;br /&gt;</w:t>
        <w:br/>
        <w:t>Чув він, як співав журливо&lt;br /&gt;</w:t>
        <w:br/>
        <w:t>Серед ночі Вавонейса,&lt;br /&gt;</w:t>
        <w:br/>
        <w:t>Як кричав він над вігвамом,&lt;br /&gt;</w:t>
        <w:br/>
        <w:t>Як струмочок — Сібовіша&lt;br /&gt;</w:t>
        <w:br/>
        <w:t>Вів розмову з темним лісом&lt;br /&gt;</w:t>
        <w:br/>
        <w:t>І дзюрчав все тихше й тихше.&lt;br /&gt;</w:t>
        <w:br/>
        <w:t>Слухав, як гілля зітхає&lt;br /&gt;</w:t>
        <w:br/>
        <w:t>І гойдається поволі&lt;br /&gt;</w:t>
        <w:br/>
        <w:t>З теплим, ніжним вітром ночі.&lt;br /&gt;</w:t>
        <w:br/>
        <w:t>Але ледве-ледве чутно&lt;br /&gt;</w:t>
        <w:br/>
        <w:t>Сей далекий шелест-шепіт&lt;br /&gt;</w:t>
        <w:br/>
        <w:t>Долітав до Гаявати.&lt;br /&gt;</w:t>
        <w:br/>
        <w:t>Спав спокійно Гаявата.</w:t>
      </w:r>
    </w:p>
    <w:p>
      <w:r>
        <w:br/>
        <w:t>На зорі прийшла Нокоміс,&lt;br /&gt;</w:t>
        <w:br/>
        <w:t>І на сьомий ранок їсти&lt;br /&gt;</w:t>
        <w:br/>
        <w:t>Принесла для Гаявати,&lt;br /&gt;</w:t>
        <w:br/>
        <w:t>І, ридаючи, казала,&lt;br /&gt;</w:t>
        <w:br/>
        <w:t>Що його загубить голод,&lt;br /&gt;</w:t>
        <w:br/>
        <w:t>Коли він не з'їсть нічого.</w:t>
      </w:r>
    </w:p>
    <w:p>
      <w:r>
        <w:br/>
        <w:t>Але він не взяв нічого,&lt;br /&gt;</w:t>
        <w:br/>
        <w:t>Ні до чого не торкнувся,&lt;br /&gt;</w:t>
        <w:br/>
        <w:t>Тільки їй сказав: "Нокоміс!&lt;br /&gt;</w:t>
        <w:br/>
        <w:t>Підожди, побудь зо мною,&lt;br /&gt;</w:t>
        <w:br/>
        <w:t>Поки стемніє надворі&lt;br /&gt;</w:t>
        <w:br/>
        <w:t>І Шух-шух-га над болотом</w:t>
      </w:r>
    </w:p>
    <w:p>
      <w:r>
        <w:br/>
        <w:t>Прокричить, що день скінчився".&lt;br /&gt;</w:t>
        <w:br/>
        <w:t>Мовчки, плачучи, Нокоміс л&lt;br /&gt;</w:t>
        <w:br/>
        <w:t>Поверталася додому&lt;br /&gt;</w:t>
        <w:br/>
        <w:t>І боялась за онука.</w:t>
      </w:r>
    </w:p>
    <w:p>
      <w:r>
        <w:br/>
        <w:t>А онук шептав: "Мондамін!"&lt;br /&gt;</w:t>
        <w:br/>
        <w:t>І від заходу поволі&lt;br /&gt;</w:t>
        <w:br/>
        <w:t>Потяглись вечірні тіні&lt;br /&gt;</w:t>
        <w:br/>
        <w:t>По лісах і по долинах.&lt;br /&gt;</w:t>
        <w:br/>
        <w:t>Опустилось тихо сонце&lt;br /&gt;</w:t>
        <w:br/>
        <w:t>На далекі тихі води,&lt;br /&gt;</w:t>
        <w:br/>
        <w:t>Як спускається на воду&lt;br /&gt;</w:t>
        <w:br/>
        <w:t>Восени листок червоний&lt;br /&gt;</w:t>
        <w:br/>
        <w:t>І в воді, червоний, тоне.</w:t>
      </w:r>
    </w:p>
    <w:p>
      <w:r>
        <w:br/>
        <w:t>Зирк! — уже стоїть Мондамін&lt;br /&gt;</w:t>
        <w:br/>
        <w:t>На порозі з привітанням!&lt;br /&gt;</w:t>
        <w:br/>
        <w:t>Голова його в блискучих,&lt;br /&gt;</w:t>
        <w:br/>
        <w:t>У розкішних пишних пір'ях.&lt;br /&gt;</w:t>
        <w:br/>
        <w:t>В його кучері злотисті&lt;br /&gt;</w:t>
        <w:br/>
        <w:t>І зелено-жовтий убір.&lt;br /&gt;</w:t>
        <w:br/>
        <w:t>Як вві сні, йому назустріч&lt;br /&gt;</w:t>
        <w:br/>
        <w:t>Встав і вийшов Гаявата.&lt;br /&gt;</w:t>
        <w:br/>
        <w:t>Був він змучений до краю,&lt;br /&gt;</w:t>
        <w:br/>
        <w:t>Але знову став боротись.</w:t>
      </w:r>
    </w:p>
    <w:p>
      <w:r>
        <w:br/>
        <w:t>І злились земля і небо,&lt;br /&gt;</w:t>
        <w:br/>
        <w:t>Замигтіли перед ними.&lt;br /&gt;</w:t>
        <w:br/>
        <w:t>Як спичак1 у сітці б'ється,&lt;br /&gt;</w:t>
        <w:br/>
        <w:t>Скаженіє, щоб порвати&lt;br /&gt;</w:t>
        <w:br/>
        <w:t>І шубовснути у воду,&lt;br /&gt;</w:t>
        <w:br/>
        <w:t>Так у грудях Гаявати</w:t>
      </w:r>
    </w:p>
    <w:p>
      <w:r>
        <w:br/>
        <w:t>1 Осетр.</w:t>
      </w:r>
    </w:p>
    <w:p>
      <w:r>
        <w:br/>
        <w:t>Серце билося і рвалось.&lt;br /&gt;</w:t>
        <w:br/>
        <w:t>Наче ободи вогняні,&lt;br /&gt;</w:t>
        <w:br/>
        <w:t>Сяв-горів кривавий обрій&lt;br /&gt;</w:t>
        <w:br/>
        <w:t>І кружлявся разом з ними,&lt;br /&gt;</w:t>
        <w:br/>
        <w:t>Безліч сонців, розпалившись,&lt;br /&gt;</w:t>
        <w:br/>
        <w:t>На смертельний бій дивились,&lt;br /&gt;</w:t>
        <w:br/>
        <w:t>Коли враз один на герці&lt;br /&gt;</w:t>
        <w:br/>
        <w:t>Опинився Гаявата.</w:t>
      </w:r>
    </w:p>
    <w:p>
      <w:r>
        <w:br/>
        <w:t>Приголомшений борбою&lt;br /&gt;</w:t>
        <w:br/>
        <w:t>І схвильований, тремтів він,&lt;br /&gt;</w:t>
        <w:br/>
        <w:t>І стояв один у полі.&lt;br /&gt;</w:t>
        <w:br/>
        <w:t>Перед ним в пом'ятих перах&lt;br /&gt;</w:t>
        <w:br/>
        <w:t>І розірванім убранні,&lt;br /&gt;</w:t>
        <w:br/>
        <w:t>Нерухомий і спокійний&lt;br /&gt;</w:t>
        <w:br/>
        <w:t>На траві лежав Мондамін,&lt;br /&gt;</w:t>
        <w:br/>
        <w:t>Мертвий в сяєві вечірнім.</w:t>
      </w:r>
    </w:p>
    <w:p>
      <w:r>
        <w:br/>
        <w:t>Переможець Гаявата&lt;br /&gt;</w:t>
        <w:br/>
        <w:t>Зняв з Мондаміна убрання,&lt;br /&gt;</w:t>
        <w:br/>
        <w:t>Познімав пом'яті пера,&lt;br /&gt;</w:t>
        <w:br/>
        <w:t>Поховав його і землю&lt;br /&gt;</w:t>
        <w:br/>
        <w:t>Розрівняв, зробив м'якою.&lt;br /&gt;</w:t>
        <w:br/>
        <w:t>В ту хвилину над болотом&lt;br /&gt;</w:t>
        <w:br/>
        <w:t>Чапля сизая Шух-шух-га&lt;br /&gt;</w:t>
        <w:br/>
        <w:t>Простогнала, прокричала&lt;br /&gt;</w:t>
        <w:br/>
        <w:t>Криком туги, криком скарги.</w:t>
      </w:r>
    </w:p>
    <w:p>
      <w:r>
        <w:br/>
        <w:t>В рідний край, в вігвам Нокоміс&lt;br /&gt;</w:t>
        <w:br/>
        <w:t>Повернувся Гаявата.&lt;br /&gt;</w:t>
        <w:br/>
        <w:t>Тиждень іспиту страшного&lt;br /&gt;</w:t>
        <w:br/>
        <w:t>У сей вечір закінчився,&lt;br /&gt;</w:t>
        <w:br/>
        <w:t>Але він не зміг забути&lt;br /&gt;</w:t>
        <w:br/>
        <w:t>Ті місця, де він боровся,</w:t>
      </w:r>
    </w:p>
    <w:p>
      <w:r>
        <w:br/>
        <w:t>І без догляду не кинув&lt;br /&gt;</w:t>
        <w:br/>
        <w:t>Ту могилу, де спокійно&lt;br /&gt;</w:t>
        <w:br/>
        <w:t>Спав похований Мондамін&lt;br /&gt;</w:t>
        <w:br/>
        <w:t>Під дощем, гарячим сонцем,&lt;br /&gt;</w:t>
        <w:br/>
        <w:t>Де його убрання блідло&lt;br /&gt;</w:t>
        <w:br/>
        <w:t>Під дощем, гарячим сонцем.</w:t>
      </w:r>
    </w:p>
    <w:p>
      <w:r>
        <w:br/>
        <w:t>День у день на ту могилу&lt;br /&gt;</w:t>
        <w:br/>
        <w:t>Гаявата мій приходив,&lt;br /&gt;</w:t>
        <w:br/>
        <w:t>Щоб вона була м'якою&lt;br /&gt;</w:t>
        <w:br/>
        <w:t>І травою не покрилась.&lt;br /&gt;</w:t>
        <w:br/>
        <w:t>І щодня прогонив з неї&lt;br /&gt;</w:t>
        <w:br/>
        <w:t>Кагагі з його народом.</w:t>
      </w:r>
    </w:p>
    <w:p>
      <w:r>
        <w:br/>
        <w:t>І стебло зелене, любе&lt;br /&gt;</w:t>
        <w:br/>
        <w:t>Над могилою з'явилось,&lt;br /&gt;</w:t>
        <w:br/>
        <w:t>Потім друге, потім третє.&lt;br /&gt;</w:t>
        <w:br/>
        <w:t>І ще літо не скінчилось,&lt;br /&gt;</w:t>
        <w:br/>
        <w:t>Як у всій своїй пишноті,&lt;br /&gt;</w:t>
        <w:br/>
        <w:t>В дорогім своїм убранні,&lt;br /&gt;</w:t>
        <w:br/>
        <w:t>В золотих шовкових косах&lt;br /&gt;</w:t>
        <w:br/>
        <w:t>Встав стрункий, високий маїс.&lt;br /&gt;</w:t>
        <w:br/>
        <w:t>І зраділий Гаявата</w:t>
      </w:r>
    </w:p>
    <w:p>
      <w:r>
        <w:br/>
        <w:t>Крикнув: "Друг людський Мондамін!&lt;br /&gt;</w:t>
        <w:br/>
        <w:t>Він се — друг людський Мондамін!"</w:t>
      </w:r>
    </w:p>
    <w:p>
      <w:r>
        <w:br/>
        <w:t>Він позвав Нокоміс, Ягу,&lt;br /&gt;</w:t>
        <w:br/>
        <w:t>Розказав їм про примари,&lt;br /&gt;</w:t>
        <w:br/>
        <w:t>Боротьбу і перемогу,&lt;br /&gt;</w:t>
        <w:br/>
        <w:t>Показав зелений маїс,&lt;br /&gt;</w:t>
        <w:br/>
        <w:t>Дар небесний всім народам,&lt;br /&gt;</w:t>
        <w:br/>
        <w:t>Сю майбутню для їх їжу.</w:t>
      </w:r>
    </w:p>
    <w:p>
      <w:r>
        <w:br/>
        <w:t>А пізніше, в час осінній,&lt;br /&gt;</w:t>
        <w:br/>
        <w:t>Як достиг пожовклий маїс&lt;br /&gt;</w:t>
        <w:br/>
        <w:t>І пожовклі потверділи</w:t>
      </w:r>
    </w:p>
    <w:p>
      <w:r>
        <w:br/>
        <w:t>Зерна маїса, як перли,&lt;br /&gt;</w:t>
        <w:br/>
        <w:t>Качани його зібрав він,&lt;br /&gt;</w:t>
        <w:br/>
        <w:t>Потім зняв посохле листя,&lt;br /&gt;</w:t>
        <w:br/>
        <w:t>Як з Мондаміна убрання&lt;br /&gt;</w:t>
        <w:br/>
        <w:t>Зняв давно колись,— і вперше&lt;br /&gt;</w:t>
        <w:br/>
        <w:t>Урядив бенкет великий:&lt;br /&gt;</w:t>
        <w:br/>
        <w:t>Дар новий Життя Владики&lt;br /&gt;</w:t>
        <w:br/>
        <w:t>Показав усім народам.</w:t>
      </w:r>
    </w:p>
    <w:p>
      <w:r>
        <w:br/>
        <w:t>VI</w:t>
      </w:r>
    </w:p>
    <w:p>
      <w:r>
        <w:br/>
        <w:t>ДРУЗІ ГАЯВАТИ</w:t>
      </w:r>
    </w:p>
    <w:p>
      <w:r>
        <w:br/>
        <w:t>Два було у Гаявати,&lt;br /&gt;</w:t>
        <w:br/>
        <w:t>Два незмінних вірних друга.&lt;br /&gt;</w:t>
        <w:br/>
        <w:t>Серце, душу Гаявати&lt;br /&gt;</w:t>
        <w:br/>
        <w:t>Знали в радощах і в горі&lt;br /&gt;</w:t>
        <w:br/>
        <w:t>Тільки двоє: дужий Квазінд&lt;br /&gt;</w:t>
        <w:br/>
        <w:t>І музика Чайбаябос.</w:t>
      </w:r>
    </w:p>
    <w:p>
      <w:r>
        <w:br/>
        <w:t>І до їх вігвамів стежка&lt;br /&gt;</w:t>
        <w:br/>
        <w:t>Не вкривалася травою.&lt;br /&gt;</w:t>
        <w:br/>
        <w:t>Плітки, брехні і намови&lt;br /&gt;</w:t>
        <w:br/>
        <w:t>Не могли їх посварити&lt;br /&gt;</w:t>
        <w:br/>
        <w:t>І зробити ворогами.&lt;br /&gt;</w:t>
        <w:br/>
        <w:t>Тільки втрьох вони братались,&lt;br /&gt;</w:t>
        <w:br/>
        <w:t>Щиро радилися вкупі&lt;br /&gt;</w:t>
        <w:br/>
        <w:t>І ділилися думками.&lt;br /&gt;</w:t>
        <w:br/>
        <w:t>Всі вони хотіли щастя&lt;br /&gt;</w:t>
        <w:br/>
        <w:t>Всім країнам, всім народам.</w:t>
      </w:r>
    </w:p>
    <w:p>
      <w:r>
        <w:br/>
        <w:t>Кращим другом Гаявати&lt;br /&gt;</w:t>
        <w:br/>
        <w:t>Був прекрасний Чайбаябос,&lt;br /&gt;</w:t>
        <w:br/>
        <w:t>Чарівний співець, музика&lt;br /&gt;</w:t>
        <w:br/>
        <w:t>Незрівнянний, небувалий.&lt;br /&gt;</w:t>
        <w:br/>
        <w:t>Як вояк, він був відважний&lt;br /&gt;</w:t>
        <w:br/>
        <w:t>І як дівчина, був ніжний,&lt;br /&gt;</w:t>
        <w:br/>
        <w:t>Як лоза, гнучкий, високий,&lt;br /&gt;</w:t>
        <w:br/>
        <w:t>Як олень, ставний і красний.</w:t>
      </w:r>
    </w:p>
    <w:p>
      <w:r>
        <w:br/>
        <w:t>І коли співав він пісню,&lt;br /&gt;</w:t>
        <w:br/>
        <w:t>Уся вулиця збігалась,&lt;br /&gt;</w:t>
        <w:br/>
        <w:t>А він піснею-жагою&lt;br /&gt;</w:t>
        <w:br/>
        <w:t>Хвилював серця народні.&lt;br /&gt;</w:t>
        <w:br/>
        <w:t>На сопілці з очерету&lt;br /&gt;</w:t>
        <w:br/>
        <w:t>Так він грав чудесно, ніжно,&lt;br /&gt;</w:t>
        <w:br/>
        <w:t>Що пташки німіли в лісі,&lt;br /&gt;</w:t>
        <w:br/>
        <w:t>Замирав струмок веселий,&lt;br /&gt;</w:t>
        <w:br/>
        <w:t>Затихала Аджидомо,&lt;br /&gt;</w:t>
        <w:br/>
        <w:t>А Вабассо обережний&lt;br /&gt;</w:t>
        <w:br/>
        <w:t>Присідав, дививсь і слухав.</w:t>
      </w:r>
    </w:p>
    <w:p>
      <w:r>
        <w:br/>
        <w:t>Так! Спинився Сібовіша&lt;br /&gt;</w:t>
        <w:br/>
        <w:t>І сказав: "О Чайбаябос!&lt;br /&gt;</w:t>
        <w:br/>
        <w:t>Чом ти хвиль моїх не навчиш&lt;br /&gt;</w:t>
        <w:br/>
        <w:t>Мелодійних, ніжних звуків?"</w:t>
      </w:r>
    </w:p>
    <w:p>
      <w:r>
        <w:br/>
        <w:t>Так! Овейса йому заздрив&lt;br /&gt;</w:t>
        <w:br/>
        <w:t>І казав: "О Чайбаябос!&lt;br /&gt;</w:t>
        <w:br/>
        <w:t>Ти навчи мене співати&lt;br /&gt;</w:t>
        <w:br/>
        <w:t>Так жагуче, так шалено!"</w:t>
      </w:r>
    </w:p>
    <w:p>
      <w:r>
        <w:br/>
        <w:t>Так! І радісний Опечі&lt;br /&gt;</w:t>
        <w:br/>
        <w:t>Говорив: "О Чайбаябос!&lt;br /&gt;</w:t>
        <w:br/>
        <w:t>О, навчи мене, благаю,&lt;br /&gt;</w:t>
        <w:br/>
        <w:t>Ніжно, весело співати!"</w:t>
      </w:r>
    </w:p>
    <w:p>
      <w:r>
        <w:br/>
        <w:t>І крізь сльози Вавонейса&lt;br /&gt;</w:t>
        <w:br/>
        <w:t>Говорив: "О Чайбаябос!&lt;br /&gt;</w:t>
        <w:br/>
        <w:t>Ти навчи мене журливих&lt;br /&gt;</w:t>
        <w:br/>
        <w:t>Повних смутку-туги звуків".</w:t>
      </w:r>
    </w:p>
    <w:p>
      <w:r>
        <w:br/>
        <w:t>Вся природа прислухалась&lt;br /&gt;</w:t>
        <w:br/>
        <w:t>І училася у його,&lt;br /&gt;</w:t>
        <w:br/>
        <w:t>Всі серця, що в грудях бились,&lt;br /&gt;</w:t>
        <w:br/>
        <w:t>Наче м'якшали від пісні,&lt;br /&gt;</w:t>
        <w:br/>
        <w:t>Бо співав співець про волю,&lt;br /&gt;</w:t>
        <w:br/>
        <w:t>Про красу, любов і згоду,&lt;br /&gt;</w:t>
        <w:br/>
        <w:t>Про таємну смерть співав він,&lt;br /&gt;</w:t>
        <w:br/>
        <w:t>Про життя посмертне, вічне,&lt;br /&gt;</w:t>
        <w:br/>
        <w:t>Славив вічний Край Поніма,&lt;br /&gt;</w:t>
        <w:br/>
        <w:t>Славив Селища Блаженних.</w:t>
      </w:r>
    </w:p>
    <w:p>
      <w:r>
        <w:br/>
        <w:t>Любий серцю Гаявати&lt;br /&gt;</w:t>
        <w:br/>
        <w:t>Тихий, ніжний Чайбаябос,&lt;br /&gt;</w:t>
        <w:br/>
        <w:t>Чарівний співець, музика&lt;br /&gt;</w:t>
        <w:br/>
        <w:t>Незрівнянний, небувалий.&lt;br /&gt;</w:t>
        <w:br/>
        <w:t>Він любив його за ніжність,&lt;br /&gt;</w:t>
        <w:br/>
        <w:t>За красу пісень жагучих.</w:t>
      </w:r>
    </w:p>
    <w:p>
      <w:r>
        <w:br/>
        <w:t>Любий серцю Гаявати&lt;br /&gt;</w:t>
        <w:br/>
        <w:t>Був і Квазінд, самий дужий,&lt;br /&gt;</w:t>
        <w:br/>
        <w:t>Незлостивий, тихомирний.&lt;br /&gt;</w:t>
        <w:br/>
        <w:t>Він любив його за силу,&lt;br /&gt;</w:t>
        <w:br/>
        <w:t>За його дитячу щирість.</w:t>
      </w:r>
    </w:p>
    <w:p>
      <w:r>
        <w:br/>
        <w:t>Квазінд млявий був в дитинстві,&lt;br /&gt;</w:t>
        <w:br/>
        <w:t>Вічно мрійний і нсдбайлий,&lt;br /&gt;</w:t>
        <w:br/>
        <w:t>Не скидався він на інших.</w:t>
      </w:r>
    </w:p>
    <w:p>
      <w:r>
        <w:br/>
        <w:t>Він не грав ні з ким в дитинстві,&lt;br /&gt;</w:t>
        <w:br/>
        <w:t>Не вудив на річці риби,&lt;br /&gt;</w:t>
        <w:br/>
        <w:t>Не ходив на лови навіть,&lt;br /&gt;</w:t>
        <w:br/>
        <w:t>Та зате постався Квазінд,&lt;br /&gt;</w:t>
        <w:br/>
        <w:t>Палко Духові молився,&lt;br /&gt;</w:t>
        <w:br/>
        <w:t>Оборонцеві своєму.</w:t>
      </w:r>
    </w:p>
    <w:p>
      <w:r>
        <w:br/>
        <w:t>"Сину! — раз сказала мати,—&lt;br /&gt;</w:t>
        <w:br/>
        <w:t>Мабуть, Квазінде, вже годі&lt;br /&gt;</w:t>
        <w:br/>
        <w:t>Ждати помочі від тебе.&lt;br /&gt;</w:t>
        <w:br/>
        <w:t>Влітку ходиш ти без діла&lt;br /&gt;</w:t>
        <w:br/>
        <w:t>По лісах, полях, а зиму&lt;br /&gt;</w:t>
        <w:br/>
        <w:t>Над огнем сидиш, зігнувшись.&lt;br /&gt;</w:t>
        <w:br/>
        <w:t>І щоб риби наловити,&lt;br /&gt;</w:t>
        <w:br/>
        <w:t>Мушу я сама в морози&lt;br /&gt;</w:t>
        <w:br/>
        <w:t>Прорубати ополонку&lt;br /&gt;</w:t>
        <w:br/>
        <w:t>І сама сушити сіті.&lt;br /&gt;</w:t>
        <w:br/>
        <w:t>Посоромся, Єнадізі,&lt;br /&gt;</w:t>
        <w:br/>
        <w:t>Раз хоч викрути як слід їх,&lt;br /&gt;</w:t>
        <w:br/>
        <w:t>Бо вони намокли, змерзлись!"</w:t>
      </w:r>
    </w:p>
    <w:p>
      <w:r>
        <w:br/>
        <w:t>Неохоче та спокійно&lt;br /&gt;</w:t>
        <w:br/>
        <w:t>Квазінд з попелу підвівся,&lt;br /&gt;</w:t>
        <w:br/>
        <w:t>Мовчки вийшов із вігваму,&lt;br /&gt;</w:t>
        <w:br/>
        <w:t>Скинув з жерді мерзлі сіті,&lt;br /&gt;</w:t>
        <w:br/>
        <w:t>Що сушились над порогом,&lt;br /&gt;</w:t>
        <w:br/>
        <w:t>Стиснув їх, як жмут соломи,&lt;br /&gt;</w:t>
        <w:br/>
        <w:t>І зламав, як жмут соломи.&lt;br /&gt;</w:t>
        <w:br/>
        <w:t>Він не міг не поламати,&lt;br /&gt;</w:t>
        <w:br/>
        <w:t>Бо ховав безмірну силу.</w:t>
      </w:r>
    </w:p>
    <w:p>
      <w:r>
        <w:br/>
        <w:t>"Сину! — раз озвався батько,—&lt;br /&gt;</w:t>
        <w:br/>
        <w:t>А збирайсь на полювання!&lt;br /&gt;</w:t>
        <w:br/>
        <w:t>Сагайдак і стріли завжди</w:t>
      </w:r>
    </w:p>
    <w:p>
      <w:r>
        <w:br/>
        <w:t>Ти ламаєш, як солому,&lt;br /&gt;</w:t>
        <w:br/>
        <w:t>Так приносити хоч здобич&lt;br /&gt;</w:t>
        <w:br/>
        <w:t>Мені будеш з полювання!"</w:t>
      </w:r>
    </w:p>
    <w:p>
      <w:r>
        <w:br/>
        <w:t>По глибокому міжгір'ю,&lt;br /&gt;</w:t>
        <w:br/>
        <w:t>Вдовж струмка вони спускались&lt;br /&gt;</w:t>
        <w:br/>
        <w:t>По слідах бізонів, ланей,&lt;br /&gt;</w:t>
        <w:br/>
        <w:t>Що відбилися на мулі,&lt;br /&gt;</w:t>
        <w:br/>
        <w:t>І з препоною зустрілись.&lt;br /&gt;</w:t>
        <w:br/>
        <w:t>Повалились сосни, впали&lt;br /&gt;</w:t>
        <w:br/>
        <w:t>Вдовж і впоперек дороги,&lt;br /&gt;</w:t>
        <w:br/>
        <w:t>Перехід собою вкрили.</w:t>
      </w:r>
    </w:p>
    <w:p>
      <w:r>
        <w:br/>
        <w:t>"Ну,— сказав старий,— вертатись&lt;br /&gt;</w:t>
        <w:br/>
        <w:t>Доведеться: тут не злізеш,&lt;br /&gt;</w:t>
        <w:br/>
        <w:t>Ні байбак, ні жвава білка&lt;br /&gt;</w:t>
        <w:br/>
        <w:t>Тут нізащо не пролізуть".&lt;br /&gt;</w:t>
        <w:br/>
        <w:t>І, сказавши, вийняв люльку,&lt;br /&gt;</w:t>
        <w:br/>
        <w:t>Запалив і сів в задумі,&lt;br /&gt;</w:t>
        <w:br/>
        <w:t>І не встиг сховати люльки,&lt;br /&gt;</w:t>
        <w:br/>
        <w:t>Як була дорога чиста.&lt;br /&gt;</w:t>
        <w:br/>
        <w:t>Всі дерева із дороги&lt;br /&gt;</w:t>
        <w:br/>
        <w:t>Квазінд кидав на всі боки,&lt;br /&gt;</w:t>
        <w:br/>
        <w:t>Розкидав, як стріли, сосни,&lt;br /&gt;</w:t>
        <w:br/>
        <w:t>Як списи, він кедри кидав.&lt;br /&gt;</w:t>
        <w:br/>
        <w:t>"Квазінд! — граючись в долині,&lt;br /&gt;</w:t>
        <w:br/>
        <w:t>Парубки озвались збоку.—&lt;br /&gt;</w:t>
        <w:br/>
        <w:t>Що ж ти витрішки купуєш,&lt;br /&gt;</w:t>
        <w:br/>
        <w:t>Обпираючись на скелю,&lt;br /&gt;</w:t>
        <w:br/>
        <w:t>А виходь лишень боротись,&lt;br /&gt;</w:t>
        <w:br/>
        <w:t>З пращі кидати каміння!"</w:t>
      </w:r>
    </w:p>
    <w:p>
      <w:r>
        <w:br/>
        <w:t>Не сказав нічого Квазінд,&lt;br /&gt;</w:t>
        <w:br/>
        <w:t>Він занадто був лінивий,&lt;br /&gt;</w:t>
        <w:br/>
        <w:t>Тільки встав і, повернувшись,</w:t>
      </w:r>
    </w:p>
    <w:p>
      <w:r>
        <w:br/>
        <w:t>Обхопив рукцми скелю,&lt;br /&gt;</w:t>
        <w:br/>
        <w:t>Із землі її він вирвав,&lt;br /&gt;</w:t>
        <w:br/>
        <w:t>Розгойдав над головою&lt;br /&gt;</w:t>
        <w:br/>
        <w:t>І закинув прямо в річку.&lt;br /&gt;</w:t>
        <w:br/>
        <w:t>Аж в Поветін кинув скелю,&lt;br /&gt;</w:t>
        <w:br/>
        <w:t>Так вона там і лишилась.</w:t>
      </w:r>
    </w:p>
    <w:p>
      <w:r>
        <w:br/>
        <w:t>Раз по пінявому вирі,&lt;br /&gt;</w:t>
        <w:br/>
        <w:t>Розлютованій Поветін,&lt;br /&gt;</w:t>
        <w:br/>
        <w:t>З товариством нісся Квазінд&lt;br /&gt;</w:t>
        <w:br/>
        <w:t>І царя бобрів — Аміка —&lt;br /&gt;</w:t>
        <w:br/>
        <w:t>Вгледів він в кипучих хвилях.&lt;br /&gt;</w:t>
        <w:br/>
        <w:t>Вибивавсь бобер із сили&lt;br /&gt;</w:t>
        <w:br/>
        <w:t>І боровся з течією.</w:t>
      </w:r>
    </w:p>
    <w:p>
      <w:r>
        <w:br/>
        <w:t>І, не думаючи довго,&lt;br /&gt;</w:t>
        <w:br/>
        <w:t>Квазінд мовчки кинувсь в річку&lt;br /&gt;</w:t>
        <w:br/>
        <w:t>І пропав у чорториї.&lt;br /&gt;</w:t>
        <w:br/>
        <w:t>На глибинах, між камінням,&lt;br /&gt;</w:t>
        <w:br/>
        <w:t>Де киплять у шумі хвилі,&lt;br /&gt;</w:t>
        <w:br/>
        <w:t>За бобром ганявся Квазінд&lt;br /&gt;</w:t>
        <w:br/>
        <w:t>І пробув в воді так довго,&lt;br /&gt;</w:t>
        <w:br/>
        <w:t>Що усі казати стали:&lt;br /&gt;</w:t>
        <w:br/>
        <w:t>"Ну, тепер уже наш Квазінд&lt;br /&gt;</w:t>
        <w:br/>
        <w:t>Більш не вернеться ніколи!"&lt;br /&gt;</w:t>
        <w:br/>
        <w:t>Але виплив, виплив Квазінд!&lt;br /&gt;</w:t>
        <w:br/>
        <w:t>На плечі його блискучім&lt;br /&gt;</w:t>
        <w:br/>
        <w:t>Цар бобрів убитий висів,&lt;br /&gt;</w:t>
        <w:br/>
        <w:t>І вода збігала з його.&lt;br /&gt;</w:t>
        <w:br/>
        <w:t>Отакі у Гаявати&lt;br /&gt;</w:t>
        <w:br/>
        <w:t>Два великих вірних друга.</w:t>
      </w:r>
    </w:p>
    <w:p>
      <w:r>
        <w:br/>
        <w:t>Довго жив він з ними в згоді,&lt;br /&gt;</w:t>
        <w:br/>
        <w:t>Говорив, і радивсь з ними,&lt;br /&gt;</w:t>
        <w:br/>
        <w:t>І багато передумав&lt;br /&gt;</w:t>
        <w:br/>
        <w:t>Дум про щастя всіх народів.</w:t>
      </w:r>
    </w:p>
    <w:p>
      <w:r>
        <w:br/>
        <w:t>VII</w:t>
      </w:r>
    </w:p>
    <w:p>
      <w:r>
        <w:br/>
        <w:t>ЧОВЕН ГАЯВАТИ</w:t>
      </w:r>
    </w:p>
    <w:p>
      <w:r>
        <w:br/>
        <w:t>"Дай кори мені, Березо,&lt;br /&gt;</w:t>
        <w:br/>
        <w:t>Кори жовтої, Березо,&lt;br /&gt;</w:t>
        <w:br/>
        <w:t>Ти, що стала біля річки&lt;br /&gt;</w:t>
        <w:br/>
        <w:t>І красуєшся в долині.&lt;br /&gt;</w:t>
        <w:br/>
        <w:t>Я зв'яжу легку пірогу,&lt;br /&gt;</w:t>
        <w:br/>
        <w:t>Човна я зроблю для себе,&lt;br /&gt;</w:t>
        <w:br/>
        <w:t>По воді пливти він, буде,&lt;br /&gt;</w:t>
        <w:br/>
        <w:t>Наче жовтий лист осінній,&lt;br /&gt;</w:t>
        <w:br/>
        <w:t>Наче жовтая лілея.</w:t>
      </w:r>
    </w:p>
    <w:p>
      <w:r>
        <w:br/>
        <w:t>Скинь свій білий плащ, Березо,&lt;br /&gt;</w:t>
        <w:br/>
        <w:t>Скинь своє убрання біле,&lt;br /&gt;</w:t>
        <w:br/>
        <w:t>Швидко красне літо прийде,&lt;br /&gt;</w:t>
        <w:br/>
        <w:t>Палко сонце світить в небі,&lt;br /&gt;</w:t>
        <w:br/>
        <w:t>І плаща тобі не треба".</w:t>
      </w:r>
    </w:p>
    <w:p>
      <w:r>
        <w:br/>
        <w:t>Так в лісах густих, зелених&lt;br /&gt;</w:t>
        <w:br/>
        <w:t>Над швидкою Такваміно&lt;br /&gt;</w:t>
        <w:br/>
        <w:t>Говорив мій Гаявата,—&lt;br /&gt;</w:t>
        <w:br/>
        <w:t>В час, коли пташки співали,&lt;br /&gt;</w:t>
        <w:br/>
        <w:t>Вихваляли Місяць Листя.&lt;br /&gt;</w:t>
        <w:br/>
        <w:t>І ясне весняне сонце&lt;br /&gt;</w:t>
        <w:br/>
        <w:t>Говорило: "Ось я — Гізіс,&lt;br /&gt;</w:t>
        <w:br/>
        <w:t>Я, великий Гізіс-Сонце!"</w:t>
      </w:r>
    </w:p>
    <w:p>
      <w:r>
        <w:br/>
        <w:t>До коріння затремтіла,&lt;br /&gt;</w:t>
        <w:br/>
        <w:t>Затрусилася Береза&lt;br /&gt;</w:t>
        <w:br/>
        <w:t>І, скоряючись, сказала:&lt;br /&gt;</w:t>
        <w:br/>
        <w:t>"Скинь плаща, о Гаявато!"</w:t>
      </w:r>
    </w:p>
    <w:p>
      <w:r>
        <w:br/>
        <w:t>І обвів ножем Березі&lt;br /&gt;</w:t>
        <w:br/>
        <w:t>Білу кору Гаявата&lt;br /&gt;</w:t>
        <w:br/>
        <w:t>Під гілками над корінням —&lt;br /&gt;</w:t>
        <w:br/>
        <w:t>Бризнув струмінь соку з неї.&lt;br /&gt;</w:t>
        <w:br/>
        <w:t>І по стовбуру донизу&lt;br /&gt;</w:t>
        <w:br/>
        <w:t>Потім кору він розрізав,&lt;br /&gt;</w:t>
        <w:br/>
        <w:t>І, клинком їьпіднявши,&lt;br /&gt;</w:t>
        <w:br/>
        <w:t>Обережно зняв з Берези.</w:t>
      </w:r>
    </w:p>
    <w:p>
      <w:r>
        <w:br/>
        <w:t>"Кедре! Дай гілок зелених,&lt;br /&gt;</w:t>
        <w:br/>
        <w:t>Дай сучків міцних для мене,&lt;br /&gt;</w:t>
        <w:br/>
        <w:t>Поможи мені зробити&lt;br /&gt;</w:t>
        <w:br/>
        <w:t>Човна доброго, міцного!"</w:t>
      </w:r>
    </w:p>
    <w:p>
      <w:r>
        <w:br/>
        <w:t>На верхів'ї Кедра листя&lt;br /&gt;</w:t>
        <w:br/>
        <w:t>Застогнало, зашуміло&lt;br /&gt;</w:t>
        <w:br/>
        <w:t>І зважалося боротись,&lt;br /&gt;</w:t>
        <w:br/>
        <w:t>Та, схиляючись, сказав він:&lt;br /&gt;</w:t>
        <w:br/>
        <w:t>"На, рубай, о Гаявато!"</w:t>
      </w:r>
    </w:p>
    <w:p>
      <w:r>
        <w:br/>
        <w:t>І, зрубавши віти Кедра,&lt;br /&gt;</w:t>
        <w:br/>
        <w:t>Він зв'язав для човна раму,&lt;br /&gt;</w:t>
        <w:br/>
        <w:t>Як два лука, він зігнув їх,&lt;br /&gt;</w:t>
        <w:br/>
        <w:t>Як два лука, він зв'язав їх.</w:t>
      </w:r>
    </w:p>
    <w:p>
      <w:r>
        <w:br/>
        <w:t>"Дай, о Темраку, коріння,&lt;br /&gt;</w:t>
        <w:br/>
        <w:t>Дай мені свого коріння,&lt;br /&gt;</w:t>
        <w:br/>
        <w:t>Я зв'яжу свою пірогу.&lt;br /&gt;</w:t>
        <w:br/>
        <w:t>Так зв'яжу її корінням,&lt;br /&gt;</w:t>
        <w:br/>
        <w:t>Щоб води не пропускала,&lt;br /&gt;</w:t>
        <w:br/>
        <w:t>Не набралася водою".</w:t>
      </w:r>
    </w:p>
    <w:p>
      <w:r>
        <w:br/>
        <w:t>І до кореня затрясся,&lt;br /&gt;</w:t>
        <w:br/>
        <w:t>Затремтів від жаху Темрак.&lt;br /&gt;</w:t>
        <w:br/>
        <w:t>Та, схиляючись додолу,&lt;br /&gt;</w:t>
        <w:br/>
        <w:t>Тяжко, глибоко зітхнув він:&lt;br /&gt;</w:t>
        <w:br/>
        <w:t>"Всі візьми, о Гаявато!"</w:t>
      </w:r>
    </w:p>
    <w:p>
      <w:r>
        <w:br/>
        <w:t>Вирвав він з землі коріння,&lt;br /&gt;</w:t>
        <w:br/>
        <w:t>Волокно із його витяг,&lt;br /&gt;</w:t>
        <w:br/>
        <w:t>Міцно зшив з Берези кору,&lt;br /&gt;</w:t>
        <w:br/>
        <w:t>Приладнав до неї раму.</w:t>
      </w:r>
    </w:p>
    <w:p>
      <w:r>
        <w:br/>
        <w:t>"Дай смоли мені, Ялино!&lt;br /&gt;</w:t>
        <w:br/>
        <w:t>Дай смоли мені і соку,&lt;br /&gt;</w:t>
        <w:br/>
        <w:t>Засмолю я ними човна,&lt;br /&gt;</w:t>
        <w:br/>
        <w:t>Щоб води не пропустив він,&lt;br /&gt;</w:t>
        <w:br/>
        <w:t>Не набрався він водою".</w:t>
      </w:r>
    </w:p>
    <w:p>
      <w:r>
        <w:br/>
        <w:t>Як шумить пісок бережний,&lt;br /&gt;</w:t>
        <w:br/>
        <w:t>Так Ялина зашуміла,&lt;br /&gt;</w:t>
        <w:br/>
        <w:t>І в своїм убранні чорнім&lt;br /&gt;</w:t>
        <w:br/>
        <w:t>Застогнала тихо-тихо,&lt;br /&gt;</w:t>
        <w:br/>
        <w:t>І крізь сльози одказала:&lt;br /&gt;</w:t>
        <w:br/>
        <w:t>"На, бери, о Гаявато!"</w:t>
      </w:r>
    </w:p>
    <w:p>
      <w:r>
        <w:br/>
        <w:t>І набрав він сліз Ялини,&lt;br /&gt;</w:t>
        <w:br/>
        <w:t>І набрав смоли із неї,&lt;br /&gt;</w:t>
        <w:br/>
        <w:t>Позамазував щілини,&lt;br /&gt;</w:t>
        <w:br/>
        <w:t>Захистив від хвиль пірогу.</w:t>
      </w:r>
    </w:p>
    <w:p>
      <w:r>
        <w:br/>
        <w:t>"Дай мені колючих голок,&lt;br /&gt;</w:t>
        <w:br/>
        <w:t>Всі віддай мені, їжачку,&lt;br /&gt;</w:t>
        <w:br/>
        <w:t>І повішу я намисто,&lt;br /&gt;</w:t>
        <w:br/>
        <w:t>Двома зорями оздоблю&lt;br /&gt;</w:t>
        <w:br/>
        <w:t>Груди пишної піроги".</w:t>
      </w:r>
    </w:p>
    <w:p>
      <w:r>
        <w:br/>
        <w:t>Із дупла їжак сердитий&lt;br /&gt;</w:t>
        <w:br/>
        <w:t>Глянув сонними очима&lt;br /&gt;</w:t>
        <w:br/>
        <w:t>І, немов блискучі стріли,&lt;br /&gt;</w:t>
        <w:br/>
        <w:t>Голки викинув на землю.&lt;br /&gt;</w:t>
        <w:br/>
        <w:t>І сказав їжак понуро:&lt;br /&gt;</w:t>
        <w:br/>
        <w:t>"Позбирай їх, Гаявато!"</w:t>
      </w:r>
    </w:p>
    <w:p>
      <w:r>
        <w:br/>
        <w:t>Позбирав він голки-стріли:&lt;br /&gt;</w:t>
        <w:br/>
        <w:t>Соком ягід і коріння,&lt;br /&gt;</w:t>
        <w:br/>
        <w:t>Синім, жовтим і червоним,&lt;br /&gt;</w:t>
        <w:br/>
        <w:t>Потім їх пофарбував він,—&lt;br /&gt;</w:t>
        <w:br/>
        <w:t>І пірогу оперезав&lt;br /&gt;</w:t>
        <w:br/>
        <w:t>Дорогий блискучий пояс,&lt;br /&gt;</w:t>
        <w:br/>
        <w:t>А на грудях у красуні&lt;br /&gt;</w:t>
        <w:br/>
        <w:t>Засвітились, загорілись&lt;br /&gt;</w:t>
        <w:br/>
        <w:t>Дві зорі ясні, яскраві.</w:t>
      </w:r>
    </w:p>
    <w:p>
      <w:r>
        <w:br/>
        <w:t>Так пірога збудувалась&lt;br /&gt;</w:t>
        <w:br/>
        <w:t>Понад річкою в долині,&lt;br /&gt;</w:t>
        <w:br/>
        <w:t>В гущині лісів зелених.&lt;br /&gt;</w:t>
        <w:br/>
        <w:t>І життя лісів було в ній,&lt;br /&gt;</w:t>
        <w:br/>
        <w:t>Всі їх тайни, всі їх чари:&lt;br /&gt;</w:t>
        <w:br/>
        <w:t>Гнучкість темної Модрини,</w:t>
      </w:r>
    </w:p>
    <w:p>
      <w:r>
        <w:br/>
        <w:t>Легкість білої Берези&lt;br /&gt;</w:t>
        <w:br/>
        <w:t>І сучків кедрових міцність.&lt;br /&gt;</w:t>
        <w:br/>
        <w:t>На воді ж вона гойдалась,&lt;br /&gt;</w:t>
        <w:br/>
        <w:t>Наче жовтий лист осінній,&lt;br /&gt;</w:t>
        <w:br/>
        <w:t>Наче жовтая лілея.</w:t>
      </w:r>
    </w:p>
    <w:p>
      <w:r>
        <w:br/>
        <w:t>Весел мудрий Гаявата&lt;br /&gt;</w:t>
        <w:br/>
        <w:t>Не робив, бо замість весел&lt;br /&gt;</w:t>
        <w:br/>
        <w:t>Вже були у його думи,&lt;br /&gt;</w:t>
        <w:br/>
        <w:t>А бажання направляли&lt;br /&gt;</w:t>
        <w:br/>
        <w:t>Серед хвиль його пірогу.&lt;br /&gt;</w:t>
        <w:br/>
        <w:t>І вона плила, слухняна.&lt;br /&gt;</w:t>
        <w:br/>
        <w:t>Тихо, швидко, на всі боки,&lt;br /&gt;</w:t>
        <w:br/>
        <w:t>Як хотілось Гаяваті.</w:t>
      </w:r>
    </w:p>
    <w:p>
      <w:r>
        <w:br/>
        <w:t>Раз він Квазінда покликав:&lt;br /&gt;</w:t>
        <w:br/>
        <w:t>"Гей, а де ти, добрий друже?&lt;br /&gt;</w:t>
        <w:br/>
        <w:t>Поможи очистить річку&lt;br /&gt;</w:t>
        <w:br/>
        <w:t>Від піску та від коріння!"</w:t>
      </w:r>
    </w:p>
    <w:p>
      <w:r>
        <w:br/>
        <w:t>Швидко Квазінд плигнув в річку,&lt;br /&gt;</w:t>
        <w:br/>
        <w:t>Наче видра, плигнув в річку,&lt;br /&gt;</w:t>
        <w:br/>
        <w:t>Як бобер, почав ховатись,&lt;br /&gt;</w:t>
        <w:br/>
        <w:t>Опускаючись по пояс&lt;br /&gt;</w:t>
        <w:br/>
        <w:t>То по саму шию в воду.&lt;br /&gt;</w:t>
        <w:br/>
        <w:t>Поринав, кричав і кидав&lt;br /&gt;</w:t>
        <w:br/>
        <w:t>Із води бруски на берег,&lt;br /&gt;</w:t>
        <w:br/>
        <w:t>Викидав пісок руками,&lt;br /&gt;</w:t>
        <w:br/>
        <w:t>А ногами мул і трави.&lt;br /&gt;</w:t>
        <w:br/>
        <w:t>І поплив мій Гаявата&lt;br /&gt;</w:t>
        <w:br/>
        <w:t>Вниз по річці Такваміно,&lt;br /&gt;</w:t>
        <w:br/>
        <w:t>По бурхливих білих хвилях,&lt;br /&gt;</w:t>
        <w:br/>
        <w:t>Через мілини і вири&lt;br /&gt;</w:t>
        <w:br/>
        <w:t>Вслід за Квазіндом могучим.</w:t>
      </w:r>
    </w:p>
    <w:p>
      <w:r>
        <w:br/>
        <w:t>І, пропливши вниз і вгору,&lt;br /&gt;</w:t>
        <w:br/>
        <w:t>Побували скрізь на річці,&lt;br /&gt;</w:t>
        <w:br/>
        <w:t>Де лежать дерева мертві,&lt;br /&gt;</w:t>
        <w:br/>
        <w:t>Острови пісків, коріння,&lt;br /&gt;</w:t>
        <w:br/>
        <w:t>І розчистили дорогу,&lt;br /&gt;</w:t>
        <w:br/>
        <w:t>Рівну, вільну і безпечну,&lt;br /&gt;</w:t>
        <w:br/>
        <w:t>Від початків у міжгір'ях&lt;br /&gt;</w:t>
        <w:br/>
        <w:t>Аж до самих вод Поветін,&lt;br /&gt;</w:t>
        <w:br/>
        <w:t>До затоки Такваміно.</w:t>
      </w:r>
    </w:p>
    <w:p>
      <w:r>
        <w:br/>
        <w:t>VIII</w:t>
      </w:r>
    </w:p>
    <w:p>
      <w:r>
        <w:br/>
        <w:t>ГАЯВАТА І МІШЕ-НАМА</w:t>
      </w:r>
    </w:p>
    <w:p>
      <w:r>
        <w:br/>
        <w:t>По затоці Гітчі-Гюмі,&lt;br /&gt;</w:t>
        <w:br/>
        <w:t>По ясних, спокійних водах&lt;br /&gt;</w:t>
        <w:br/>
        <w:t>На березовій пірозі&lt;br /&gt;</w:t>
        <w:br/>
        <w:t>Плив відважний Гаявата.&lt;br /&gt;</w:t>
        <w:br/>
        <w:t>Він скрутив кедрову кору&lt;br /&gt;</w:t>
        <w:br/>
        <w:t>І зробив із неї вудку,&lt;br /&gt;</w:t>
        <w:br/>
        <w:t>Щоб піймати Міше-Наму.</w:t>
      </w:r>
    </w:p>
    <w:p>
      <w:r>
        <w:br/>
        <w:t>У воді, в прозорих хвилях,&lt;br /&gt;</w:t>
        <w:br/>
        <w:t>Під пірогою легкою&lt;br /&gt;</w:t>
        <w:br/>
        <w:t>Пробігали швидко риби.&lt;br /&gt;</w:t>
        <w:br/>
        <w:t>Ясно бачив Гаявата,&lt;br /&gt;</w:t>
        <w:br/>
        <w:t>Як блищав і грався Сава,&lt;br /&gt;</w:t>
        <w:br/>
        <w:t>Наче злотний промінь сонця,&lt;br /&gt;</w:t>
        <w:br/>
        <w:t>Як над білим дном піщаним&lt;br /&gt;</w:t>
        <w:br/>
        <w:t>Шогаші повзе ліниво,&lt;br /&gt;</w:t>
        <w:br/>
        <w:t>Павуком повзе ліниво.</w:t>
      </w:r>
    </w:p>
    <w:p>
      <w:r>
        <w:br/>
        <w:t>В човен з вудкою із кедра&lt;br /&gt;</w:t>
        <w:br/>
        <w:t>Сів відважніш Гаявата,&lt;br /&gt;</w:t>
        <w:br/>
        <w:t>І, як гілочки цикути,&lt;br /&gt;</w:t>
        <w:br/>
        <w:t>Колихав вітрець поволі&lt;br /&gt;</w:t>
        <w:br/>
        <w:t>Над чолом у Гаявати&lt;br /&gt;</w:t>
        <w:br/>
        <w:t>Кольорові пишні пера.&lt;br /&gt;</w:t>
        <w:br/>
        <w:t>Тут же, спереду на човні,&lt;br /&gt;</w:t>
        <w:br/>
        <w:t>Посадив він Аджидомо,&lt;br /&gt;</w:t>
        <w:br/>
        <w:t>І, немов травичку ніжну,&lt;br /&gt;</w:t>
        <w:br/>
        <w:t>Роздимав вітрець на білці&lt;br /&gt;</w:t>
        <w:br/>
        <w:t>її хутречко маленьке.</w:t>
      </w:r>
    </w:p>
    <w:p>
      <w:r>
        <w:br/>
        <w:t>На піщанім дні на білім&lt;br /&gt;</w:t>
        <w:br/>
        <w:t>Ліг, дрімає Міше-Нама,&lt;br /&gt;</w:t>
        <w:br/>
        <w:t>Розкриває зябра тихо,&lt;br /&gt;</w:t>
        <w:br/>
        <w:t>Тихо плавцями поводить&lt;br /&gt;</w:t>
        <w:br/>
        <w:t>І хвостом пісок шпурляє.&lt;br /&gt;</w:t>
        <w:br/>
        <w:t>В бойовій блискучій зброї,—&lt;br /&gt;</w:t>
        <w:br/>
        <w:t>Під щитами костяними&lt;br /&gt;</w:t>
        <w:br/>
        <w:t>На широкім лобі, плечах,&lt;br /&gt;</w:t>
        <w:br/>
        <w:t>В бойових розкішних барвах —&lt;br /&gt;</w:t>
        <w:br/>
        <w:t>В синіх, жовтих і рожевих —&lt;br /&gt;</w:t>
        <w:br/>
        <w:t>Він лежить на дні піщанім.&lt;br /&gt;</w:t>
        <w:br/>
        <w:t>І над ним спинився мовчки,&lt;br /&gt;</w:t>
        <w:br/>
        <w:t>Став із вудкою, чатує&lt;br /&gt;</w:t>
        <w:br/>
        <w:t>На пірозі Гаявата.</w:t>
      </w:r>
    </w:p>
    <w:p>
      <w:r>
        <w:br/>
        <w:t>"Встань, візьми мою принаду,—&lt;br /&gt;</w:t>
        <w:br/>
        <w:t>Крикнув в воду Гаявата,—&lt;br /&gt;</w:t>
        <w:br/>
        <w:t>Встань зо дна, о Міше-Намо,&lt;br /&gt;</w:t>
        <w:br/>
        <w:t>До мого наблизься човна,&lt;br /&gt;</w:t>
        <w:br/>
        <w:t>І побачимо — хто дужчий!"</w:t>
      </w:r>
    </w:p>
    <w:p>
      <w:r>
        <w:br/>
        <w:t>І закинув він на воду&lt;br /&gt;</w:t>
        <w:br/>
        <w:t>Свою вудочку кедрову.&lt;br /&gt;</w:t>
        <w:br/>
        <w:t>Довго відповіді ждав він,</w:t>
      </w:r>
    </w:p>
    <w:p>
      <w:r>
        <w:br/>
        <w:t>Довго ждав її даремно&lt;br /&gt;</w:t>
        <w:br/>
        <w:t>І кричав йому все дужче:&lt;br /&gt;</w:t>
        <w:br/>
        <w:t>"Царю риб! Візьми ж поживок!"</w:t>
      </w:r>
    </w:p>
    <w:p>
      <w:r>
        <w:br/>
        <w:t>Але той мовчав уперто,&lt;br /&gt;</w:t>
        <w:br/>
        <w:t>Тихо плавцями поводив&lt;br /&gt;</w:t>
        <w:br/>
        <w:t>І дививсь спокійно вгору&lt;br /&gt;</w:t>
        <w:br/>
        <w:t>На пірогу Гаявати.&lt;br /&gt;</w:t>
        <w:br/>
        <w:t>Довго слухав без уваги&lt;br /&gt;</w:t>
        <w:br/>
        <w:t>Його голос нетерплячий&lt;br /&gt;</w:t>
        <w:br/>
        <w:t>І до щуки — Маскенози —&lt;br /&gt;</w:t>
        <w:br/>
        <w:t>Він озвавсь нарешті згорда:&lt;br /&gt;</w:t>
        <w:br/>
        <w:t>"Скористайся, з'їж поживок,&lt;br /&gt;</w:t>
        <w:br/>
        <w:t>Обірви у блазня вудку!"&lt;br /&gt;</w:t>
        <w:br/>
        <w:t>В дужих пальцях Гаявати&lt;br /&gt;</w:t>
        <w:br/>
        <w:t>Враз зігнулось і схилилось&lt;br /&gt;</w:t>
        <w:br/>
        <w:t>В воду вудлище кедрове,&lt;br /&gt;</w:t>
        <w:br/>
        <w:t>І щасливий Гаявата&lt;br /&gt;</w:t>
        <w:br/>
        <w:t>Так сіпнув до себе вудку,&lt;br /&gt;</w:t>
        <w:br/>
        <w:t>Що підвівсь угору човен.&lt;br /&gt;</w:t>
        <w:br/>
        <w:t>Мов Берези білий стовбур,&lt;br /&gt;</w:t>
        <w:br/>
        <w:t>З Аджидомо на верхів'ї.</w:t>
      </w:r>
    </w:p>
    <w:p>
      <w:r>
        <w:br/>
        <w:t>Та коли понад водою,&lt;br /&gt;</w:t>
        <w:br/>
        <w:t>Наближаючись, забилась,&lt;br /&gt;</w:t>
        <w:br/>
        <w:t>Затремтіла Маскеноза,&lt;br /&gt;</w:t>
        <w:br/>
        <w:t>Гаявата так розгнівавсь,&lt;br /&gt;</w:t>
        <w:br/>
        <w:t>Що на всю затоку крикнув,&lt;br /&gt;</w:t>
        <w:br/>
        <w:t>Закричав їй: "Іза! Іза!&lt;br /&gt;</w:t>
        <w:br/>
        <w:t>Сором, сором, Маскенозо!&lt;br /&gt;</w:t>
        <w:br/>
        <w:t>І ти зважилась дурити,&lt;br /&gt;</w:t>
        <w:br/>
        <w:t>Удавати з себе Наму?!"</w:t>
      </w:r>
    </w:p>
    <w:p>
      <w:r>
        <w:br/>
        <w:t>Засоромилась, пірнула&lt;br /&gt;</w:t>
        <w:br/>
        <w:t>І на дно вернулась щука,&lt;br /&gt;</w:t>
        <w:br/>
        <w:t>А могучий Міше-Нама&lt;br /&gt;</w:t>
        <w:br/>
        <w:t>Знов озвавсь до Угодвоша:&lt;br /&gt;</w:t>
        <w:br/>
        <w:t>"Угодвошу! Місяць-рибо!&lt;br /&gt;</w:t>
        <w:br/>
        <w:t>Скористайся, з'їж поживок,&lt;br /&gt;</w:t>
        <w:br/>
        <w:t>Обірви у блазня вудку!"</w:t>
      </w:r>
    </w:p>
    <w:p>
      <w:r>
        <w:br/>
        <w:t>Наче місяць повновидий,&lt;br /&gt;</w:t>
        <w:br/>
        <w:t>Заблищав і захитався&lt;br /&gt;</w:t>
        <w:br/>
        <w:t>Угодвош важкий, незграбний&lt;br /&gt;</w:t>
        <w:br/>
        <w:t>І, схопивши вудку, з нею&lt;br /&gt;</w:t>
        <w:br/>
        <w:t>Так скажено завертівся,&lt;br /&gt;</w:t>
        <w:br/>
        <w:t>Що вгорі заколихалась,&lt;br /&gt;</w:t>
        <w:br/>
        <w:t>Завертілася пірога&lt;br /&gt;</w:t>
        <w:br/>
        <w:t>І розбіглись з плеском хвилі,&lt;br /&gt;</w:t>
        <w:br/>
        <w:t>І пішли по всій затоці.&lt;br /&gt;</w:t>
        <w:br/>
        <w:t>А на березі далекім,&lt;br /&gt;</w:t>
        <w:br/>
        <w:t>На пісках сріблясто-білих&lt;br /&gt;</w:t>
        <w:br/>
        <w:t>Закивали, зашуміли&lt;br /&gt;</w:t>
        <w:br/>
        <w:t>Очерет і довгий півник.</w:t>
      </w:r>
    </w:p>
    <w:p>
      <w:r>
        <w:br/>
        <w:t>А як вгледів Гаявата&lt;br /&gt;</w:t>
        <w:br/>
        <w:t>Понад синьою водою&lt;br /&gt;</w:t>
        <w:br/>
        <w:t>Біле коло Угодвоша,&lt;br /&gt;</w:t>
        <w:br/>
        <w:t>Крикнув голосно до його:&lt;br /&gt;</w:t>
        <w:br/>
        <w:t>"Іза! Сором, Угодвошу!&lt;br /&gt;</w:t>
        <w:br/>
        <w:t>І ти зважився дурити,&lt;br /&gt;</w:t>
        <w:br/>
        <w:t>Удавати з себе Наму?!"</w:t>
      </w:r>
    </w:p>
    <w:p>
      <w:r>
        <w:br/>
        <w:t>Наче місяць повновидий,&lt;br /&gt;</w:t>
        <w:br/>
        <w:t>Загойдавсь і вниз сховався&lt;br /&gt;</w:t>
        <w:br/>
        <w:t>Угодвош прозоро-білий.&lt;br /&gt;</w:t>
        <w:br/>
        <w:t>А могучий Нама знову</w:t>
      </w:r>
    </w:p>
    <w:p>
      <w:r>
        <w:br/>
        <w:t>Нетерплячий голос чує,&lt;br /&gt;</w:t>
        <w:br/>
        <w:t>Чує виклик, що лунає&lt;br /&gt;</w:t>
        <w:br/>
        <w:t>На усе Велике Море.</w:t>
      </w:r>
    </w:p>
    <w:p>
      <w:r>
        <w:br/>
        <w:t>Сам тоді він з дна підвівся,&lt;br /&gt;</w:t>
        <w:br/>
        <w:t>Весь тремтить від люті, гніву,&lt;br /&gt;</w:t>
        <w:br/>
        <w:t>І гримить на йому зброя.&lt;br /&gt;</w:t>
        <w:br/>
        <w:t>Швидко плигнув він до човна,&lt;br /&gt;</w:t>
        <w:br/>
        <w:t>Швидко вискочив всім тілом&lt;br /&gt;</w:t>
        <w:br/>
        <w:t>На блискучу срібну воду&lt;br /&gt;</w:t>
        <w:br/>
        <w:t>І, розкривши чорну пащу,&lt;br /&gt;</w:t>
        <w:br/>
        <w:t>Проковтнув в одну хвилину&lt;br /&gt;</w:t>
        <w:br/>
        <w:t>Гаявату і пірогу.</w:t>
      </w:r>
    </w:p>
    <w:p>
      <w:r>
        <w:br/>
        <w:t>Як брусок по водоспаду,&lt;br /&gt;</w:t>
        <w:br/>
        <w:t>По страшних, бурхливих хвилях,&lt;br /&gt;</w:t>
        <w:br/>
        <w:t>Як в печеру, впала в пащу&lt;br /&gt;</w:t>
        <w:br/>
        <w:t>Гаяватина пірога.&lt;br /&gt;</w:t>
        <w:br/>
        <w:t>Та, прокинувшись неначе,&lt;br /&gt;</w:t>
        <w:br/>
        <w:t>Безнадійно озирнувшись,&lt;br /&gt;</w:t>
        <w:br/>
        <w:t>Враз натрапив Гаявата&lt;br /&gt;</w:t>
        <w:br/>
        <w:t>На велике серце Нами:&lt;br /&gt;</w:t>
        <w:br/>
        <w:t>Тяжко билось серце Нами&lt;br /&gt;</w:t>
        <w:br/>
        <w:t>І тремтіло серед ночі.</w:t>
      </w:r>
    </w:p>
    <w:p>
      <w:r>
        <w:br/>
        <w:t>І здавив рукою гнівно&lt;br /&gt;</w:t>
        <w:br/>
        <w:t>Дуже серце Гаявата,&lt;br /&gt;</w:t>
        <w:br/>
        <w:t>Так здавив, що Міше-Нама&lt;br /&gt;</w:t>
        <w:br/>
        <w:t>Затремтів увесь, забився,&lt;br /&gt;</w:t>
        <w:br/>
        <w:t>Скаламутив воду чисту&lt;br /&gt;</w:t>
        <w:br/>
        <w:t>І знемігся враз від муки,&lt;br /&gt;</w:t>
        <w:br/>
        <w:t>Від страшного болю в серці.</w:t>
      </w:r>
    </w:p>
    <w:p>
      <w:r>
        <w:br/>
        <w:t>Швидко поперек свій човен&lt;br /&gt;</w:t>
        <w:br/>
        <w:t>Тут поставив Гаявата,&lt;br /&gt;</w:t>
        <w:br/>
        <w:t>Щоб із черева як-небудь</w:t>
      </w:r>
    </w:p>
    <w:p>
      <w:r>
        <w:br/>
        <w:t>В хвилюванні і турботі&lt;br /&gt;</w:t>
        <w:br/>
        <w:t>Не упасти і не згинуть.&lt;br /&gt;</w:t>
        <w:br/>
        <w:t>Поруч білка — Аджидомо&lt;br /&gt;</w:t>
        <w:br/>
        <w:t>Жваво бігала, кричала,&lt;br /&gt;</w:t>
        <w:br/>
        <w:t>Помагала Гаяваті&lt;br /&gt;</w:t>
        <w:br/>
        <w:t>І боролася відважно.</w:t>
      </w:r>
    </w:p>
    <w:p>
      <w:r>
        <w:br/>
        <w:t>І сказав їй Гаявата:&lt;br /&gt;</w:t>
        <w:br/>
        <w:t>"Мій товаришу маленький!&lt;br /&gt;</w:t>
        <w:br/>
        <w:t>Ти завзято працювала!&lt;br /&gt;</w:t>
        <w:br/>
        <w:t>Так прийми ж мою подяку,&lt;br /&gt;</w:t>
        <w:br/>
        <w:t>Вірний друже Аджидомо,&lt;br /&gt;</w:t>
        <w:br/>
        <w:t>І ім'я те, що сказав я...&lt;br /&gt;</w:t>
        <w:br/>
        <w:t>Сим ім'ям тебе вже вічно&lt;br /&gt;</w:t>
        <w:br/>
        <w:t>Називатимуть всі діти".</w:t>
      </w:r>
    </w:p>
    <w:p>
      <w:r>
        <w:br/>
        <w:t>І забився знову Нама,&lt;br /&gt;</w:t>
        <w:br/>
        <w:t>Затремтів, захріп в конанні&lt;br /&gt;</w:t>
        <w:br/>
        <w:t>І замовк, затих...— і хвилі&lt;br /&gt;</w:t>
        <w:br/>
        <w:t>Понесли його спокійно.&lt;br /&gt;</w:t>
        <w:br/>
        <w:t>А коли під трупом Нами&lt;br /&gt;</w:t>
        <w:br/>
        <w:t>Зашарудів рум бережний,&lt;br /&gt;</w:t>
        <w:br/>
        <w:t>Зрозумів мій Гаявата,&lt;br /&gt;</w:t>
        <w:br/>
        <w:t>Що лежить на побережжі&lt;br /&gt;</w:t>
        <w:br/>
        <w:t>Уже мертвий Міше-Нама.</w:t>
      </w:r>
    </w:p>
    <w:p>
      <w:r>
        <w:br/>
        <w:t>І почув він над собою&lt;br /&gt;</w:t>
        <w:br/>
        <w:t>Якийсь шум, сполох і крики,&lt;br /&gt;</w:t>
        <w:br/>
        <w:t>Лопотіння крил пташиних,&lt;br /&gt;</w:t>
        <w:br/>
        <w:t>І угледів смужку світла,&lt;br /&gt;</w:t>
        <w:br/>
        <w:t>Що крізь ребра Міше-Нами&lt;br /&gt;</w:t>
        <w:br/>
        <w:t>Ледве-ледве пробивалась.</w:t>
      </w:r>
    </w:p>
    <w:p>
      <w:r>
        <w:br/>
        <w:t>1 Пісок.</w:t>
      </w:r>
    </w:p>
    <w:p>
      <w:r>
        <w:br/>
        <w:t>І Кайошк — чайок крикливих&lt;br /&gt;</w:t>
        <w:br/>
        <w:t>Що блискучими очима&lt;br /&gt;</w:t>
        <w:br/>
        <w:t>Приглядалися до його&lt;br /&gt;</w:t>
        <w:br/>
        <w:t>І казали між собою:&lt;br /&gt;</w:t>
        <w:br/>
        <w:t>"О, се брат наш, Гаявата!"</w:t>
      </w:r>
    </w:p>
    <w:p>
      <w:r>
        <w:br/>
        <w:t>І, зрадівши, Гаявата&lt;br /&gt;</w:t>
        <w:br/>
        <w:t>Крикнув їм, як із печери:&lt;br /&gt;</w:t>
        <w:br/>
        <w:t>"О Кайошк! Брати і сестри,&lt;br /&gt;</w:t>
        <w:br/>
        <w:t>Вірні друзі Гаявати!</w:t>
      </w:r>
    </w:p>
    <w:p>
      <w:r>
        <w:br/>
        <w:t>О Кайошк! Чайки крилаті!&lt;br /&gt;</w:t>
        <w:br/>
        <w:t>Переміг я Міше-Наму,—&lt;br /&gt;</w:t>
        <w:br/>
        <w:t>Поможіть же мені вийти&lt;br /&gt;</w:t>
        <w:br/>
        <w:t>На світ білий із неволі,&lt;br /&gt;</w:t>
        <w:br/>
        <w:t>Швидше клюйте, розривайте&lt;br /&gt;</w:t>
        <w:br/>
        <w:t>Бік широкий Міше-Нами.</w:t>
      </w:r>
    </w:p>
    <w:p>
      <w:r>
        <w:br/>
        <w:t>І довіку з сього часу&lt;br /&gt;</w:t>
        <w:br/>
        <w:t>Величатимуть вас люде&lt;br /&gt;</w:t>
        <w:br/>
        <w:t>Тим ім'ям, що вас назвав я".</w:t>
      </w:r>
    </w:p>
    <w:p>
      <w:r>
        <w:br/>
        <w:t>І чайок весела зграя&lt;br /&gt;</w:t>
        <w:br/>
        <w:t>Заходилась біля Нами,&lt;br /&gt;</w:t>
        <w:br/>
        <w:t>Заходилася клювати,&lt;br /&gt;</w:t>
        <w:br/>
        <w:t>Розривати біле тіло,—&lt;br /&gt;</w:t>
        <w:br/>
        <w:t>І із черева-печери,&lt;br /&gt;</w:t>
        <w:br/>
        <w:t>Із могили під водою&lt;br /&gt;</w:t>
        <w:br/>
        <w:t>Встав і вийшов Гаявата.</w:t>
      </w:r>
    </w:p>
    <w:p>
      <w:r>
        <w:br/>
        <w:t>Біля рідного вігваму&lt;br /&gt;</w:t>
        <w:br/>
        <w:t>Опинився Гаявата,&lt;br /&gt;</w:t>
        <w:br/>
        <w:t>Зараз викликав Нокоміс,&lt;br /&gt;</w:t>
        <w:br/>
        <w:t>Щоб стара пішла на берег,&lt;br /&gt;</w:t>
        <w:br/>
        <w:t>Подивилася на Наму:&lt;br /&gt;</w:t>
        <w:br/>
        <w:t>Мертвий він лежав, спокійний&lt;br /&gt;</w:t>
        <w:br/>
        <w:t>І його чайки клювали.</w:t>
      </w:r>
    </w:p>
    <w:p>
      <w:r>
        <w:br/>
        <w:t>"Переміг я Міше-Наму!&lt;br /&gt;</w:t>
        <w:br/>
        <w:t>Я убив його! — сказав він.—&lt;br /&gt;</w:t>
        <w:br/>
        <w:t>Ось над ним чайки вже в'ються,&lt;br /&gt;</w:t>
        <w:br/>
        <w:t>То мої, Нокоміс, друзі!&lt;br /&gt;</w:t>
        <w:br/>
        <w:t>Ти не руш їх, не розгонюй,&lt;br /&gt;</w:t>
        <w:br/>
        <w:t>Бо вони мені дорогу&lt;br /&gt;</w:t>
        <w:br/>
        <w:t>Показали із печери.&lt;br /&gt;</w:t>
        <w:br/>
        <w:t>Хай вони добенкетують,&lt;br /&gt;</w:t>
        <w:br/>
        <w:t>Хай наповнять свої вола,&lt;br /&gt;</w:t>
        <w:br/>
        <w:t>А як ввечері, наївшись,&lt;br /&gt;</w:t>
        <w:br/>
        <w:t>Полетять вони на гнізда,&lt;br /&gt;</w:t>
        <w:br/>
        <w:t>Принеси миски для жиру,&lt;br /&gt;</w:t>
        <w:br/>
        <w:t>Заготуй його на зиму".</w:t>
      </w:r>
    </w:p>
    <w:p>
      <w:r>
        <w:br/>
        <w:t>І просиділа Нокоміс&lt;br /&gt;</w:t>
        <w:br/>
        <w:t>Аж до вечора над морем*&lt;br /&gt;</w:t>
        <w:br/>
        <w:t>Ось і місяць — сонце ночі —&lt;br /&gt;</w:t>
        <w:br/>
        <w:t>Загорівся над водою,&lt;br /&gt;</w:t>
        <w:br/>
        <w:t>Ось уже й чайки крикливі,&lt;br /&gt;</w:t>
        <w:br/>
        <w:t>Повечерявши, знялися,&lt;br /&gt;</w:t>
        <w:br/>
        <w:t>Полетіли до далеких&lt;br /&gt;</w:t>
        <w:br/>
        <w:t>Островів на Гітчі-Гюмі,&lt;br /&gt;</w:t>
        <w:br/>
        <w:t>І крізь заграву червону&lt;br /&gt;</w:t>
        <w:br/>
        <w:t>Довго їх мигтіли крила.</w:t>
      </w:r>
    </w:p>
    <w:p>
      <w:r>
        <w:br/>
        <w:t>Спав спокійно Гаявата,&lt;br /&gt;</w:t>
        <w:br/>
        <w:t>А Нокоміс терпеливо&lt;br /&gt;</w:t>
        <w:br/>
        <w:t>За роботою сиділа,&lt;br /&gt;</w:t>
        <w:br/>
        <w:t>В сяйві місяця сиділа&lt;br /&gt;</w:t>
        <w:br/>
        <w:t>До зорі, аж доки стало&lt;br /&gt;</w:t>
        <w:br/>
        <w:t>Червоніти синє небо.&lt;br /&gt;</w:t>
        <w:br/>
        <w:t>А як сонце заступило&lt;br /&gt;</w:t>
        <w:br/>
        <w:t>Білий місяць,— знов з далеких</w:t>
      </w:r>
    </w:p>
    <w:p>
      <w:r>
        <w:br/>
        <w:t>Островів на Гітчі-Гюмі&lt;br /&gt;</w:t>
        <w:br/>
        <w:t>Повернулась біла зграя&lt;br /&gt;</w:t>
        <w:br/>
        <w:t>І на Міше-Наму впала.</w:t>
      </w:r>
    </w:p>
    <w:p>
      <w:r>
        <w:br/>
        <w:t>Три доби отак по черзі&lt;br /&gt;</w:t>
        <w:br/>
        <w:t>З трудівницею Нокоміс&lt;br /&gt;</w:t>
        <w:br/>
        <w:t>З Нами жир чайки зривали.&lt;br /&gt;</w:t>
        <w:br/>
        <w:t>А коли крізь голі ребра&lt;br /&gt;</w:t>
        <w:br/>
        <w:t>Плюскотіти стали хвилі,&lt;br /&gt;</w:t>
        <w:br/>
        <w:t>Понеслись чайки і зникли,&lt;br /&gt;</w:t>
        <w:br/>
        <w:t>І одні кістки лишились&lt;br /&gt;</w:t>
        <w:br/>
        <w:t>Над Великим Гітчі-Гюмі.</w:t>
      </w:r>
    </w:p>
    <w:p>
      <w:r>
        <w:br/>
        <w:t>IX</w:t>
      </w:r>
    </w:p>
    <w:p>
      <w:r>
        <w:br/>
        <w:t>ГАЯВАТА І ПЕРЛИСТЕ ПЕРО</w:t>
      </w:r>
    </w:p>
    <w:p>
      <w:r>
        <w:br/>
        <w:t>Там, де ллється Гітчі-Гюмі,&lt;br /&gt;</w:t>
        <w:br/>
        <w:t>Де шумить Велике Море,&lt;br /&gt;</w:t>
        <w:br/>
        <w:t>Стала там стара Нокоміс&lt;br /&gt;</w:t>
        <w:br/>
        <w:t>І до хмар на захід сонця,&lt;br /&gt;</w:t>
        <w:br/>
        <w:t>До вечірніх, пурпурових,&lt;br /&gt;</w:t>
        <w:br/>
        <w:t>Простягла сердито руку.</w:t>
      </w:r>
    </w:p>
    <w:p>
      <w:r>
        <w:br/>
        <w:t>Гнівно сонце опускалось&lt;br /&gt;</w:t>
        <w:br/>
        <w:t>І палило за собою&lt;br /&gt;</w:t>
        <w:br/>
        <w:t>Небо полум'ям червоним,&lt;br /&gt;</w:t>
        <w:br/>
        <w:t>Як степи отаман палить,&lt;br /&gt;</w:t>
        <w:br/>
        <w:t>Коли ворог настигає.&lt;br /&gt;</w:t>
        <w:br/>
        <w:t>Нагло місяць, сонце ночі,&lt;br /&gt;</w:t>
        <w:br/>
        <w:t>Вилітає із-за хмари&lt;br /&gt;</w:t>
        <w:br/>
        <w:t>І вдогін за ним женеться&lt;br /&gt;</w:t>
        <w:br/>
        <w:t>По слідах його кривавих&lt;br /&gt;</w:t>
        <w:br/>
        <w:t>В дикім полум'ї пожежі.</w:t>
      </w:r>
    </w:p>
    <w:p>
      <w:r>
        <w:br/>
        <w:t>І на захід сонця руку&lt;br /&gt;</w:t>
        <w:br/>
        <w:t>Простягаючи, Нокоміс&lt;br /&gt;</w:t>
        <w:br/>
        <w:t>Говорила Гаяваті:&lt;br /&gt;</w:t>
        <w:br/>
        <w:t>"Там живе ворожбит лютий,&lt;br /&gt;</w:t>
        <w:br/>
        <w:t>Меджисогвон — Дух Багатства,&lt;br /&gt;</w:t>
        <w:br/>
        <w:t>Той, кого Пером Перлистим&lt;br /&gt;</w:t>
        <w:br/>
        <w:t>Називають всі народи;&lt;br /&gt;</w:t>
        <w:br/>
        <w:t>Там до заходу самого&lt;br /&gt;</w:t>
        <w:br/>
        <w:t>Смоляні озера ллються,&lt;br /&gt;</w:t>
        <w:br/>
        <w:t>Там гадюки в трясовинах,&lt;br /&gt;</w:t>
        <w:br/>
        <w:t>Як огонь, червоні в'ються,&lt;br /&gt;</w:t>
        <w:br/>
        <w:t>Змії люті се— Кінебік!&lt;br /&gt;</w:t>
        <w:br/>
        <w:t>Охоронці, вірні слуги&lt;br /&gt;</w:t>
        <w:br/>
        <w:t>Відьмака і душогуба.</w:t>
      </w:r>
    </w:p>
    <w:p>
      <w:r>
        <w:br/>
        <w:t>Він се вбив лукаво батька,&lt;br /&gt;</w:t>
        <w:br/>
        <w:t>Коли з місяця на землю&lt;br /&gt;</w:t>
        <w:br/>
        <w:t>Той спустивсь мене шукати&lt;br /&gt;</w:t>
        <w:br/>
        <w:t>І розшукував усюди.&lt;br /&gt;</w:t>
        <w:br/>
        <w:t>Се ворожий Меджисогвон&lt;br /&gt;</w:t>
        <w:br/>
        <w:t>Посилає нам хвороби,&lt;br /&gt;</w:t>
        <w:br/>
        <w:t>Посилає лихоманки,&lt;br /&gt;</w:t>
        <w:br/>
        <w:t>Білим дихає туманом&lt;br /&gt;</w:t>
        <w:br/>
        <w:t>І смертельним паруванням&lt;br /&gt;</w:t>
        <w:br/>
        <w:t>Трясовин гнилих і вогких.</w:t>
      </w:r>
    </w:p>
    <w:p>
      <w:r>
        <w:br/>
        <w:t>Лук візьми свій, Гаявато!&lt;br /&gt;</w:t>
        <w:br/>
        <w:t>Гострих стріл візьми з собою.&lt;br /&gt;</w:t>
        <w:br/>
        <w:t>Томагаук — Поггевогон,&lt;br /&gt;</w:t>
        <w:br/>
        <w:t>Рукавиці — Мінджикевон,&lt;br /&gt;</w:t>
        <w:br/>
        <w:t>І березову пірогу.&lt;br /&gt;</w:t>
        <w:br/>
        <w:t>Жовтим жиром Міше-Нами</w:t>
      </w:r>
    </w:p>
    <w:p>
      <w:r>
        <w:br/>
        <w:t>Боки їй намаж, щоб легше&lt;br /&gt;</w:t>
        <w:br/>
        <w:t>Поплила вона по багнах;&lt;br /&gt;</w:t>
        <w:br/>
        <w:t>І убий ти душогуба,&lt;br /&gt;</w:t>
        <w:br/>
        <w:t>Злого ворога Нокоміс,&lt;br /&gt;</w:t>
        <w:br/>
        <w:t>Злого ворога народу!"</w:t>
      </w:r>
    </w:p>
    <w:p>
      <w:r>
        <w:br/>
        <w:t>І озброївсь, і зібрався&lt;br /&gt;</w:t>
        <w:br/>
        <w:t>У дорогу Гаявата,&lt;br /&gt;</w:t>
        <w:br/>
        <w:t>Зсунув він пірогу в воду&lt;br /&gt;</w:t>
        <w:br/>
        <w:t>І, поплескавши рукою,&lt;br /&gt;</w:t>
        <w:br/>
        <w:t>Проказав: "Вперед, пірого,&lt;br /&gt;</w:t>
        <w:br/>
        <w:t>Друже вірний і коханий,&lt;br /&gt;</w:t>
        <w:br/>
        <w:t>На озера чорні плиньмо!&lt;br /&gt;</w:t>
        <w:br/>
        <w:t>До вогняних змій — Кінебік!"</w:t>
      </w:r>
    </w:p>
    <w:p>
      <w:r>
        <w:br/>
        <w:t>Вдалечінь летить пірога,&lt;br /&gt;</w:t>
        <w:br/>
        <w:t>І лунає над водою&lt;br /&gt;</w:t>
        <w:br/>
        <w:t>Грізно пісня Гаявати.&lt;br /&gt;</w:t>
        <w:br/>
        <w:t>А над ним Кіню могучий,&lt;br /&gt;</w:t>
        <w:br/>
        <w:t>Бойовий орел могучий,&lt;br /&gt;</w:t>
        <w:br/>
        <w:t>Ватаг птахів, з диким криком&lt;br /&gt;</w:t>
        <w:br/>
        <w:t>Попід хмарами кружляє.</w:t>
      </w:r>
    </w:p>
    <w:p>
      <w:r>
        <w:br/>
        <w:t>Швидко він і змій угледів,&lt;br /&gt;</w:t>
        <w:br/>
        <w:t>Велетенських змій — Кінебік,&lt;br /&gt;</w:t>
        <w:br/>
        <w:t>Що лежали на болоті,&lt;br /&gt;</w:t>
        <w:br/>
        <w:t>Гнулись, корчились, ряхтіли,&lt;br /&gt;</w:t>
        <w:br/>
        <w:t>В злотні овиди1 звивались&lt;br /&gt;</w:t>
        <w:br/>
        <w:t>І, підводячись, повітря</w:t>
      </w:r>
    </w:p>
    <w:p>
      <w:r>
        <w:br/>
        <w:t>1 — Ободи.</w:t>
      </w:r>
    </w:p>
    <w:p>
      <w:r>
        <w:br/>
        <w:t>Гріли полум'ям-диханням,&lt;br /&gt;</w:t>
        <w:br/>
        <w:t>Щоб ніхто іти не зваживсь&lt;br /&gt;</w:t>
        <w:br/>
        <w:t>В Меджисогвона оселю.</w:t>
      </w:r>
    </w:p>
    <w:p>
      <w:r>
        <w:br/>
        <w:t>Та відважний Гаявата&lt;br /&gt;</w:t>
        <w:br/>
        <w:t>Прогримів до їх сердито:&lt;br /&gt;</w:t>
        <w:br/>
        <w:t>"Геть з дороги, о Кінебік!&lt;br /&gt;</w:t>
        <w:br/>
        <w:t>Геть з дороги Гаявати!"&lt;br /&gt;</w:t>
        <w:br/>
        <w:t>А вони в зневазі лютій&lt;br /&gt;</w:t>
        <w:br/>
        <w:t>Одказали Гаяваті:&lt;br /&gt;</w:t>
        <w:br/>
        <w:t>"Відступися, Шогодайя!&lt;br /&gt;</w:t>
        <w:br/>
        <w:t>Геть додому, до Нокоміс!"</w:t>
      </w:r>
    </w:p>
    <w:p>
      <w:r>
        <w:br/>
        <w:t>І тоді підводе вгору&lt;br /&gt;</w:t>
        <w:br/>
        <w:t>Гнівно лука Гаявата,&lt;br /&gt;</w:t>
        <w:br/>
        <w:t>З пліч скидає гострі стріли&lt;br /&gt;</w:t>
        <w:br/>
        <w:t>І стріляти починає.&lt;br /&gt;</w:t>
        <w:br/>
        <w:t>Кожний звук стріли міцної —&lt;br /&gt;</w:t>
        <w:br/>
        <w:t>Крик конання, стогін смерті,&lt;br /&gt;</w:t>
        <w:br/>
        <w:t>Кожний свист стріли дзвінкої&lt;br /&gt;</w:t>
        <w:br/>
        <w:t>Пісня смерті, перемоги!</w:t>
      </w:r>
    </w:p>
    <w:p>
      <w:r>
        <w:br/>
        <w:t>У воді кривавій тяжко&lt;br /&gt;</w:t>
        <w:br/>
        <w:t>Мертві змії колихались,&lt;br /&gt;</w:t>
        <w:br/>
        <w:t>Гаявата ж поміж ними&lt;br /&gt;</w:t>
        <w:br/>
        <w:t>Плив, кричав своїй пірозі:&lt;br /&gt;</w:t>
        <w:br/>
        <w:t>"О, вперед, моя пірого,&lt;br /&gt;</w:t>
        <w:br/>
        <w:t>Далі, далі, на озера!"</w:t>
      </w:r>
    </w:p>
    <w:p>
      <w:r>
        <w:br/>
        <w:t>Потім взяв він жиру Нами&lt;br /&gt;</w:t>
        <w:br/>
        <w:t>І помазав густо жиром&lt;br /&gt;</w:t>
        <w:br/>
        <w:t>Боки човна, щоб плилося&lt;br /&gt;</w:t>
        <w:br/>
        <w:t>Йому легше по болотах.</w:t>
      </w:r>
    </w:p>
    <w:p>
      <w:r>
        <w:br/>
        <w:t>І до світу він самотньо&lt;br /&gt;</w:t>
        <w:br/>
        <w:t>Плив по сонних водах моря,&lt;br /&gt;</w:t>
        <w:br/>
        <w:t>По воді, густій і чорній,&lt;br /&gt;</w:t>
        <w:br/>
        <w:t>Вкритій сизою корою&lt;br /&gt;</w:t>
        <w:br/>
        <w:t>Із лілей гнилого листу,&lt;br /&gt;</w:t>
        <w:br/>
        <w:t>Із гнилого очерету.&lt;br /&gt;</w:t>
        <w:br/>
        <w:t>І похмуро, сонно, мертво&lt;br /&gt;</w:t>
        <w:br/>
        <w:t>Перед ним вода блищала&lt;br /&gt;</w:t>
        <w:br/>
        <w:t>В сяйві місяця блідого,&lt;br /&gt;</w:t>
        <w:br/>
        <w:t>В сяйві вогників маленьких,&lt;br /&gt;</w:t>
        <w:br/>
        <w:t>Що засвічують на багнах&lt;br /&gt;</w:t>
        <w:br/>
        <w:t>Душі мертвих в час таємний,&lt;br /&gt;</w:t>
        <w:br/>
        <w:t>В час журливий, в тихі ночі.</w:t>
      </w:r>
    </w:p>
    <w:p>
      <w:r>
        <w:br/>
        <w:t>Сяйва місяця блідого&lt;br /&gt;</w:t>
        <w:br/>
        <w:t>Напилось повітря тихе;&lt;br /&gt;</w:t>
        <w:br/>
        <w:t>Навкруги лежали чорні&lt;br /&gt;</w:t>
        <w:br/>
        <w:t>Тіні ночі по болотах,&lt;br /&gt;</w:t>
        <w:br/>
        <w:t>А москіти Гаяваті&lt;br /&gt;</w:t>
        <w:br/>
        <w:t>Бойову співали пісню;&lt;br /&gt;</w:t>
        <w:br/>
        <w:t>Світляки крутились, грались,&lt;br /&gt;</w:t>
        <w:br/>
        <w:t>Щоб його з дороги збити.&lt;br /&gt;</w:t>
        <w:br/>
        <w:t>І в густій воді Дагінда&lt;br /&gt;</w:t>
        <w:br/>
        <w:t>Підвелась, заворушилась,&lt;br /&gt;</w:t>
        <w:br/>
        <w:t>Тихо жовтими очима&lt;br /&gt;</w:t>
        <w:br/>
        <w:t>Подивилась на пірогу,&lt;br /&gt;</w:t>
        <w:br/>
        <w:t>Заридала і пропала.&lt;br /&gt;</w:t>
        <w:br/>
        <w:t>І рознісся в ту хвилину&lt;br /&gt;</w:t>
        <w:br/>
        <w:t>Стоголосий свист навколо,&lt;br /&gt;</w:t>
        <w:br/>
        <w:t>І Шух-шух-га десь далеко&lt;br /&gt;</w:t>
        <w:br/>
        <w:t>З побережжя, з очерету&lt;br /&gt;</w:t>
        <w:br/>
        <w:t>Прокричала довгим криком,&lt;br /&gt;</w:t>
        <w:br/>
        <w:t>Що прибув нарешті лицар.</w:t>
      </w:r>
    </w:p>
    <w:p>
      <w:r>
        <w:br/>
        <w:t>Так по сонних водах моря&lt;br /&gt;</w:t>
        <w:br/>
        <w:t>Плив на Захід Гаявата,&lt;br /&gt;</w:t>
        <w:br/>
        <w:t>Плив всю ніч, аж доки місяць&lt;br /&gt;</w:t>
        <w:br/>
        <w:t>Повновидий не сховався,&lt;br /&gt;</w:t>
        <w:br/>
        <w:t>А коли пригріло сонце,&lt;br /&gt;</w:t>
        <w:br/>
        <w:t>Припекло промінням плечі,&lt;br /&gt;</w:t>
        <w:br/>
        <w:t>Вгледів він перед собою&lt;br /&gt;</w:t>
        <w:br/>
        <w:t>На шпилі Вігвам Перлистий,&lt;br /&gt;</w:t>
        <w:br/>
        <w:t>Меджисогвона господу.</w:t>
      </w:r>
    </w:p>
    <w:p>
      <w:r>
        <w:br/>
        <w:t>Знов тоді своїй пірозі&lt;br /&gt;</w:t>
        <w:br/>
        <w:t>Він сказав: "Вперед, пірого!"&lt;br /&gt;</w:t>
        <w:br/>
        <w:t>І крізь півники, лілеї&lt;br /&gt;</w:t>
        <w:br/>
        <w:t>Урочисто, переможно&lt;br /&gt;</w:t>
        <w:br/>
        <w:t>Понеслась вона по морю.&lt;br /&gt;</w:t>
        <w:br/>
        <w:t>І на берег Гаявата&lt;br /&gt;</w:t>
        <w:br/>
        <w:t>Вийшов, ніг не замочивши.</w:t>
      </w:r>
    </w:p>
    <w:p>
      <w:r>
        <w:br/>
        <w:t>Зараз взяв він лук свій вірний,&lt;br /&gt;</w:t>
        <w:br/>
        <w:t>Закріпив в піску, коліном&lt;br /&gt;</w:t>
        <w:br/>
        <w:t>Посередині притиснув&lt;br /&gt;</w:t>
        <w:br/>
        <w:t>І тугою тятивою&lt;br /&gt;</w:t>
        <w:br/>
        <w:t>Запустив стрілу співучу,&lt;br /&gt;</w:t>
        <w:br/>
        <w:t>Запустив в Вігвам Перлистий,&lt;br /&gt;</w:t>
        <w:br/>
        <w:t>Мов послав гінця з листами,&lt;br /&gt;</w:t>
        <w:br/>
        <w:t>З гордим викликом боротись:&lt;br /&gt;</w:t>
        <w:br/>
        <w:t>"Ну, виходь на бій кривавий,&lt;br /&gt;</w:t>
        <w:br/>
        <w:t>Гаявата вже чекає!"</w:t>
      </w:r>
    </w:p>
    <w:p>
      <w:r>
        <w:br/>
        <w:t>Швидко вийшов Меджисогвон&lt;br /&gt;</w:t>
        <w:br/>
        <w:t>Із Перлистого Вігваму,&lt;br /&gt;</w:t>
        <w:br/>
        <w:t>Швидко вийшов він, могучий,&lt;br /&gt;</w:t>
        <w:br/>
        <w:t>І високий, і плечистий,</w:t>
      </w:r>
    </w:p>
    <w:p>
      <w:r>
        <w:br/>
        <w:t>Мовчазний, страшний, похмурий,&lt;br /&gt;</w:t>
        <w:br/>
        <w:t>З голови до ніг у зброї,&lt;br /&gt;</w:t>
        <w:br/>
        <w:t>І оздобами покритий,&lt;br /&gt;</w:t>
        <w:br/>
        <w:t>В фарбах жовтих і червоних,&lt;br /&gt;</w:t>
        <w:br/>
        <w:t>Наче ранок на світанні,&lt;br /&gt;</w:t>
        <w:br/>
        <w:t>А на ньому мають пера&lt;br /&gt;</w:t>
        <w:br/>
        <w:t>З крил широких, крил орлячих.</w:t>
      </w:r>
    </w:p>
    <w:p>
      <w:r>
        <w:br/>
        <w:t>"А! Неначе... Гаявата?!" —&lt;br /&gt;</w:t>
        <w:br/>
        <w:t>Він, всміхнувшись, згорда крикнув,&lt;br /&gt;</w:t>
        <w:br/>
        <w:t>І, як грім, той крик рознісся.&lt;br /&gt;</w:t>
        <w:br/>
        <w:t>"Відступися, Шогодайя!&lt;br /&gt;</w:t>
        <w:br/>
        <w:t>Геть! Іди собі додому!&lt;br /&gt;</w:t>
        <w:br/>
        <w:t>Геть до баби, до Нокоміс!&lt;br /&gt;</w:t>
        <w:br/>
        <w:t>Бо уб'ю тебе на місці,&lt;br /&gt;</w:t>
        <w:br/>
        <w:t>Як її старого батька!"</w:t>
      </w:r>
    </w:p>
    <w:p>
      <w:r>
        <w:br/>
        <w:t>Не злякався Гаявата&lt;br /&gt;</w:t>
        <w:br/>
        <w:t>І сказав йому спокійно:&lt;br /&gt;</w:t>
        <w:br/>
        <w:t>"Не хвались! Чванливим словом&lt;br /&gt;</w:t>
        <w:br/>
        <w:t>Не вразиш, як томагавком.&lt;br /&gt;</w:t>
        <w:br/>
        <w:t>Діло — краще слів порожніх,&lt;br /&gt;</w:t>
        <w:br/>
        <w:t>І гостріші глуму — стріли:&lt;br /&gt;</w:t>
        <w:br/>
        <w:t>Ти робив би, а не чванивсь!"</w:t>
      </w:r>
    </w:p>
    <w:p>
      <w:r>
        <w:br/>
        <w:t>І почався бій великий,&lt;br /&gt;</w:t>
        <w:br/>
        <w:t>Бій невиданий під сонцем,&lt;br /&gt;</w:t>
        <w:br/>
        <w:t>Він удосвіта почався&lt;br /&gt;</w:t>
        <w:br/>
        <w:t>І смерком лише скінчився,&lt;br /&gt;</w:t>
        <w:br/>
        <w:t>Бо даремно гострі стріли&lt;br /&gt;</w:t>
        <w:br/>
        <w:t>Об перлистий панцир бились,&lt;br /&gt;</w:t>
        <w:br/>
        <w:t>І нічого не зробили&lt;br /&gt;</w:t>
        <w:br/>
        <w:t>Рукавиці — Мінджикевон —&lt;br /&gt;</w:t>
        <w:br/>
        <w:t>З томагавком Гаявати.</w:t>
      </w:r>
    </w:p>
    <w:p>
      <w:r>
        <w:br/>
        <w:t>Кришить скелі томагаук,&lt;br /&gt;</w:t>
        <w:br/>
        <w:t>Кільця ж панциря міцного&lt;br /&gt;</w:t>
        <w:br/>
        <w:t>Не розіб'є томагаук.</w:t>
      </w:r>
    </w:p>
    <w:p>
      <w:r>
        <w:br/>
        <w:t>Наближався вечір літній,&lt;br /&gt;</w:t>
        <w:br/>
        <w:t>Вже порвались рукавиці,&lt;br /&gt;</w:t>
        <w:br/>
        <w:t>Розколовся томагаук,&lt;br /&gt;</w:t>
        <w:br/>
        <w:t>Тільки три стріли лишилось...&lt;br /&gt;</w:t>
        <w:br/>
        <w:t>І схилився Гаявата,&lt;br /&gt;</w:t>
        <w:br/>
        <w:t>Тяжко змучений, побитий,&lt;br /&gt;</w:t>
        <w:br/>
        <w:t>На свого тугого лука&lt;br /&gt;</w:t>
        <w:br/>
        <w:t>Під столітньою сосною.&lt;br /&gt;</w:t>
        <w:br/>
        <w:t>Сивий мох звисав із неї,&lt;br /&gt;</w:t>
        <w:br/>
        <w:t>На пеньку гриби жовтіли,—&lt;br /&gt;</w:t>
        <w:br/>
        <w:t>Обуття мерців скорботних.</w:t>
      </w:r>
    </w:p>
    <w:p>
      <w:r>
        <w:br/>
        <w:t>Коли враз зелений дятел&lt;br /&gt;</w:t>
        <w:br/>
        <w:t>Закричав до Гаявати:&lt;br /&gt;</w:t>
        <w:br/>
        <w:t>"Цілься в тім'я, Гаявато!&lt;br /&gt;</w:t>
        <w:br/>
        <w:t>Прямо в тім'я вдар стрілою,&lt;br /&gt;</w:t>
        <w:br/>
        <w:t>В корінь довгих кіс удар ти,&lt;br /&gt;</w:t>
        <w:br/>
        <w:t>Тільки там стріла застряне".</w:t>
      </w:r>
    </w:p>
    <w:p>
      <w:r>
        <w:br/>
        <w:t>В довгих перах, в халцедоні&lt;br /&gt;</w:t>
        <w:br/>
        <w:t>Понеслась стріла співуча&lt;br /&gt;</w:t>
        <w:br/>
        <w:t>У той мент, як Меджисогвон&lt;br /&gt;</w:t>
        <w:br/>
        <w:t>Нахилився взяти камінь,&lt;br /&gt;</w:t>
        <w:br/>
        <w:t>І впилася прямо в тім'я,&lt;br /&gt;</w:t>
        <w:br/>
        <w:t>В корінь довгих кіс впилася.&lt;br /&gt;</w:t>
        <w:br/>
        <w:t>І спіткнувся, захитався&lt;br /&gt;</w:t>
        <w:br/>
        <w:t>Меджисогвон, наче буйвол;&lt;br /&gt;</w:t>
        <w:br/>
        <w:t>Так, як буйвол серед лугу,&lt;br /&gt;</w:t>
        <w:br/>
        <w:t>Що припав, укрився снігом.</w:t>
      </w:r>
    </w:p>
    <w:p>
      <w:r>
        <w:br/>
        <w:t>А за першою стрілою&lt;br /&gt;</w:t>
        <w:br/>
        <w:t>Полетіла раптом друга,&lt;br /&gt;</w:t>
        <w:br/>
        <w:t>Швидше першої летіла,&lt;br /&gt;</w:t>
        <w:br/>
        <w:t>Глибше першої вп'ялася,&lt;br /&gt;</w:t>
        <w:br/>
        <w:t>І коліна душогуба&lt;br /&gt;</w:t>
        <w:br/>
        <w:t>Очеретом затремтіли,&lt;br /&gt;</w:t>
        <w:br/>
        <w:t>Затремтіли і зігнулись.</w:t>
      </w:r>
    </w:p>
    <w:p>
      <w:r>
        <w:br/>
        <w:t>А остання понеслася&lt;br /&gt;</w:t>
        <w:br/>
        <w:t>Легше всіх — і Меджисогвон,&lt;br /&gt;</w:t>
        <w:br/>
        <w:t>Наче іскри, вгледів очі,&lt;br /&gt;</w:t>
        <w:br/>
        <w:t>Вгледів іскри — очі смерті.&lt;br /&gt;</w:t>
        <w:br/>
        <w:t>І почув він голос-поклик,&lt;br /&gt;</w:t>
        <w:br/>
        <w:t>Голос Погока призивний,&lt;br /&gt;</w:t>
        <w:br/>
        <w:t>І, підтятий, непритомно&lt;br /&gt;</w:t>
        <w:br/>
        <w:t>Впав могучий Меджисогвон,&lt;br /&gt;</w:t>
        <w:br/>
        <w:t>І не встав уже ніколи.</w:t>
      </w:r>
    </w:p>
    <w:p>
      <w:r>
        <w:br/>
        <w:t>Зараз вдячний Гаявата&lt;br /&gt;</w:t>
        <w:br/>
        <w:t>Взяв з піску у руку крові&lt;br /&gt;</w:t>
        <w:br/>
        <w:t>І, з сосни позвавши дятла,&lt;br /&gt;</w:t>
        <w:br/>
        <w:t>Тою кров'ю він покрасив&lt;br /&gt;</w:t>
        <w:br/>
        <w:t>На голівці дятла гребінь&lt;br /&gt;</w:t>
        <w:br/>
        <w:t>За його послугу в бої.&lt;br /&gt;</w:t>
        <w:br/>
        <w:t>Так і досі Мема носить&lt;br /&gt;</w:t>
        <w:br/>
        <w:t>На собі чубок червоний.</w:t>
      </w:r>
    </w:p>
    <w:p>
      <w:r>
        <w:br/>
        <w:t>А на спомин перемоги&lt;br /&gt;</w:t>
        <w:br/>
        <w:t>Над ворожбитом могучим&lt;br /&gt;</w:t>
        <w:br/>
        <w:t>Він зірвав перлистий панцир&lt;br /&gt;</w:t>
        <w:br/>
        <w:t>І без догляду покинув&lt;br /&gt;</w:t>
        <w:br/>
        <w:t>На піску бережнім тіло.</w:t>
      </w:r>
    </w:p>
    <w:p>
      <w:r>
        <w:br/>
        <w:t>І, поховане по пояс,&lt;br /&gt;</w:t>
        <w:br/>
        <w:t>На піску воно лежало,&lt;br /&gt;</w:t>
        <w:br/>
        <w:t>Головою впавши в воду.&lt;br /&gt;</w:t>
        <w:br/>
        <w:t>А вгорі над тілом плавав&lt;br /&gt;</w:t>
        <w:br/>
        <w:t>Бойовий орел могучий&lt;br /&gt;</w:t>
        <w:br/>
        <w:t>І робив все менші кола,&lt;br /&gt;</w:t>
        <w:br/>
        <w:t>І все нижче й нижче падав.</w:t>
      </w:r>
    </w:p>
    <w:p>
      <w:r>
        <w:br/>
        <w:t>Із Перлистого Вігваму&lt;br /&gt;</w:t>
        <w:br/>
        <w:t>Повиносив Гаявата&lt;br /&gt;</w:t>
        <w:br/>
        <w:t>Разом з Вампумом всі скарби:&lt;br /&gt;</w:t>
        <w:br/>
        <w:t>Хутра всі бобрів, бізонів,&lt;br /&gt;</w:t>
        <w:br/>
        <w:t>Соболів і горностаїв,&lt;br /&gt;</w:t>
        <w:br/>
        <w:t>Сайгаки і срібні стріли,&lt;br /&gt;</w:t>
        <w:br/>
        <w:t>І низки найкращих перлів,—&lt;br /&gt;</w:t>
        <w:br/>
        <w:t>І з піснями перемоги&lt;br /&gt;</w:t>
        <w:br/>
        <w:t>Він поплив назад, щасливий.</w:t>
      </w:r>
    </w:p>
    <w:p>
      <w:r>
        <w:br/>
        <w:t>Там, на березі, чекали&lt;br /&gt;</w:t>
        <w:br/>
        <w:t>Вже давно його Нокоміс,&lt;br /&gt;</w:t>
        <w:br/>
        <w:t>Чайбаябос, дужий Квазінд;&lt;br /&gt;</w:t>
        <w:br/>
        <w:t>А народ зустрів героя&lt;br /&gt;</w:t>
        <w:br/>
        <w:t>Співом, криками, танками:&lt;br /&gt;</w:t>
        <w:br/>
        <w:t>"Слава, слава Гаяваті!&lt;br /&gt;</w:t>
        <w:br/>
        <w:t>Переможений ворожбит,&lt;br /&gt;</w:t>
        <w:br/>
        <w:t>І не встане більше, лютий!"</w:t>
      </w:r>
    </w:p>
    <w:p>
      <w:r>
        <w:br/>
        <w:t>Дорогим лишивсь назавжди&lt;br /&gt;</w:t>
        <w:br/>
        <w:t>Гаяваті дятел — Мема!&lt;br /&gt;</w:t>
        <w:br/>
        <w:t>В честь його, на спомин бою&lt;br /&gt;</w:t>
        <w:br/>
        <w:t>Він свою оздобив люльку&lt;br /&gt;</w:t>
        <w:br/>
        <w:t>Меми чубиком червоним,</w:t>
      </w:r>
    </w:p>
    <w:p>
      <w:r>
        <w:br/>
        <w:t>Гребінцем червоним Меми,&lt;br /&gt;</w:t>
        <w:br/>
        <w:t>А ворожбита всі скарби&lt;br /&gt;</w:t>
        <w:br/>
        <w:t>Поділив з своїм народом&lt;br /&gt;</w:t>
        <w:br/>
        <w:t>Так, що всім досталось рівно.</w:t>
      </w:r>
    </w:p>
    <w:p>
      <w:r>
        <w:br/>
        <w:t>СВАТАННЯ ГАЯВАТИ</w:t>
      </w:r>
    </w:p>
    <w:p>
      <w:r>
        <w:br/>
        <w:t>Чоловік і жінка — наче&lt;br /&gt;</w:t>
        <w:br/>
        <w:t>Лук з міцною тятивою.&lt;br /&gt;</w:t>
        <w:br/>
        <w:t>Хоч вона його згинає,&lt;br /&gt;</w:t>
        <w:br/>
        <w:t>Але все ж йому й покірна.&lt;br /&gt;</w:t>
        <w:br/>
        <w:t>Хоч вона його і тягне,&lt;br /&gt;</w:t>
        <w:br/>
        <w:t>Та сама з ним нерозлучна.&lt;br /&gt;</w:t>
        <w:br/>
        <w:t>Так. Зосібна — безкорисні.</w:t>
      </w:r>
    </w:p>
    <w:p>
      <w:r>
        <w:br/>
        <w:t>І про се мій Гаявата&lt;br /&gt;</w:t>
        <w:br/>
        <w:t>Став частіш думки гадати,&lt;br /&gt;</w:t>
        <w:br/>
        <w:t>То зітхати, то журитись,&lt;br /&gt;</w:t>
        <w:br/>
        <w:t>То тривожно сподіватись.&lt;br /&gt;</w:t>
        <w:br/>
        <w:t>Все частіше став він марить&lt;br /&gt;</w:t>
        <w:br/>
        <w:t>Про красуню Міннегагу&lt;br /&gt;</w:t>
        <w:br/>
        <w:t>З сторони Дакотів диких.</w:t>
      </w:r>
    </w:p>
    <w:p>
      <w:r>
        <w:br/>
        <w:t>А Нокоміс обережна&lt;br /&gt;</w:t>
        <w:br/>
        <w:t>Говорила Гаяваті:&lt;br /&gt;</w:t>
        <w:br/>
        <w:t>"Не бери собі чужинку,&lt;br /&gt;</w:t>
        <w:br/>
        <w:t>Не шукай по світу жінки:&lt;br /&gt;</w:t>
        <w:br/>
        <w:t>Хоч дочка сусіда проста,&lt;br /&gt;</w:t>
        <w:br/>
        <w:t>А як огнище в вігвамі,&lt;br /&gt;</w:t>
        <w:br/>
        <w:t>А краса чужа чужинки —&lt;br /&gt;</w:t>
        <w:br/>
        <w:t>Сяйво місячне, холодне,&lt;br /&gt;</w:t>
        <w:br/>
        <w:t>Сяйво зоряне, далеке".</w:t>
      </w:r>
    </w:p>
    <w:p>
      <w:r>
        <w:br/>
        <w:t>Так Нокоміс говорила,&lt;br /&gt;</w:t>
        <w:br/>
        <w:t>Та розумно Гаявата&lt;br /&gt;</w:t>
        <w:br/>
        <w:t>Відповів їй: "О Нокоміс!&lt;br /&gt;</w:t>
        <w:br/>
        <w:t>Любе огнище в вігвамі,&lt;br /&gt;</w:t>
        <w:br/>
        <w:t>Та миліш зірки на небі,&lt;br /&gt;</w:t>
        <w:br/>
        <w:t>Та миліш на небі місяць".</w:t>
      </w:r>
    </w:p>
    <w:p>
      <w:r>
        <w:br/>
        <w:t>А стара Нокоміс гостро&lt;br /&gt;</w:t>
        <w:br/>
        <w:t>Одказала: "Нам не треба&lt;br /&gt;</w:t>
        <w:br/>
        <w:t>Білих рук і ніг лінивих.&lt;br /&gt;</w:t>
        <w:br/>
        <w:t>Приведи таку дружину,&lt;br /&gt;</w:t>
        <w:br/>
        <w:t>Щоб з любов'ю працювала,&lt;br /&gt;</w:t>
        <w:br/>
        <w:t>Щоб проворні мала руки&lt;br /&gt;</w:t>
        <w:br/>
        <w:t>І ходить охочі ноги".</w:t>
      </w:r>
    </w:p>
    <w:p>
      <w:r>
        <w:br/>
        <w:t>Усміхнувся Гаявата&lt;br /&gt;</w:t>
        <w:br/>
        <w:t>І сказав: "В землі Д а котів,&lt;br /&gt;</w:t>
        <w:br/>
        <w:t>У старого стрілороба,&lt;br /&gt;</w:t>
        <w:br/>
        <w:t>Єсть дочка, яка миліше&lt;br /&gt;</w:t>
        <w:br/>
        <w:t>Всіх Дакотянок прекрасних,&lt;br /&gt;</w:t>
        <w:br/>
        <w:t>Я візьму її, Нокоміс,&lt;br /&gt;</w:t>
        <w:br/>
        <w:t>І вона тобі в роботі,&lt;br /&gt;</w:t>
        <w:br/>
        <w:t>Як дочка, покірна буде,</w:t>
      </w:r>
    </w:p>
    <w:p>
      <w:r>
        <w:br/>
        <w:t>Буде сяйвом зір далеких.&lt;br /&gt;</w:t>
        <w:br/>
        <w:t>Теплим огнищем в вігвамі.&lt;br /&gt;</w:t>
        <w:br/>
        <w:t>Сонцем нашого народу".</w:t>
      </w:r>
    </w:p>
    <w:p>
      <w:r>
        <w:br/>
        <w:t>Та своє таки казала&lt;br /&gt;</w:t>
        <w:br/>
        <w:t>Обережна стара мати:&lt;br /&gt;</w:t>
        <w:br/>
        <w:t>"Ти не вводь в мою оселю,&lt;br /&gt;</w:t>
        <w:br/>
        <w:t>Сину мій, дочку Дакота.&lt;br /&gt;</w:t>
        <w:br/>
        <w:t>Люті, дикі всі Дакоти!&lt;br /&gt;</w:t>
        <w:br/>
        <w:t>Завжди ми б'ємося з ними,&lt;br /&gt;</w:t>
        <w:br/>
        <w:t>І не скінчена ще свара,&lt;br /&gt;</w:t>
        <w:br/>
        <w:t>Не загоїлись ще рани!"</w:t>
      </w:r>
    </w:p>
    <w:p>
      <w:r>
        <w:br/>
        <w:t>Усміхнувшись, Гаявата&lt;br /&gt;</w:t>
        <w:br/>
        <w:t>Відповів на се Нокоміс:&lt;br /&gt;</w:t>
        <w:br/>
        <w:t>"Я тому і йду шукати&lt;br /&gt;</w:t>
        <w:br/>
        <w:t>Молодої в край Дакотів,&lt;br /&gt;</w:t>
        <w:br/>
        <w:t>Я того й піду, Нокоміс,&lt;br /&gt;</w:t>
        <w:br/>
        <w:t>Щоб скінчити наші свари&lt;br /&gt;</w:t>
        <w:br/>
        <w:t>І навік загоїть рани".</w:t>
      </w:r>
    </w:p>
    <w:p>
      <w:r>
        <w:br/>
        <w:t>І подався в край Дакотів,&lt;br /&gt;</w:t>
        <w:br/>
        <w:t>В край красунь мій Гаявата&lt;br /&gt;</w:t>
        <w:br/>
        <w:t>По дорозі, що вилася&lt;br /&gt;</w:t>
        <w:br/>
        <w:t>По долинах, по пустелях,&lt;br /&gt;</w:t>
        <w:br/>
        <w:t>По густих лісах зелених.</w:t>
      </w:r>
    </w:p>
    <w:p>
      <w:r>
        <w:br/>
        <w:t>Що не крок — робив він милю&lt;br /&gt;</w:t>
        <w:br/>
        <w:t>В дивовижних мокасинах,&lt;br /&gt;</w:t>
        <w:br/>
        <w:t>Та думки летіли швидше,&lt;br /&gt;</w:t>
        <w:br/>
        <w:t>І здавалось Гаяваті,&lt;br /&gt;</w:t>
        <w:br/>
        <w:t>Що нема й кінця дорозі!&lt;br /&gt;</w:t>
        <w:br/>
        <w:t>Коли се — він чує в лісі&lt;br /&gt;</w:t>
        <w:br/>
        <w:t>Десь глухий, далекий гомін.</w:t>
      </w:r>
    </w:p>
    <w:p>
      <w:r>
        <w:br/>
        <w:t>То гриміли-гомоніли&lt;br /&gt;</w:t>
        <w:br/>
        <w:t>Водоспади Міннегаги.&lt;br /&gt;</w:t>
        <w:br/>
        <w:t>І, радіючи, він крикнув:&lt;br /&gt;</w:t>
        <w:br/>
        <w:t>"О, який се любий голос,&lt;br /&gt;</w:t>
        <w:br/>
        <w:t>Що зове до себе в тиші!"</w:t>
      </w:r>
    </w:p>
    <w:p>
      <w:r>
        <w:br/>
        <w:t>Між деревами, де грались&lt;br /&gt;</w:t>
        <w:br/>
        <w:t>Світло й тіні, він угледів&lt;br /&gt;</w:t>
        <w:br/>
        <w:t>Череду оленів чуйних.&lt;br /&gt;</w:t>
        <w:br/>
        <w:t>"Ну, дивись!" — сказав він луку.&lt;br /&gt;</w:t>
        <w:br/>
        <w:t>"Влучно бий!" — стрілі промовив.&lt;br /&gt;</w:t>
        <w:br/>
        <w:t>І коли стріла співуча,&lt;br /&gt;</w:t>
        <w:br/>
        <w:t>Як оса, вп'ялась в оленя,&lt;br /&gt;</w:t>
        <w:br/>
        <w:t>Скинув він його на плечі&lt;br /&gt;</w:t>
        <w:br/>
        <w:t>І пішов ще легше, швидше.</w:t>
      </w:r>
    </w:p>
    <w:p>
      <w:r>
        <w:br/>
        <w:t>За роботою в вігвамі&lt;br /&gt;</w:t>
        <w:br/>
        <w:t>Стрілороб сидів з дочкою,&lt;br /&gt;</w:t>
        <w:br/>
        <w:t>З Міннегагою-дочкою.&lt;br /&gt;</w:t>
        <w:br/>
        <w:t>Він точив на стріли яспис,&lt;br /&gt;</w:t>
        <w:br/>
        <w:t>Халцедон точив блискучий,&lt;br /&gt;</w:t>
        <w:br/>
        <w:t>А вона плела рогожки&lt;br /&gt;</w:t>
        <w:br/>
        <w:t>І замислена сиділа.&lt;br /&gt;</w:t>
        <w:br/>
        <w:t>Все про те, що буде з нею,&lt;br /&gt;</w:t>
        <w:br/>
        <w:t>Тихо дівчина гадала,&lt;br /&gt;</w:t>
        <w:br/>
        <w:t>Батько ж думав про минуле.</w:t>
      </w:r>
    </w:p>
    <w:p>
      <w:r>
        <w:br/>
        <w:t>Батько згадував минуле,&lt;br /&gt;</w:t>
        <w:br/>
        <w:t>Як він стрілами такими&lt;br /&gt;</w:t>
        <w:br/>
        <w:t>Підбивав на смерть бізонів,&lt;br /&gt;</w:t>
        <w:br/>
        <w:t>Забивав оленів, ланей,&lt;br /&gt;</w:t>
        <w:br/>
        <w:t>Як у лет гусей влучав він&lt;br /&gt;</w:t>
        <w:br/>
        <w:t>Над водою, над лугами.&lt;br /&gt;</w:t>
        <w:br/>
        <w:t>Як сі стріли купували&lt;br /&gt;</w:t>
        <w:br/>
        <w:t>Бойові загони в нього.</w:t>
      </w:r>
    </w:p>
    <w:p>
      <w:r>
        <w:br/>
        <w:t>Ех! Нема тепер подібних,&lt;br /&gt;</w:t>
        <w:br/>
        <w:t>Славних лицарів на світі!&lt;br /&gt;</w:t>
        <w:br/>
        <w:t>Вояки бабами стали,&lt;br /&gt;</w:t>
        <w:br/>
        <w:t>Язиками тільки плещуть!</w:t>
      </w:r>
    </w:p>
    <w:p>
      <w:r>
        <w:br/>
        <w:t>Міннегага ж пригадала,&lt;br /&gt;</w:t>
        <w:br/>
        <w:t>Як минулою весною&lt;br /&gt;</w:t>
        <w:br/>
        <w:t>Раз зайшов до їх мисливець&lt;br /&gt;</w:t>
        <w:br/>
        <w:t>Із землі Оджибуеїв.&lt;br /&gt;</w:t>
        <w:br/>
        <w:t>Як сидів він у вігвамі,&lt;br /&gt;</w:t>
        <w:br/>
        <w:t>Як пішов він і оглянувсь,&lt;br /&gt;</w:t>
        <w:br/>
        <w:t>І на неї глянув потай.&lt;br /&gt;</w:t>
        <w:br/>
        <w:t>Батько сам хвалив чужинця&lt;br /&gt;</w:t>
        <w:br/>
        <w:t>За відважність і за розум.&lt;br /&gt;</w:t>
        <w:br/>
        <w:t>Ох, та він чи прийде знову,&lt;br /&gt;</w:t>
        <w:br/>
        <w:t>Чи згадає водоспади?&lt;br /&gt;</w:t>
        <w:br/>
        <w:t>І в задумі Міннегага&lt;br /&gt;</w:t>
        <w:br/>
        <w:t>Вдалечінь кудись дивилась,—&lt;br /&gt;</w:t>
        <w:br/>
        <w:t>Не робилася робота.</w:t>
      </w:r>
    </w:p>
    <w:p>
      <w:r>
        <w:br/>
        <w:t>Коли враз почувся шелест,&lt;br /&gt;</w:t>
        <w:br/>
        <w:t>Наче хтось ішов у лісі...&lt;br /&gt;</w:t>
        <w:br/>
        <w:t>І шумів. Пройшла хвилина,&lt;br /&gt;</w:t>
        <w:br/>
        <w:t>І явився Гаявата,&lt;br /&gt;</w:t>
        <w:br/>
        <w:t>Розрум'янений ходою&lt;br /&gt;</w:t>
        <w:br/>
        <w:t>І з оленем за плечима.</w:t>
      </w:r>
    </w:p>
    <w:p>
      <w:r>
        <w:br/>
        <w:t>Гострий погляд кинув батько&lt;br /&gt;</w:t>
        <w:br/>
        <w:t>На непроханого гостя,&lt;br /&gt;</w:t>
        <w:br/>
        <w:t>Так, пізнавши Гаявату,&lt;br /&gt;</w:t>
        <w:br/>
        <w:t>Швидко встав він і привітно&lt;br /&gt;</w:t>
        <w:br/>
        <w:t>Запросив ввійти в господу.&lt;br /&gt;</w:t>
        <w:br/>
        <w:t>"Будь здоровий, Гаявато!" —&lt;br /&gt;</w:t>
        <w:br/>
        <w:t>Так озвавсь старий до його.</w:t>
      </w:r>
    </w:p>
    <w:p>
      <w:r>
        <w:br/>
        <w:t>Перед дівчиною скинув&lt;br /&gt;</w:t>
        <w:br/>
        <w:t>Свою здобич Гаявата,&lt;br /&gt;</w:t>
        <w:br/>
        <w:t>Положив свого оленя,&lt;br /&gt;</w:t>
        <w:br/>
        <w:t>А вона, піднявши вії,&lt;br /&gt;</w:t>
        <w:br/>
        <w:t>Одказала Гаяваті&lt;br /&gt;</w:t>
        <w:br/>
        <w:t>І ласкаво, і привітно:&lt;br /&gt;</w:t>
        <w:br/>
        <w:t>"Будь здоровий, Гаявато!"</w:t>
      </w:r>
    </w:p>
    <w:p>
      <w:r>
        <w:br/>
        <w:t>Із оленячої шкури&lt;br /&gt;</w:t>
        <w:br/>
        <w:t>Був у їх вігвам просторий,&lt;br /&gt;</w:t>
        <w:br/>
        <w:t>Чисто прибраний і пишний,&lt;br /&gt;</w:t>
        <w:br/>
        <w:t>І дакотськими богами&lt;br /&gt;</w:t>
        <w:br/>
        <w:t>Розмальований мистецьки.&lt;br /&gt;</w:t>
        <w:br/>
        <w:t>Не згинався Гаявата&lt;br /&gt;</w:t>
        <w:br/>
        <w:t>Під високими дверима,&lt;br /&gt;</w:t>
        <w:br/>
        <w:t>Ледве він торкнувсь запонок&lt;br /&gt;</w:t>
        <w:br/>
        <w:t>Головою в чорних перах.</w:t>
      </w:r>
    </w:p>
    <w:p>
      <w:r>
        <w:br/>
        <w:t>І, покинувши роботу,&lt;br /&gt;</w:t>
        <w:br/>
        <w:t>Встала з місця Міннегага,&lt;br /&gt;</w:t>
        <w:br/>
        <w:t>Щоб обідати подати&lt;br /&gt;</w:t>
        <w:br/>
        <w:t>Та сходить по свіжу воду.&lt;br /&gt;</w:t>
        <w:br/>
        <w:t>І в мисках усяку страву,&lt;br /&gt;</w:t>
        <w:br/>
        <w:t>А в кірцях холодну воду&lt;br /&gt;</w:t>
        <w:br/>
        <w:t>Подавала Міннегага.&lt;br /&gt;</w:t>
        <w:br/>
        <w:t>Потім сіла і уважно&lt;br /&gt;</w:t>
        <w:br/>
        <w:t>Стала слухати розмову,&lt;br /&gt;</w:t>
        <w:br/>
        <w:t>А сама — ані словечка,&lt;br /&gt;</w:t>
        <w:br/>
        <w:t>Ні словечка не сказала!</w:t>
      </w:r>
    </w:p>
    <w:p>
      <w:r>
        <w:br/>
        <w:t>Мов крізь сон вона почула&lt;br /&gt;</w:t>
        <w:br/>
        <w:t>Із розмови Гаявати&lt;br /&gt;</w:t>
        <w:br/>
        <w:t>Про якусь стару Нокоміс,&lt;br /&gt;</w:t>
        <w:br/>
        <w:t>Що виховувала гостя,&lt;br /&gt;</w:t>
        <w:br/>
        <w:t>Про його коханих друзів,</w:t>
      </w:r>
    </w:p>
    <w:p>
      <w:r>
        <w:br/>
        <w:t>Про достатки та розкоші&lt;br /&gt;</w:t>
        <w:br/>
        <w:t>На землі Оджибусїв,&lt;br /&gt;</w:t>
        <w:br/>
        <w:t>У долинах тихомирних.</w:t>
      </w:r>
    </w:p>
    <w:p>
      <w:r>
        <w:br/>
        <w:t>"Після довгих літ розради,&lt;br /&gt;</w:t>
        <w:br/>
        <w:t>Довгих літ боїв кривавих,&lt;br /&gt;</w:t>
        <w:br/>
        <w:t>Тихо, любо стало в селах&lt;br /&gt;</w:t>
        <w:br/>
        <w:t>Оджибусїв і Дакотів".&lt;br /&gt;</w:t>
        <w:br/>
        <w:t>Так докінчив Гаявата&lt;br /&gt;</w:t>
        <w:br/>
        <w:t>І додав поволі тихо:&lt;br /&gt;</w:t>
        <w:br/>
        <w:t>"Щоб зміцнити мир і спокій,&lt;br /&gt;</w:t>
        <w:br/>
        <w:t>Закріпить навіки приязнь,&lt;br /&gt;</w:t>
        <w:br/>
        <w:t>Ти віддай дочку за мене,&lt;br /&gt;</w:t>
        <w:br/>
        <w:t>Ти пусти її зо мною&lt;br /&gt;</w:t>
        <w:br/>
        <w:t>В сторону Оджибусїв".</w:t>
      </w:r>
    </w:p>
    <w:p>
      <w:r>
        <w:br/>
        <w:t>І схиливсь старий в задумі...&lt;br /&gt;</w:t>
        <w:br/>
        <w:t>І раніше, ніж сказати,&lt;br /&gt;</w:t>
        <w:br/>
        <w:t>Запалив він мовчки люльку,&lt;br /&gt;</w:t>
        <w:br/>
        <w:t>Подививсь на Міннегагу,&lt;br /&gt;</w:t>
        <w:br/>
        <w:t>Подививсь на гостя згорда&lt;br /&gt;</w:t>
        <w:br/>
        <w:t>І сказав йому поважно:&lt;br /&gt;</w:t>
        <w:br/>
        <w:t>"Се вже воля Міннегаги,—&lt;br /&gt;</w:t>
        <w:br/>
        <w:t>Як сама вона захоче".</w:t>
      </w:r>
    </w:p>
    <w:p>
      <w:r>
        <w:br/>
        <w:t>Засоромилась красуня&lt;br /&gt;</w:t>
        <w:br/>
        <w:t>І ще краща, ще миліша&lt;br /&gt;</w:t>
        <w:br/>
        <w:t>Стала в соромі дівочім.&lt;br /&gt;</w:t>
        <w:br/>
        <w:t>Сіла поруч Гаявати,&lt;br /&gt;</w:t>
        <w:br/>
        <w:t>Нахилилась і озвалась,&lt;br /&gt;</w:t>
        <w:br/>
        <w:t>Червоніючи, озвалась:&lt;br /&gt;</w:t>
        <w:br/>
        <w:t>"Молодий! Піду з тобою!"</w:t>
      </w:r>
    </w:p>
    <w:p>
      <w:r>
        <w:br/>
        <w:t>Так сказала Міннегага,&lt;br /&gt;</w:t>
        <w:br/>
        <w:t>Так посватавсь Гаявата,&lt;br /&gt;</w:t>
        <w:br/>
        <w:t>Взяв собі красуню жінку&lt;br /&gt;</w:t>
        <w:br/>
        <w:t>З сторони Дакотів диких.</w:t>
      </w:r>
    </w:p>
    <w:p>
      <w:r>
        <w:br/>
        <w:t>Із вігваму побіч неї&lt;br /&gt;</w:t>
        <w:br/>
        <w:t>Він пішов в країну рідну&lt;br /&gt;</w:t>
        <w:br/>
        <w:t>По лісах і по долинах.&lt;br /&gt;</w:t>
        <w:br/>
        <w:t>Йшли вони рука за руку,&lt;br /&gt;</w:t>
        <w:br/>
        <w:t>Залишаючи самотнім&lt;br /&gt;</w:t>
        <w:br/>
        <w:t>Батька сивого в вігвамі,&lt;br /&gt;</w:t>
        <w:br/>
        <w:t>Залишаючи потоки,&lt;br /&gt;</w:t>
        <w:br/>
        <w:t>Водоспади Міннегаги,&lt;br /&gt;</w:t>
        <w:br/>
        <w:t>Що їм здалека шуміли:&lt;br /&gt;</w:t>
        <w:br/>
        <w:t>"На все добре, Гаявато!"</w:t>
      </w:r>
    </w:p>
    <w:p>
      <w:r>
        <w:br/>
        <w:t>А старий, як попрощався,&lt;br /&gt;</w:t>
        <w:br/>
        <w:t>Сів на сонці на порозі&lt;br /&gt;</w:t>
        <w:br/>
        <w:t>За роботою своєю&lt;br /&gt;</w:t>
        <w:br/>
        <w:t>І гадав: "Такі-то дочки!&lt;br /&gt;</w:t>
        <w:br/>
        <w:t>Любиш, пестиш їх, шкодуєш,&lt;br /&gt;</w:t>
        <w:br/>
        <w:t>А дождешся допомоги —&lt;br /&gt;</w:t>
        <w:br/>
        <w:t>Зирк! — вже парубок приходить,&lt;br /&gt;</w:t>
        <w:br/>
        <w:t>По селу блука чужинець,&lt;br /&gt;</w:t>
        <w:br/>
        <w:t>Дзвінко грає на сопілці&lt;br /&gt;</w:t>
        <w:br/>
        <w:t>Та з дівчатами воркує:&lt;br /&gt;</w:t>
        <w:br/>
        <w:t>Де, мовляв, із вас найкраща,—&lt;br /&gt;</w:t>
        <w:br/>
        <w:t>І сумуй, самотній батьку!"</w:t>
      </w:r>
    </w:p>
    <w:p>
      <w:r>
        <w:br/>
        <w:t>Ой і весело ж ішлось їм&lt;br /&gt;</w:t>
        <w:br/>
        <w:t>Через гори та долини,&lt;br /&gt;</w:t>
        <w:br/>
        <w:t>Через гори, через кручі&lt;br /&gt;</w:t>
        <w:br/>
        <w:t>Серед тиші лісової!&lt;br /&gt;</w:t>
        <w:br/>
        <w:t>Швидко час минав в дорозі,&lt;br /&gt;</w:t>
        <w:br/>
        <w:t>Хоч і тихо Гаявата&lt;br /&gt;</w:t>
        <w:br/>
        <w:t>Йшов тепер для Міннегаги,&lt;br /&gt;</w:t>
        <w:br/>
        <w:t>Боячись, щоб не стомилась.</w:t>
      </w:r>
    </w:p>
    <w:p>
      <w:r>
        <w:br/>
        <w:t>На руках по кручах ніжно&lt;br /&gt;</w:t>
        <w:br/>
        <w:t>Ніс він дівчину-красуню,&lt;br /&gt;</w:t>
        <w:br/>
        <w:t>І здавалась легким пухом&lt;br /&gt;</w:t>
        <w:br/>
        <w:t>Ся поклажа Гаяваті.&lt;br /&gt;</w:t>
        <w:br/>
        <w:t>В нетрях лісу, під гілками&lt;br /&gt;</w:t>
        <w:br/>
        <w:t>Прокладав для неї стежку,&lt;br /&gt;</w:t>
        <w:br/>
        <w:t>Напинав намет їй на ніч,&lt;br /&gt;</w:t>
        <w:br/>
        <w:t>Готував їй з листу ліжко&lt;br /&gt;</w:t>
        <w:br/>
        <w:t>І запалював багаття&lt;br /&gt;</w:t>
        <w:br/>
        <w:t>Із сухих соснових шишок.</w:t>
      </w:r>
    </w:p>
    <w:p>
      <w:r>
        <w:br/>
        <w:t>Вітерці, що вічно бродять&lt;br /&gt;</w:t>
        <w:br/>
        <w:t>По лісах і по долинах,&lt;br /&gt;</w:t>
        <w:br/>
        <w:t>Шелестіли поруч з ними.&lt;br /&gt;</w:t>
        <w:br/>
        <w:t>Зорі-очі вартували&lt;br /&gt;</w:t>
        <w:br/>
        <w:t>Тихий сон їх в темні ночі.&lt;br /&gt;</w:t>
        <w:br/>
        <w:t>Білка з дуба із-за гілки&lt;br /&gt;</w:t>
        <w:br/>
        <w:t>Пильно стежила за ними,&lt;br /&gt;</w:t>
        <w:br/>
        <w:t>А Вабассо, білий трусик,&lt;br /&gt;</w:t>
        <w:br/>
        <w:t>Швидко вбік тікав із стежки&lt;br /&gt;</w:t>
        <w:br/>
        <w:t>І, на задні лапки ставши,&lt;br /&gt;</w:t>
        <w:br/>
        <w:t>Із нори дивився потай&lt;br /&gt;</w:t>
        <w:br/>
        <w:t>І з цікавістю, і з жахом.</w:t>
      </w:r>
    </w:p>
    <w:p>
      <w:r>
        <w:br/>
        <w:t>Ох і весело ж ішлось їм!&lt;br /&gt;</w:t>
        <w:br/>
        <w:t>Щебетали і співали&lt;br /&gt;</w:t>
        <w:br/>
        <w:t>їм пташки пісні про щастя;&lt;br /&gt;</w:t>
        <w:br/>
        <w:t>Щебетав Овейса синій:&lt;br /&gt;</w:t>
        <w:br/>
        <w:t>"Ти щасливий, Гаявато,&lt;br /&gt;</w:t>
        <w:br/>
        <w:t>Поруч з жінкою такою!"&lt;br /&gt;</w:t>
        <w:br/>
        <w:t>Щебетав, кричав Опечі:&lt;br /&gt;</w:t>
        <w:br/>
        <w:t>"Ти щаслива, Міннегаго,&lt;br /&gt;</w:t>
        <w:br/>
        <w:t>Поруч з мудрим чоловіком!"&lt;br /&gt;</w:t>
        <w:br/>
        <w:t>Крізь гілля дерев зелених</w:t>
      </w:r>
    </w:p>
    <w:p>
      <w:r>
        <w:br/>
        <w:t>Ясно сонце усміхалось&lt;br /&gt;</w:t>
        <w:br/>
        <w:t>І казало їм: "О діти,&lt;br /&gt;</w:t>
        <w:br/>
        <w:t>Злість — пітьма, любов же — світло.&lt;br /&gt;</w:t>
        <w:br/>
        <w:t>Єсть в житті і те, і друге!&lt;br /&gt;</w:t>
        <w:br/>
        <w:t>Ви любовію керуйте!"&lt;br /&gt;</w:t>
        <w:br/>
        <w:t>Місяць з неба покотився,&lt;br /&gt;</w:t>
        <w:br/>
        <w:t>Зазирнув в курінь, наповнив&lt;br /&gt;</w:t>
        <w:br/>
        <w:t>Сутінь сяєвом таємним&lt;br /&gt;</w:t>
        <w:br/>
        <w:t>І сказав їм: "Діти, діти!&lt;br /&gt;</w:t>
        <w:br/>
        <w:t>Ніч — спокійна, день — турботний;&lt;br /&gt;</w:t>
        <w:br/>
        <w:t>Жінка вік іде покірна&lt;br /&gt;</w:t>
        <w:br/>
        <w:t>З чоловіком властолюбним,—&lt;br /&gt;</w:t>
        <w:br/>
        <w:t>Май терпіння, Міннегаго!"</w:t>
      </w:r>
    </w:p>
    <w:p>
      <w:r>
        <w:br/>
        <w:t>Так вони дійшли додому,&lt;br /&gt;</w:t>
        <w:br/>
        <w:t>Так вернувся Гаявата&lt;br /&gt;</w:t>
        <w:br/>
        <w:t>Із далекої дороги,&lt;br /&gt;</w:t>
        <w:br/>
        <w:t>З сторони Дакотів диких,&lt;br /&gt;</w:t>
        <w:br/>
        <w:t>З сторони жінок вродливих&lt;br /&gt;</w:t>
        <w:br/>
        <w:t>З Міннегагою-красою.&lt;br /&gt;</w:t>
        <w:br/>
        <w:t>І вона була в вігвамі&lt;br /&gt;</w:t>
        <w:br/>
        <w:t>Його вогником вечірнім,&lt;br /&gt;</w:t>
        <w:br/>
        <w:t>Сяйвом місяця ясного,&lt;br /&gt;</w:t>
        <w:br/>
        <w:t>Світлим сонцем для народу.</w:t>
      </w:r>
    </w:p>
    <w:p>
      <w:r>
        <w:br/>
        <w:t>XI</w:t>
      </w:r>
    </w:p>
    <w:p>
      <w:r>
        <w:br/>
        <w:t>ВЕСІЛЛЯ ГАЯВАТИ</w:t>
      </w:r>
    </w:p>
    <w:p>
      <w:r>
        <w:br/>
        <w:t>А тепер я заспіваю,&lt;br /&gt;</w:t>
        <w:br/>
        <w:t>Заспіваю вам про танці&lt;br /&gt;</w:t>
        <w:br/>
        <w:t>Єнадізі По-Пок-Ківіс;&lt;br /&gt;</w:t>
        <w:br/>
        <w:t>Як музика Чайбаябос,&lt;br /&gt;</w:t>
        <w:br/>
        <w:t>Чарівний співак-музика,&lt;br /&gt;</w:t>
        <w:br/>
        <w:t>Всіх захоплював піснями,&lt;br /&gt;</w:t>
        <w:br/>
        <w:t>Як невтомний оповідач,&lt;br /&gt;</w:t>
        <w:br/>
        <w:t>Говорити майстер — Ягу,&lt;br /&gt;</w:t>
        <w:br/>
        <w:t>На весіллі розійшовся,&lt;br /&gt;</w:t>
        <w:br/>
        <w:t>Щоб бенкет живіш проходив,&lt;br /&gt;</w:t>
        <w:br/>
        <w:t>Щоб часу не помічалось,&lt;br /&gt;</w:t>
        <w:br/>
        <w:t>Щоб було не нудно гостям.</w:t>
      </w:r>
    </w:p>
    <w:p>
      <w:r>
        <w:br/>
        <w:t>І Нокоміс для онука&lt;br /&gt;</w:t>
        <w:br/>
        <w:t>Пишно справила весілля!&lt;br /&gt;</w:t>
        <w:br/>
        <w:t>Білі келихи із липи,&lt;br /&gt;</w:t>
        <w:br/>
        <w:t>Дорогі ложки із рогу,</w:t>
      </w:r>
    </w:p>
    <w:p>
      <w:r>
        <w:br/>
        <w:t>Поліровані майстрами,&lt;br /&gt;</w:t>
        <w:br/>
        <w:t>На столі Нокоміс сяли.&lt;br /&gt;</w:t>
        <w:br/>
        <w:t>По вербовій гілці баба&lt;br /&gt;</w:t>
        <w:br/>
        <w:t>Скрізь послала по сусідах,&lt;br /&gt;</w:t>
        <w:br/>
        <w:t>Щоб усіх їх запросити&lt;br /&gt;</w:t>
        <w:br/>
        <w:t>На весілля урочисте.&lt;br /&gt;</w:t>
        <w:br/>
        <w:t>І посходились сусіди&lt;br /&gt;</w:t>
        <w:br/>
        <w:t>В барвних строях1, всі в намистах,&lt;br /&gt;</w:t>
        <w:br/>
        <w:t>В косах з перами ясними,&lt;br /&gt;</w:t>
        <w:br/>
        <w:t>І на всіх були убрання&lt;br /&gt;</w:t>
        <w:br/>
        <w:t>Хутряні і найдорожчі.</w:t>
      </w:r>
    </w:p>
    <w:p>
      <w:r>
        <w:br/>
        <w:t>Спочатку на тім весіллі&lt;br /&gt;</w:t>
        <w:br/>
        <w:t>Спичака і щуку їли,&lt;br /&gt;</w:t>
        <w:br/>
        <w:t>Потім пімікан товчений&lt;br /&gt;</w:t>
        <w:br/>
        <w:t>І смачний бізона мозок,&lt;br /&gt;</w:t>
        <w:br/>
        <w:t>Горб бика і лані м'ясо'&lt;br /&gt;</w:t>
        <w:br/>
        <w:t>їли з жовтими коржами&lt;br /&gt;</w:t>
        <w:br/>
        <w:t>Із товченого маїсу.&lt;br /&gt;</w:t>
        <w:br/>
        <w:t>Та привітний Гаявата,&lt;br /&gt;</w:t>
        <w:br/>
        <w:t>Міннегага і Нокоміс&lt;br /&gt;</w:t>
        <w:br/>
        <w:t>Не сиділи, а стояли,&lt;br /&gt;</w:t>
        <w:br/>
        <w:t>Мовчки дбали, піклувались,&lt;br /&gt;</w:t>
        <w:br/>
        <w:t>Частували на бенкеті.</w:t>
      </w:r>
    </w:p>
    <w:p>
      <w:r>
        <w:br/>
        <w:t>А коли обід скінчився,&lt;br /&gt;</w:t>
        <w:br/>
        <w:t>Всім заходлива Нокоміс&lt;br /&gt;</w:t>
        <w:br/>
        <w:t>Із мішка із хутра видри&lt;br /&gt;</w:t>
        <w:br/>
        <w:t>Кам'яні люльки набила</w:t>
      </w:r>
    </w:p>
    <w:p>
      <w:r>
        <w:br/>
        <w:t>* У барвистім одязі.</w:t>
      </w:r>
    </w:p>
    <w:p>
      <w:r>
        <w:br/>
        <w:t>Тютюном південним, добрим,&lt;br /&gt;</w:t>
        <w:br/>
        <w:t>З духовитою травою&lt;br /&gt;</w:t>
        <w:br/>
        <w:t>Та з корою лоз червоних.</w:t>
      </w:r>
    </w:p>
    <w:p>
      <w:r>
        <w:br/>
        <w:t>А набивши, проказала:&lt;br /&gt;</w:t>
        <w:br/>
        <w:t>"Протанцюй нам, По-Пок-Ківіс,&lt;br /&gt;</w:t>
        <w:br/>
        <w:t>Жебрака веселий танець,&lt;br /&gt;</w:t>
        <w:br/>
        <w:t>Щоб живіш бенкет проходив,&lt;br /&gt;</w:t>
        <w:br/>
        <w:t>Щоб часу не помічалось,&lt;br /&gt;</w:t>
        <w:br/>
        <w:t>Щоб було не нудно гостям!"</w:t>
      </w:r>
    </w:p>
    <w:p>
      <w:r>
        <w:br/>
        <w:t>Глянув красень По-Пок-Ківіс,&lt;br /&gt;</w:t>
        <w:br/>
        <w:t>Безтурботний Єнадізі,&lt;br /&gt;</w:t>
        <w:br/>
        <w:t>Всім відомий забіяка&lt;br /&gt;</w:t>
        <w:br/>
        <w:t>І паливода веселий;&lt;br /&gt;</w:t>
        <w:br/>
        <w:t>Глянув він і встав готовий.&lt;br /&gt;</w:t>
        <w:br/>
        <w:t>Зграбний був він танцюриста!&lt;br /&gt;</w:t>
        <w:br/>
        <w:t>Сам розважиться й розважить,&lt;br /&gt;</w:t>
        <w:br/>
        <w:t>Що ж до вигадок усяких —&lt;br /&gt;</w:t>
        <w:br/>
        <w:t>Годі рівного шукати!</w:t>
      </w:r>
    </w:p>
    <w:p>
      <w:r>
        <w:br/>
        <w:t>На селі давно на його&lt;br /&gt;</w:t>
        <w:br/>
        <w:t>Вже махнули всі рукою:&lt;br /&gt;</w:t>
        <w:br/>
        <w:t>Е, мовляв, ледащо, картник!..&lt;br /&gt;</w:t>
        <w:br/>
        <w:t>Але прізвиська і посміх&lt;br /&gt;</w:t>
        <w:br/>
        <w:t>Пролітали мимо його:&lt;br /&gt;</w:t>
        <w:br/>
        <w:t>Що вони, коли він красень&lt;br /&gt;</w:t>
        <w:br/>
        <w:t>І жінки від його в'януть!</w:t>
      </w:r>
    </w:p>
    <w:p>
      <w:r>
        <w:br/>
        <w:t>Він стояв в убранні білім&lt;br /&gt;</w:t>
        <w:br/>
        <w:t>Із оленячої шкури,&lt;br /&gt;</w:t>
        <w:br/>
        <w:t>Горностаями обшитім,</w:t>
      </w:r>
    </w:p>
    <w:p>
      <w:r>
        <w:br/>
        <w:t>Обгаптованім мистецьки,&lt;br /&gt;</w:t>
        <w:br/>
        <w:t>Вкритім Вампумом розкішним;&lt;br /&gt;</w:t>
        <w:br/>
        <w:t>В головній його оздобі&lt;br /&gt;</w:t>
        <w:br/>
        <w:t>Лебединий пух гойдався,&lt;br /&gt;</w:t>
        <w:br/>
        <w:t>На козлових мокасинах&lt;br /&gt;</w:t>
        <w:br/>
        <w:t>Красувались голки, бісер&lt;br /&gt;</w:t>
        <w:br/>
        <w:t>І хвости лисиць на п'ятах.&lt;br /&gt;</w:t>
        <w:br/>
        <w:t>А в руках тримав він люльку&lt;br /&gt;</w:t>
        <w:br/>
        <w:t>І вахляр1 тримав великий.</w:t>
      </w:r>
    </w:p>
    <w:p>
      <w:r>
        <w:br/>
        <w:t>Фарби синя і червона,&lt;br /&gt;</w:t>
        <w:br/>
        <w:t>Золота, кармазинова&lt;br /&gt;</w:t>
        <w:br/>
        <w:t>На його обличчі сяли,&lt;br /&gt;</w:t>
        <w:br/>
        <w:t>В коси, вимащені маслом,&lt;br /&gt;</w:t>
        <w:br/>
        <w:t>В коси з проділом жіночим&lt;br /&gt;</w:t>
        <w:br/>
        <w:t>З духовитих трав і листя&lt;br /&gt;</w:t>
        <w:br/>
        <w:t>Були вплетені гірлянди.&lt;br /&gt;</w:t>
        <w:br/>
        <w:t>Так убрався Єнадізі,&lt;br /&gt;</w:t>
        <w:br/>
        <w:t>Ось який підвівся з місця,&lt;br /&gt;</w:t>
        <w:br/>
        <w:t>Встав при звуках пісні, бубна&lt;br /&gt;</w:t>
        <w:br/>
        <w:t>І сопілки голосної&lt;br /&gt;</w:t>
        <w:br/>
        <w:t>І почав свій дивний танець.</w:t>
      </w:r>
    </w:p>
    <w:p>
      <w:r>
        <w:br/>
        <w:t>Спочатку пройшовсь поважно&lt;br /&gt;</w:t>
        <w:br/>
        <w:t>Між деревами рясними,&lt;br /&gt;</w:t>
        <w:br/>
        <w:t>То на сонці, то під тінню&lt;br /&gt;</w:t>
        <w:br/>
        <w:t>Тихо, м'яко, як пантера.&lt;br /&gt;</w:t>
        <w:br/>
        <w:t>Потім швидше все і швидше&lt;br /&gt;</w:t>
        <w:br/>
        <w:t>Закрутився, завертівся,</w:t>
      </w:r>
    </w:p>
    <w:p>
      <w:r>
        <w:br/>
        <w:t>Круг вігваму став скакати&lt;br /&gt;</w:t>
        <w:br/>
        <w:t>Через голови присутніх&lt;br /&gt;</w:t>
        <w:br/>
        <w:t>Так, що вітер, пил і листя&lt;br /&gt;</w:t>
        <w:br/>
        <w:t>Разом з ним кружлятись стали.</w:t>
      </w:r>
    </w:p>
    <w:p>
      <w:r>
        <w:br/>
        <w:t>Потім вдовж по Гітчі-Гюмі,&lt;br /&gt;</w:t>
        <w:br/>
        <w:t>По піщанім надбережжю,&lt;br /&gt;</w:t>
        <w:br/>
        <w:t>Як шалений, він понісся,&lt;br /&gt;</w:t>
        <w:br/>
        <w:t>Вибиваючи завзято&lt;br /&gt;</w:t>
        <w:br/>
        <w:t>Мокасинами об землю;&lt;br /&gt;</w:t>
        <w:br/>
        <w:t>Вітер бурею зробився,&lt;br /&gt;</w:t>
        <w:br/>
        <w:t>Засвистів пісок летючий,&lt;br /&gt;</w:t>
        <w:br/>
        <w:t>Наче курява в пустелі...&lt;br /&gt;</w:t>
        <w:br/>
        <w:t>І покрилось надбережжя&lt;br /&gt;</w:t>
        <w:br/>
        <w:t>Бугирями Него-Воджу.</w:t>
      </w:r>
    </w:p>
    <w:p>
      <w:r>
        <w:br/>
        <w:t>Так веселий По-Пок-Ківіс&lt;br /&gt;</w:t>
        <w:br/>
        <w:t>Танець Вбогого танцює!&lt;br /&gt;</w:t>
        <w:br/>
        <w:t>А скінчивши, повернувся&lt;br /&gt;</w:t>
        <w:br/>
        <w:t>На бенкет і сів з гостями,&lt;br /&gt;</w:t>
        <w:br/>
        <w:t>Сів, всміхаючись, спокійно&lt;br /&gt;</w:t>
        <w:br/>
        <w:t>З вахлярем своїм великим.</w:t>
      </w:r>
    </w:p>
    <w:p>
      <w:r>
        <w:br/>
        <w:t>Потім друга Гаявати&lt;br /&gt;</w:t>
        <w:br/>
        <w:t>Чайбаябоса прохали:&lt;br /&gt;</w:t>
        <w:br/>
        <w:t>"Заспівай нам свою пісню,&lt;br /&gt;</w:t>
        <w:br/>
        <w:t>Пісню ніжну і жагучу,&lt;br /&gt;</w:t>
        <w:br/>
        <w:t>Щоб живіш бенкет проходив,&lt;br /&gt;</w:t>
        <w:br/>
        <w:t>Щоб часу не помічалось,&lt;br /&gt;</w:t>
        <w:br/>
        <w:t>Щоб було не нудно гостям!"</w:t>
      </w:r>
    </w:p>
    <w:p>
      <w:r>
        <w:br/>
        <w:t>1 Буграми.</w:t>
      </w:r>
    </w:p>
    <w:p>
      <w:r>
        <w:br/>
        <w:t>І прекрасний Чайбаябос —&lt;br /&gt;</w:t>
        <w:br/>
        <w:t>Сам схвильований до краю —&lt;br /&gt;</w:t>
        <w:br/>
        <w:t>Заспівав їм дивну пісню,&lt;br /&gt;</w:t>
        <w:br/>
        <w:t>Пісню ніжну і жагучу.&lt;br /&gt;</w:t>
        <w:br/>
        <w:t>І коли співав, натхненний,&lt;br /&gt;</w:t>
        <w:br/>
        <w:t>Все дививсь на Гаявату,&lt;br /&gt;</w:t>
        <w:br/>
        <w:t>Все дививсь на Міннегагу.</w:t>
      </w:r>
    </w:p>
    <w:p>
      <w:r>
        <w:br/>
        <w:t>"Оневе! Прокинься, рідна!&lt;br /&gt;</w:t>
        <w:br/>
        <w:t>Ти, дикунко — квітко лісу!&lt;br /&gt;</w:t>
        <w:br/>
        <w:t>Ти, лугів зелених пташко,&lt;br /&gt;</w:t>
        <w:br/>
        <w:t>Дика пташко-щебетухо!</w:t>
      </w:r>
    </w:p>
    <w:p>
      <w:r>
        <w:br/>
        <w:t>Ніжний, лагідний твій погляд,&lt;br /&gt;</w:t>
        <w:br/>
        <w:t>Наче тихий погляд сарни,&lt;br /&gt;</w:t>
        <w:br/>
        <w:t>Наче роси для лілеї&lt;br /&gt;</w:t>
        <w:br/>
        <w:t>В час вечірній у долині.</w:t>
      </w:r>
    </w:p>
    <w:p>
      <w:r>
        <w:br/>
        <w:t>А твоє дихання, пташко,&lt;br /&gt;</w:t>
        <w:br/>
        <w:t>Наче пахощі уранці,&lt;br /&gt;</w:t>
        <w:br/>
        <w:t>Наче подих квітів ніжних,&lt;br /&gt;</w:t>
        <w:br/>
        <w:t>Подих в Місяць Листопаду.&lt;br /&gt;</w:t>
        <w:br/>
        <w:t>Чи не лину я всім серцем&lt;br /&gt;</w:t>
        <w:br/>
        <w:t>До улюбленої серця,&lt;br /&gt;</w:t>
        <w:br/>
        <w:t>Як до сонця лине пагін&lt;br /&gt;</w:t>
        <w:br/>
        <w:t>В світлі, тихі ночі Квітня?</w:t>
      </w:r>
    </w:p>
    <w:p>
      <w:r>
        <w:br/>
        <w:t>Оневе! Тріпоче серце&lt;br /&gt;</w:t>
        <w:br/>
        <w:t>І, захоплене, співає,&lt;br /&gt;</w:t>
        <w:br/>
        <w:t>Як шумлять, співають віти&lt;br /&gt;</w:t>
        <w:br/>
        <w:t>В світлий місяць, Місяць Червень.</w:t>
      </w:r>
    </w:p>
    <w:p>
      <w:r>
        <w:br/>
        <w:t>А коли ти засумуєш,—&lt;br /&gt;</w:t>
        <w:br/>
        <w:t>І моє темніє серце,&lt;br /&gt;</w:t>
        <w:br/>
        <w:t>Наче річка, коли хмари&lt;br /&gt;</w:t>
        <w:br/>
        <w:t>Кинуть чорну тінь на неї.</w:t>
      </w:r>
    </w:p>
    <w:p>
      <w:r>
        <w:br/>
        <w:t>А коли ти усміхнешся,&lt;br /&gt;</w:t>
        <w:br/>
        <w:t>Серце знов тремтить і сяє,&lt;br /&gt;</w:t>
        <w:br/>
        <w:t>Як блищать під сонцем хвилі,&lt;br /&gt;</w:t>
        <w:br/>
        <w:t>Коли вітер з ними грає.</w:t>
      </w:r>
    </w:p>
    <w:p>
      <w:r>
        <w:br/>
        <w:t>Хай всміхаються і сяють&lt;br /&gt;</w:t>
        <w:br/>
        <w:t>Небеса, земля і води,&lt;br /&gt;</w:t>
        <w:br/>
        <w:t>Як не можу усміхатись,&lt;br /&gt;</w:t>
        <w:br/>
        <w:t>Коли милої не бачу.</w:t>
      </w:r>
    </w:p>
    <w:p>
      <w:r>
        <w:br/>
        <w:t>Я з тобою, пташко! Глянь же,&lt;br /&gt;</w:t>
        <w:br/>
        <w:t>Кров схвильованого серця! —&lt;br /&gt;</w:t>
        <w:br/>
        <w:t>Я стою. Прокинься, рідна!&lt;br /&gt;</w:t>
        <w:br/>
        <w:t>Оневе! Прокинься, рідна!"</w:t>
      </w:r>
    </w:p>
    <w:p>
      <w:r>
        <w:br/>
        <w:t>Так співав їм Чайбаябос&lt;br /&gt;</w:t>
        <w:br/>
        <w:t>Пісню ніжну і жагучу,&lt;br /&gt;</w:t>
        <w:br/>
        <w:t>А старий хвастливий Ягу,&lt;br /&gt;</w:t>
        <w:br/>
        <w:t>Оповідач надзвичайний,&lt;br /&gt;</w:t>
        <w:br/>
        <w:t>Слухав з заздрістю німою.&lt;br /&gt;</w:t>
        <w:br/>
        <w:t>Але потім він по рухах,&lt;br /&gt;</w:t>
        <w:br/>
        <w:t>По очах і по усмішках&lt;br /&gt;</w:t>
        <w:br/>
        <w:t>Ясно вгледів, що чекають&lt;br /&gt;</w:t>
        <w:br/>
        <w:t>Усі гості нетерпляче&lt;br /&gt;</w:t>
        <w:br/>
        <w:t>І його байок веселих,&lt;br /&gt;</w:t>
        <w:br/>
        <w:t>І його казок брехливих.</w:t>
      </w:r>
    </w:p>
    <w:p>
      <w:r>
        <w:br/>
        <w:t>Був хвастун великий Ягу!&lt;br /&gt;</w:t>
        <w:br/>
        <w:t>В найцікавіших пригодах,&lt;br /&gt;</w:t>
        <w:br/>
        <w:t>В найстрашніших предприємствах&lt;br /&gt;</w:t>
        <w:br/>
        <w:t>Завжди був героєм Ягу:&lt;br /&gt;</w:t>
        <w:br/>
        <w:t>Він не чув про їх, а завжди&lt;br /&gt;</w:t>
        <w:br/>
        <w:t>Бачив власними очима!</w:t>
      </w:r>
    </w:p>
    <w:p>
      <w:r>
        <w:br/>
        <w:t>Коли тільки Ягу слухать,&lt;br /&gt;</w:t>
        <w:br/>
        <w:t>Коли тільки Ягу вірить,&lt;br /&gt;</w:t>
        <w:br/>
        <w:t>То ніде ніхто із лука&lt;br /&gt;</w:t>
        <w:br/>
        <w:t>Не стріляє краще Ягу,&lt;br /&gt;</w:t>
        <w:br/>
        <w:t>Не вбиває стільки ланей&lt;br /&gt;</w:t>
        <w:br/>
        <w:t>І не ловить стільки риби&lt;br /&gt;</w:t>
        <w:br/>
        <w:t>Та річних бобрів у пастку.&lt;br /&gt;</w:t>
        <w:br/>
        <w:t>Хто проворніший від його?&lt;br /&gt;</w:t>
        <w:br/>
        <w:t>Хто від його краще плава?&lt;br /&gt;</w:t>
        <w:br/>
        <w:t>Поринає в воду глибше?&lt;br /&gt;</w:t>
        <w:br/>
        <w:t>Хто набачивсь більше дива&lt;br /&gt;</w:t>
        <w:br/>
        <w:t>І сходив такого світу?&lt;br /&gt;</w:t>
        <w:br/>
        <w:t>Ну, звичайно, хто,— се Ягу,&lt;br /&gt;</w:t>
        <w:br/>
        <w:t>Дивовижний оповідач.</w:t>
      </w:r>
    </w:p>
    <w:p>
      <w:r>
        <w:br/>
        <w:t>Слово Ягу стало жартом&lt;br /&gt;</w:t>
        <w:br/>
        <w:t>І прислів'ям у народу,&lt;br /&gt;</w:t>
        <w:br/>
        <w:t>І коли хвастун-мисливець&lt;br /&gt;</w:t>
        <w:br/>
        <w:t>Говорив щось неподібне,&lt;br /&gt;</w:t>
        <w:br/>
        <w:t>Чи вояк, вернувшись з бою,&lt;br /&gt;</w:t>
        <w:br/>
        <w:t>Вже заносився занадто,&lt;br /&gt;</w:t>
        <w:br/>
        <w:t>Всі кричали: "Ось і Ягу!&lt;br /&gt;</w:t>
        <w:br/>
        <w:t>Ягу маємо нового!"</w:t>
      </w:r>
    </w:p>
    <w:p>
      <w:r>
        <w:br/>
        <w:t>Для хлоп'ятка Гаявати&lt;br /&gt;</w:t>
        <w:br/>
        <w:t>Люльку жилами оленя&lt;br /&gt;</w:t>
        <w:br/>
        <w:t>Хто зв'язав з кори із липи?</w:t>
      </w:r>
    </w:p>
    <w:p>
      <w:r>
        <w:br/>
        <w:t>Ну, звичайно, хто,— се Ягу.&lt;br /&gt;</w:t>
        <w:br/>
        <w:t>Ягу се йому пізніше&lt;br /&gt;</w:t>
        <w:br/>
        <w:t>Показав, як слід робити&lt;br /&gt;</w:t>
        <w:br/>
        <w:t>Лука з ясеня тугого,&lt;br /&gt;</w:t>
        <w:br/>
        <w:t>А з сучків дубових — стріли.&lt;br /&gt;</w:t>
        <w:br/>
        <w:t>Отакий-то був той Ягу,&lt;br /&gt;</w:t>
        <w:br/>
        <w:t>Той старий брехливий Ягу,&lt;br /&gt;</w:t>
        <w:br/>
        <w:t>Оповідач дивовижний!</w:t>
      </w:r>
    </w:p>
    <w:p>
      <w:r>
        <w:br/>
        <w:t>І озвалася Нокоміс:&lt;br /&gt;</w:t>
        <w:br/>
        <w:t>"Розкажи нам, добрий Ягу,&lt;br /&gt;</w:t>
        <w:br/>
        <w:t>Найдивнішу казку-байку,&lt;br /&gt;</w:t>
        <w:br/>
        <w:t>Щоб бенкет живіш проходив,&lt;br /&gt;</w:t>
        <w:br/>
        <w:t>Щоб часу не помічалось,&lt;br /&gt;</w:t>
        <w:br/>
        <w:t>Щоб було не нудно гостям!"</w:t>
      </w:r>
    </w:p>
    <w:p>
      <w:r>
        <w:br/>
        <w:t>Відповів негайно Ягу:&lt;br /&gt;</w:t>
        <w:br/>
        <w:t>"Ви почуєте сьогодні&lt;br /&gt;</w:t>
        <w:br/>
        <w:t>Чарівне оповідання&lt;br /&gt;</w:t>
        <w:br/>
        <w:t>Про Оссео. Із Зорі він,&lt;br /&gt;</w:t>
        <w:br/>
        <w:t>Із Вечірньої зійшов він".</w:t>
      </w:r>
    </w:p>
    <w:p>
      <w:r>
        <w:br/>
        <w:t>XII</w:t>
      </w:r>
    </w:p>
    <w:p>
      <w:r>
        <w:br/>
        <w:t>СИН ЗОРІ ВЕЧІРНЬОЇ</w:t>
      </w:r>
    </w:p>
    <w:p>
      <w:r>
        <w:br/>
        <w:t>Чи не сонце то заходить&lt;br /&gt;</w:t>
        <w:br/>
        <w:t>Понад водами ясними?&lt;br /&gt;</w:t>
        <w:br/>
        <w:t>Чи то ранений фламінго&lt;br /&gt;</w:t>
        <w:br/>
        <w:t>Тихо плаває, літає&lt;br /&gt;</w:t>
        <w:br/>
        <w:t>І кривавить хвилі кров'ю,&lt;br /&gt;</w:t>
        <w:br/>
        <w:t>Що спадає тихо з пір'я&lt;br /&gt;</w:t>
        <w:br/>
        <w:t>І наповнює повітря&lt;br /&gt;</w:t>
        <w:br/>
        <w:t>Дивним блиском крил червоних?</w:t>
      </w:r>
    </w:p>
    <w:p>
      <w:r>
        <w:br/>
        <w:t>Так, то сонце потопає,&lt;br /&gt;</w:t>
        <w:br/>
        <w:t>Потопає в Гітчі-Гюмі,&lt;br /&gt;</w:t>
        <w:br/>
        <w:t>Небеса горять в пожежі,&lt;br /&gt;</w:t>
        <w:br/>
        <w:t>І в огні палають води!&lt;br /&gt;</w:t>
        <w:br/>
        <w:t>Ні, то плаває фламінго,&lt;br /&gt;</w:t>
        <w:br/>
        <w:t>Поринаючи у хвилі,&lt;br /&gt;</w:t>
        <w:br/>
        <w:t>До небес простяг він крила&lt;br /&gt;</w:t>
        <w:br/>
        <w:t>І оббризкав хвилі кров'ю.</w:t>
      </w:r>
    </w:p>
    <w:p>
      <w:r>
        <w:br/>
        <w:t>Вдалині Зоря Вечірня&lt;br /&gt;</w:t>
        <w:br/>
        <w:t>Грає в сяєві тремтячім&lt;br /&gt;</w:t>
        <w:br/>
        <w:t>І у млі висить над морем.&lt;br /&gt;</w:t>
        <w:br/>
        <w:t>Ні! То сяє так на грудях&lt;br /&gt;</w:t>
        <w:br/>
        <w:t>У Життя Владики Вампум,&lt;br /&gt;</w:t>
        <w:br/>
        <w:t>То великий Дух проходить&lt;br /&gt;</w:t>
        <w:br/>
        <w:t>Понад заходом червоним.</w:t>
      </w:r>
    </w:p>
    <w:p>
      <w:r>
        <w:br/>
        <w:t>Довго в захваті дивився&lt;br /&gt;</w:t>
        <w:br/>
        <w:t>На червоний захід Ягу;&lt;br /&gt;</w:t>
        <w:br/>
        <w:t>Раптом крикнув: "Подивіться&lt;br /&gt;</w:t>
        <w:br/>
        <w:t>На тремтячий синій вогник,&lt;br /&gt;</w:t>
        <w:br/>
        <w:t>На Зорю Вечірню гляньте!&lt;br /&gt;</w:t>
        <w:br/>
        <w:t>Ви почуєте сьогодні&lt;br /&gt;</w:t>
        <w:br/>
        <w:t>Про Оссео Чародія,&lt;br /&gt;</w:t>
        <w:br/>
        <w:t>Що зійшов колись з Венери.</w:t>
      </w:r>
    </w:p>
    <w:p>
      <w:r>
        <w:br/>
        <w:t>В предковічні сиві роки,&lt;br /&gt;</w:t>
        <w:br/>
        <w:t>В час, коли ще до людини&lt;br /&gt;</w:t>
        <w:br/>
        <w:t>Було ближче синє небо&lt;br /&gt;</w:t>
        <w:br/>
        <w:t>І самі боги приступніш,&lt;br /&gt;</w:t>
        <w:br/>
        <w:t>Жив на Півночі мисливець,&lt;br /&gt;</w:t>
        <w:br/>
        <w:t>Жив з красунями дочками.&lt;br /&gt;</w:t>
        <w:br/>
        <w:t>Десять їх було у його,&lt;br /&gt;</w:t>
        <w:br/>
        <w:t>Як лоза, гнучких, вродливих.&lt;br /&gt;</w:t>
        <w:br/>
        <w:t>Та найкраща поміж ними&lt;br /&gt;</w:t>
        <w:br/>
        <w:t>Овіні була, найменша.</w:t>
      </w:r>
    </w:p>
    <w:p>
      <w:r>
        <w:br/>
        <w:t>Вийшли всі дівчата заміж,&lt;br /&gt;</w:t>
        <w:br/>
        <w:t>Одружились з вояками,&lt;br /&gt;</w:t>
        <w:br/>
        <w:t>Овіні одна не швидко&lt;br /&gt;</w:t>
        <w:br/>
        <w:t>Молодого обібрала.&lt;br /&gt;</w:t>
        <w:br/>
        <w:t>Мовчазна, сумна, сувора&lt;br /&gt;</w:t>
        <w:br/>
        <w:t>І свавільно-вередлива</w:t>
      </w:r>
    </w:p>
    <w:p>
      <w:r>
        <w:br/>
        <w:t>Овіні була — і довго&lt;br /&gt;</w:t>
        <w:br/>
        <w:t>Молодих, що залицялись,&lt;br /&gt;</w:t>
        <w:br/>
        <w:t>Проганяла з глузуванням.&lt;br /&gt;</w:t>
        <w:br/>
        <w:t>А сама взяла та й вийшла&lt;br /&gt;</w:t>
        <w:br/>
        <w:t>За убогого Оссео.&lt;br /&gt;</w:t>
        <w:br/>
        <w:t>Вічно кашляв він, як білка,&lt;br /&gt;</w:t>
        <w:br/>
        <w:t>Був старий, гидкий і хворий.</w:t>
      </w:r>
    </w:p>
    <w:p>
      <w:r>
        <w:br/>
        <w:t>Але серце у Оссео&lt;br /&gt;</w:t>
        <w:br/>
        <w:t>Молоде було, прекрасне!&lt;br /&gt;</w:t>
        <w:br/>
        <w:t>Він зійшов з Зорі Венери,&lt;br /&gt;</w:t>
        <w:br/>
        <w:t>Він був син Зорі палкої,&lt;br /&gt;</w:t>
        <w:br/>
        <w:t>Син Зорі жаги й кохання!&lt;br /&gt;</w:t>
        <w:br/>
        <w:t>І огонь її, і чари,&lt;br /&gt;</w:t>
        <w:br/>
        <w:t>Променистий блиск і врода —&lt;br /&gt;</w:t>
        <w:br/>
        <w:t>Все таїлось в його грудях,&lt;br /&gt;</w:t>
        <w:br/>
        <w:t>В його голосі блищало!</w:t>
      </w:r>
    </w:p>
    <w:p>
      <w:r>
        <w:br/>
        <w:t>Молоді, чиїм коханням&lt;br /&gt;</w:t>
        <w:br/>
        <w:t>Овіні погордувала,&lt;br /&gt;</w:t>
        <w:br/>
        <w:t>Єнадізі в пишних перах,&lt;br /&gt;</w:t>
        <w:br/>
        <w:t>В дивнім Вампумі пишались,&lt;br /&gt;</w:t>
        <w:br/>
        <w:t>Насміхалися над нею;&lt;br /&gt;</w:t>
        <w:br/>
        <w:t>Та вона їм так сказала:&lt;br /&gt;</w:t>
        <w:br/>
        <w:t>"Що для мене ваші барви,&lt;br /&gt;</w:t>
        <w:br/>
        <w:t>Ваші Вампуми і пера,&lt;br /&gt;</w:t>
        <w:br/>
        <w:t>І знущання сороміцькі,&lt;br /&gt;</w:t>
        <w:br/>
        <w:t>Як щаслива я з Оссео?!"</w:t>
      </w:r>
    </w:p>
    <w:p>
      <w:r>
        <w:br/>
        <w:t>Раз увечері, в негоду&lt;br /&gt;</w:t>
        <w:br/>
        <w:t>Йшли веселою юрбою&lt;br /&gt;</w:t>
        <w:br/>
        <w:t>На веселе свято сестри,&lt;br /&gt;</w:t>
        <w:br/>
        <w:t>На бенкет з чоловіками;&lt;br /&gt;</w:t>
        <w:br/>
        <w:t>Тихо з жінкою Оссео</w:t>
      </w:r>
    </w:p>
    <w:p>
      <w:r>
        <w:br/>
        <w:t>Йшов за ними у задумі.&lt;br /&gt;</w:t>
        <w:br/>
        <w:t>Жартували всі, сміялись,&lt;br /&gt;</w:t>
        <w:br/>
        <w:t>А вони удвох мовчали.</w:t>
      </w:r>
    </w:p>
    <w:p>
      <w:r>
        <w:br/>
        <w:t>Вдалечінь дививсь Оссео,&lt;br /&gt;</w:t>
        <w:br/>
        <w:t>Вдалечінь дививсь на Захід,&lt;br /&gt;</w:t>
        <w:br/>
        <w:t>Од ста вав, дививсь з благанням&lt;br /&gt;</w:t>
        <w:br/>
        <w:t>На Зорю жаги й кохання,&lt;br /&gt;</w:t>
        <w:br/>
        <w:t>На її тремтяче сяйво,&lt;br /&gt;</w:t>
        <w:br/>
        <w:t>На її сріблястий вогник.&lt;br /&gt;</w:t>
        <w:br/>
        <w:t>І почули усі сестри,&lt;br /&gt;</w:t>
        <w:br/>
        <w:t>Як сказав Оссео тихо:&lt;br /&gt;</w:t>
        <w:br/>
        <w:t>"Ах, шовен-немешин, Ноза —&lt;br /&gt;</w:t>
        <w:br/>
        <w:t>Зглянься, змилуйся, мій батьку!"</w:t>
      </w:r>
    </w:p>
    <w:p>
      <w:r>
        <w:br/>
        <w:t>"Чула ти,— старша сказала,—&lt;br /&gt;</w:t>
        <w:br/>
        <w:t>В батька він чогось прохає.&lt;br /&gt;</w:t>
        <w:br/>
        <w:t>Справді шкода, що старенький&lt;br /&gt;</w:t>
        <w:br/>
        <w:t>Не спіткнеться на дорозі,&lt;br /&gt;</w:t>
        <w:br/>
        <w:t>Голови собі не зверне!"&lt;br /&gt;</w:t>
        <w:br/>
        <w:t>І сміялись сестри злісно&lt;br /&gt;</w:t>
        <w:br/>
        <w:t>Сороміцьким диким сміхом.</w:t>
      </w:r>
    </w:p>
    <w:p>
      <w:r>
        <w:br/>
        <w:t>По дорозі, в нетрях лісу&lt;br /&gt;</w:t>
        <w:br/>
        <w:t>Дуб лежав, що згинув в бурю,&lt;br /&gt;</w:t>
        <w:br/>
        <w:t>Дуб лежав, покритий мохом,&lt;br /&gt;</w:t>
        <w:br/>
        <w:t>Трухлий велетень колишній,&lt;br /&gt;</w:t>
        <w:br/>
        <w:t>Почорнілий і дуплястий.&lt;br /&gt;</w:t>
        <w:br/>
        <w:t>Як наткнувсь на дуб Оссео,&lt;br /&gt;</w:t>
        <w:br/>
        <w:t>Крикнув жалісно, і раптом&lt;br /&gt;</w:t>
        <w:br/>
        <w:t>Він скакнув в дупло, як в яму.&lt;br /&gt;</w:t>
        <w:br/>
        <w:t>І старим, гидким, безсилим&lt;br /&gt;</w:t>
        <w:br/>
        <w:t>Він упав в дупло, а вийшов&lt;br /&gt;</w:t>
        <w:br/>
        <w:t>Юнаком струнким, високим,&lt;br /&gt;</w:t>
        <w:br/>
        <w:t>Молодим, вродливим, дужим!</w:t>
      </w:r>
    </w:p>
    <w:p>
      <w:r>
        <w:br/>
        <w:t>Так вернулись до Оссео&lt;br /&gt;</w:t>
        <w:br/>
        <w:t>Його молодість і врода.&lt;br /&gt;</w:t>
        <w:br/>
        <w:t>Та,— ой леле! — в ту ж хвилину&lt;br /&gt;</w:t>
        <w:br/>
        <w:t>З Овіні зробилось лихо:&lt;br /&gt;</w:t>
        <w:br/>
        <w:t>Стала бабою старою,&lt;br /&gt;</w:t>
        <w:br/>
        <w:t>Нагло згорбилась, зігнулась&lt;br /&gt;</w:t>
        <w:br/>
        <w:t>І пішла, узявши костур.&lt;br /&gt;</w:t>
        <w:br/>
        <w:t>І сміялися всі з неї&lt;br /&gt;</w:t>
        <w:br/>
        <w:t>Сороміцьким диким сміхом.</w:t>
      </w:r>
    </w:p>
    <w:p>
      <w:r>
        <w:br/>
        <w:t>Та Оссео не сміявся,&lt;br /&gt;</w:t>
        <w:br/>
        <w:t>Овіні він не покинув,&lt;br /&gt;</w:t>
        <w:br/>
        <w:t>Ніжно взяв її за руку,&lt;br /&gt;</w:t>
        <w:br/>
        <w:t>Схудлу руку, темну, в зморшках,&lt;br /&gt;</w:t>
        <w:br/>
        <w:t>Як дубовий лист зимою.&lt;br /&gt;</w:t>
        <w:br/>
        <w:t>Звав коханою своєю,&lt;br /&gt;</w:t>
        <w:br/>
        <w:t>Милим другом, Нінімуша,&lt;br /&gt;</w:t>
        <w:br/>
        <w:t>На бенкет прийшов із нею,&lt;br /&gt;</w:t>
        <w:br/>
        <w:t>Сів в вігвамі за вечерю.</w:t>
      </w:r>
    </w:p>
    <w:p>
      <w:r>
        <w:br/>
        <w:t>У задумі на бенкеті&lt;br /&gt;</w:t>
        <w:br/>
        <w:t>Увесь час сидів Оссео.&lt;br /&gt;</w:t>
        <w:br/>
        <w:t>Всі сміялись, жартували,&lt;br /&gt;</w:t>
        <w:br/>
        <w:t>Сумував один Оссео.&lt;br /&gt;</w:t>
        <w:br/>
        <w:t>Не торкнувся він до страви,&lt;br /&gt;</w:t>
        <w:br/>
        <w:t>Не сказав ні з ким ні слова&lt;br /&gt;</w:t>
        <w:br/>
        <w:t>І не чув розмов веселих.&lt;br /&gt;</w:t>
        <w:br/>
        <w:t>Все, засмучений, дивився&lt;br /&gt;</w:t>
        <w:br/>
        <w:t>То на Овіні, то вгору,&lt;br /&gt;</w:t>
        <w:br/>
        <w:t>На ясні далекі зорі.</w:t>
      </w:r>
    </w:p>
    <w:p>
      <w:r>
        <w:br/>
        <w:t>І пронісся тихий шепіт,&lt;br /&gt;</w:t>
        <w:br/>
        <w:t>І почувся тихий голос&lt;br /&gt;</w:t>
        <w:br/>
        <w:t>Із небесної пустелі,&lt;br /&gt;</w:t>
        <w:br/>
        <w:t>Від далеких зір небесних</w:t>
      </w:r>
    </w:p>
    <w:p>
      <w:r>
        <w:br/>
        <w:t>Мелодійно, тихо, ніжно.&lt;br /&gt;</w:t>
        <w:br/>
        <w:t>Говорив він: "О Оссео!</w:t>
      </w:r>
    </w:p>
    <w:p>
      <w:r>
        <w:br/>
        <w:t>О улюблений мій сину,&lt;br /&gt;</w:t>
        <w:br/>
        <w:t>Заворожений, ти довго&lt;br /&gt;</w:t>
        <w:br/>
        <w:t>Йшов і ніс вагу недолі,&lt;br /&gt;</w:t>
        <w:br/>
        <w:t>Та розвіяні ті чари,&lt;br /&gt;</w:t>
        <w:br/>
        <w:t>Встань і йди до мене, сину!</w:t>
      </w:r>
    </w:p>
    <w:p>
      <w:r>
        <w:br/>
        <w:t>Покуштуй сих страв чудесних,&lt;br /&gt;</w:t>
        <w:br/>
        <w:t>Покуштуй благословенних,&lt;br /&gt;</w:t>
        <w:br/>
        <w:t>Що стоять перед тобою;&lt;br /&gt;</w:t>
        <w:br/>
        <w:t>В них таємна, дивна сила:&lt;br /&gt;</w:t>
        <w:br/>
        <w:t>Покуштуй і станеш духом;&lt;br /&gt;</w:t>
        <w:br/>
        <w:t>Казани, миски в хвилину&lt;br /&gt;</w:t>
        <w:br/>
        <w:t>Стануть іншими у тебе.&lt;br /&gt;</w:t>
        <w:br/>
        <w:t>Казани засяють сріблом,&lt;br /&gt;</w:t>
        <w:br/>
        <w:t>А миски, як Вампум, стануть,&lt;br /&gt;</w:t>
        <w:br/>
        <w:t>Будуть всі огнем горіти,&lt;br /&gt;</w:t>
        <w:br/>
        <w:t>Блиском мушлів пурпурових.</w:t>
      </w:r>
    </w:p>
    <w:p>
      <w:r>
        <w:br/>
        <w:t>І спаде з жінок прокляття&lt;br /&gt;</w:t>
        <w:br/>
        <w:t>І тяжке ярмо роботи,</w:t>
      </w:r>
    </w:p>
    <w:p>
      <w:r>
        <w:br/>
        <w:t>Всі обернуться на птахів,&lt;br /&gt;</w:t>
        <w:br/>
        <w:t>Світом зоряним засяють,&lt;br /&gt;</w:t>
        <w:br/>
        <w:t>Золотим промінням сонця&lt;br /&gt;</w:t>
        <w:br/>
        <w:t>На хмарках вечірніх, ніжних".</w:t>
      </w:r>
    </w:p>
    <w:p>
      <w:r>
        <w:br/>
        <w:t>Так сказав небесний голос,&lt;br /&gt;</w:t>
        <w:br/>
        <w:t>Та його слова таємні&lt;br /&gt;</w:t>
        <w:br/>
        <w:t>Зрозумів один Оссео.&lt;br /&gt;</w:t>
        <w:br/>
        <w:t>Всім же іншим він здавався&lt;br /&gt;</w:t>
        <w:br/>
        <w:t>Журним співом Вавонейси,&lt;br /&gt;</w:t>
        <w:br/>
        <w:t>Здався він пташиним співом&lt;br /&gt;</w:t>
        <w:br/>
        <w:t>У далеких нетрях лісу.</w:t>
      </w:r>
    </w:p>
    <w:p>
      <w:r>
        <w:br/>
        <w:t>Коли враз уся оселя&lt;br /&gt;</w:t>
        <w:br/>
        <w:t>Захиталась, затремтіла,&lt;br /&gt;</w:t>
        <w:br/>
        <w:t>І угледіли всі гості,&lt;br /&gt;</w:t>
        <w:br/>
        <w:t>Що підносяться в повітря,&lt;br /&gt;</w:t>
        <w:br/>
        <w:t>В небеса, до зір далеких.&lt;br /&gt;</w:t>
        <w:br/>
        <w:t>У пітьмі гіллястих сосон&lt;br /&gt;</w:t>
        <w:br/>
        <w:t>Плив вігвам кудись угору.&lt;br /&gt;</w:t>
        <w:br/>
        <w:t>А в вігвамі увесь посуд&lt;br /&gt;</w:t>
        <w:br/>
        <w:t>Заблищав і загорівся,&lt;br /&gt;</w:t>
        <w:br/>
        <w:t>Казани звичайні з глини&lt;br /&gt;</w:t>
        <w:br/>
        <w:t>Раптом срібними зробились,&lt;br /&gt;</w:t>
        <w:br/>
        <w:t>Мов дроти великі срібні,—&lt;br /&gt;</w:t>
        <w:br/>
        <w:t>Стали жердки у вігвамі,&lt;br /&gt;</w:t>
        <w:br/>
        <w:t>В сяйві зорянім засяли.&lt;br /&gt;</w:t>
        <w:br/>
        <w:t>А його покрівля проста —&lt;br /&gt;</w:t>
        <w:br/>
        <w:t>Мов жуків блискучих крила.</w:t>
      </w:r>
    </w:p>
    <w:p>
      <w:r>
        <w:br/>
        <w:t>Навкруги Оссео глянув&lt;br /&gt;</w:t>
        <w:br/>
        <w:t>І угледів, що і гості&lt;br /&gt;</w:t>
        <w:br/>
        <w:t>Обернулись в різних птахів.&lt;br /&gt;</w:t>
        <w:br/>
        <w:t>Тут були шпаки з дроздами,&lt;br /&gt;</w:t>
        <w:br/>
        <w:t>Тут були сороки, сойки,&lt;br /&gt;</w:t>
        <w:br/>
        <w:t>Всі стрибали і літали,&lt;br /&gt;</w:t>
        <w:br/>
        <w:t>Чепурились і співали,&lt;br /&gt;</w:t>
        <w:br/>
        <w:t>Вихвалялись блиском пір'я&lt;br /&gt;</w:t>
        <w:br/>
        <w:t>І хвостами-вихлярами.</w:t>
      </w:r>
    </w:p>
    <w:p>
      <w:r>
        <w:br/>
        <w:t>Овіні одна осталась&lt;br /&gt;</w:t>
        <w:br/>
        <w:t>Тільки бабою старою&lt;br /&gt;</w:t>
        <w:br/>
        <w:t>І смутна сиділа мовчки,&lt;br /&gt;</w:t>
        <w:br/>
        <w:t>Але, глянувши угору,&lt;br /&gt;</w:t>
        <w:br/>
        <w:t>Закричав Оссео з болем,&lt;br /&gt;</w:t>
        <w:br/>
        <w:t>Закричав він, як раніше&lt;br /&gt;</w:t>
        <w:br/>
        <w:t>Над старим дуплястим дубом.&lt;br /&gt;</w:t>
        <w:br/>
        <w:t>І вернулись знов до неї</w:t>
      </w:r>
    </w:p>
    <w:p>
      <w:r>
        <w:br/>
        <w:t>Молоді літа і врода,&lt;br /&gt;</w:t>
        <w:br/>
        <w:t>Все її старе убрання&lt;br /&gt;</w:t>
        <w:br/>
        <w:t>Стало хутром горностая&lt;br /&gt;</w:t>
        <w:br/>
        <w:t>І пером блискучим — костур.&lt;br /&gt;</w:t>
        <w:br/>
        <w:t>Так, пером блискучим, срібним</w:t>
      </w:r>
    </w:p>
    <w:p>
      <w:r>
        <w:br/>
        <w:t>Знов вігвам понісся вгору,&lt;br /&gt;</w:t>
        <w:br/>
        <w:t>І поплив в прозорих хмарах&lt;br /&gt;</w:t>
        <w:br/>
        <w:t>По небеснім океані,&lt;br /&gt;</w:t>
        <w:br/>
        <w:t>І зустрів Зорю Вечірню,&lt;br /&gt;</w:t>
        <w:br/>
        <w:t>І спустивсь на неї тихо,&lt;br /&gt;</w:t>
        <w:br/>
        <w:t>Як сніжинка на сніжинку,&lt;br /&gt;</w:t>
        <w:br/>
        <w:t>Як листок на хвилі річки,&lt;br /&gt;</w:t>
        <w:br/>
        <w:t>Як пушок біленький в воду.</w:t>
      </w:r>
    </w:p>
    <w:p>
      <w:r>
        <w:br/>
        <w:t>Там з усмішкою привіту&lt;br /&gt;</w:t>
        <w:br/>
        <w:t>їх зустрів Оссео батько,&lt;br /&gt;</w:t>
        <w:br/>
        <w:t>Дід з ясним, спокійним зором&lt;br /&gt;</w:t>
        <w:br/>
        <w:t>Вийшов їм назустріч, сивий,&lt;br /&gt;</w:t>
        <w:br/>
        <w:t>І сказав: "Повісь, Оссео,&lt;br /&gt;</w:t>
        <w:br/>
        <w:t>Клітку з птахами своїми,&lt;br /&gt;</w:t>
        <w:br/>
        <w:t>Так, повісь її у мене&lt;br /&gt;</w:t>
        <w:br/>
        <w:t>У вігвамі над дверима".</w:t>
      </w:r>
    </w:p>
    <w:p>
      <w:r>
        <w:br/>
        <w:t>І прип'яв Оссео клітку,&lt;br /&gt;</w:t>
        <w:br/>
        <w:t>З Овіні пішов в господу,&lt;br /&gt;</w:t>
        <w:br/>
        <w:t>І тоді Оссео батько,&lt;br /&gt;</w:t>
        <w:br/>
        <w:t>Володар Зорі ясної,&lt;br /&gt;</w:t>
        <w:br/>
        <w:t>їм сказав: "О мій Оссео,&lt;br /&gt;</w:t>
        <w:br/>
        <w:t>Я почув твої благання&lt;br /&gt;</w:t>
        <w:br/>
        <w:t>І вернув тобі, Оссео,&lt;br /&gt;</w:t>
        <w:br/>
        <w:t>Знову молодість з красою,&lt;br /&gt;</w:t>
        <w:br/>
        <w:t>А гостей зробив за жарти&lt;br /&gt;</w:t>
        <w:br/>
        <w:t>Різноперими пташками,&lt;br /&gt;</w:t>
        <w:br/>
        <w:t>Обернув їх за знущання.</w:t>
      </w:r>
    </w:p>
    <w:p>
      <w:r>
        <w:br/>
        <w:t>Не зумів ніхто між ними&lt;br /&gt;</w:t>
        <w:br/>
        <w:t>Полюбити в грудях старця,&lt;br /&gt;</w:t>
        <w:br/>
        <w:t>В тому вбогому каліці&lt;br /&gt;</w:t>
        <w:br/>
        <w:t>Серця доброго Оссео,&lt;br /&gt;</w:t>
        <w:br/>
        <w:t>Серця вічно молодого.&lt;br /&gt;</w:t>
        <w:br/>
        <w:t>Овіні одна зуміла&lt;br /&gt;</w:t>
        <w:br/>
        <w:t>Полюбить тебе, Оссео!</w:t>
      </w:r>
    </w:p>
    <w:p>
      <w:r>
        <w:br/>
        <w:t>Там, на зірочці маленькій,&lt;br /&gt;</w:t>
        <w:br/>
        <w:t>Що блищить від нас ліворуч&lt;br /&gt;</w:t>
        <w:br/>
        <w:t>Ворожбит живе Вебіно,&lt;br /&gt;</w:t>
        <w:br/>
        <w:t>Дух і заздрості, і злості.&lt;br /&gt;</w:t>
        <w:br/>
        <w:t>Обернув тебе він в старця.&lt;br /&gt;</w:t>
        <w:br/>
        <w:t>Бійся променів Вебіно,&lt;br /&gt;</w:t>
        <w:br/>
        <w:t>Бо в них єсть таємна сила,&lt;br /&gt;</w:t>
        <w:br/>
        <w:t>Бо вони Вебіно стріли".</w:t>
      </w:r>
    </w:p>
    <w:p>
      <w:r>
        <w:br/>
        <w:t>Довго в згоді, любо-мило&lt;br /&gt;</w:t>
        <w:br/>
        <w:t>На Зорі Вечірній тихій&lt;br /&gt;</w:t>
        <w:br/>
        <w:t>З рідним батьком жив Оссео&lt;br /&gt;</w:t>
        <w:br/>
        <w:t>Довго в клітці над вігвамом&lt;br /&gt;</w:t>
        <w:br/>
        <w:t>Щебетали і літали&lt;br /&gt;</w:t>
        <w:br/>
        <w:t>На кілочках срібних птахи.</w:t>
      </w:r>
    </w:p>
    <w:p>
      <w:r>
        <w:br/>
        <w:t>А дружина молодая&lt;br /&gt;</w:t>
        <w:br/>
        <w:t>Принесла Оссео сина,&lt;br /&gt;</w:t>
        <w:br/>
        <w:t>В матір вийшов він красою,&lt;br /&gt;</w:t>
        <w:br/>
        <w:t>А будовою у батька.</w:t>
      </w:r>
    </w:p>
    <w:p>
      <w:r>
        <w:br/>
        <w:t>Хлопчик вгору ріс помалу,&lt;br /&gt;</w:t>
        <w:br/>
        <w:t>І йому для втіхи батько&lt;br /&gt;</w:t>
        <w:br/>
        <w:t>Змайстрував малого лука,&lt;br /&gt;</w:t>
        <w:br/>
        <w:t>Одчинив велику клітку&lt;br /&gt;</w:t>
        <w:br/>
        <w:t>І пустив пташок на волю,&lt;br /&gt;</w:t>
        <w:br/>
        <w:t>Щоб хлоп'ятко постріляло&lt;br /&gt;</w:t>
        <w:br/>
        <w:t>І забавилося трошки.</w:t>
      </w:r>
    </w:p>
    <w:p>
      <w:r>
        <w:br/>
        <w:t>І пташки вгорі кружляли,&lt;br /&gt;</w:t>
        <w:br/>
        <w:t>Заливалися піснями&lt;br /&gt;</w:t>
        <w:br/>
        <w:t>То про волю, то про щастя,&lt;br /&gt;</w:t>
        <w:br/>
        <w:t>І блищало блиском пір'я.&lt;br /&gt;</w:t>
        <w:br/>
        <w:t>Та напружив хлопчик лука&lt;br /&gt;</w:t>
        <w:br/>
        <w:t>І пустив стрілу із нього,&lt;br /&gt;</w:t>
        <w:br/>
        <w:t>І малий мисливець влучив!..&lt;br /&gt;</w:t>
        <w:br/>
        <w:t>І упала з гілки пташка&lt;br /&gt;</w:t>
        <w:br/>
        <w:t>В барвнім пір'ячку на землю,&lt;br /&gt;</w:t>
        <w:br/>
        <w:t>В серце ранена смертельно.</w:t>
      </w:r>
    </w:p>
    <w:p>
      <w:r>
        <w:br/>
        <w:t>Але диво! Вже не пташку&lt;br /&gt;</w:t>
        <w:br/>
        <w:t>Бачить він перед собою,&lt;br /&gt;</w:t>
        <w:br/>
        <w:t>Ні, а дівчину-красуню,&lt;br /&gt;</w:t>
        <w:br/>
        <w:t>В серце ранену стрілою.</w:t>
      </w:r>
    </w:p>
    <w:p>
      <w:r>
        <w:br/>
        <w:t>Ледве кров її упала&lt;br /&gt;</w:t>
        <w:br/>
        <w:t>І торкнулася планети,&lt;br /&gt;</w:t>
        <w:br/>
        <w:t>Як розвіялися чари,&lt;br /&gt;</w:t>
        <w:br/>
        <w:t>І стрілець, юнак відважний,&lt;br /&gt;</w:t>
        <w:br/>
        <w:t>Враз почув, що хтось-могутні&lt;br /&gt;</w:t>
        <w:br/>
        <w:t>Вниз згори його спускає&lt;br /&gt;</w:t>
        <w:br/>
        <w:t>На ясне Велике Море,&lt;br /&gt;</w:t>
        <w:br/>
        <w:t>На якийсь зелений острів.</w:t>
      </w:r>
    </w:p>
    <w:p>
      <w:r>
        <w:br/>
        <w:t>А за ним блискучим роєм&lt;br /&gt;</w:t>
        <w:br/>
        <w:t>Птахи падали, летіли,&lt;br /&gt;</w:t>
        <w:br/>
        <w:t>Як в осінній час у лісі&lt;br /&gt;</w:t>
        <w:br/>
        <w:t>Листя падає на землю.&lt;br /&gt;</w:t>
        <w:br/>
        <w:t>А за птахами спустився&lt;br /&gt;</w:t>
        <w:br/>
        <w:t>І вігвам з блискучим дахом&lt;br /&gt;</w:t>
        <w:br/>
        <w:t>На великих срібних кроквах.&lt;br /&gt;</w:t>
        <w:br/>
        <w:t>І приніс вігвам Оссео,&lt;br /&gt;</w:t>
        <w:br/>
        <w:t>Овіні приніс з собою.</w:t>
      </w:r>
    </w:p>
    <w:p>
      <w:r>
        <w:br/>
        <w:t>Знов тут птахи обернулись&lt;br /&gt;</w:t>
        <w:br/>
        <w:t>І вернули людський образ,&lt;br /&gt;</w:t>
        <w:br/>
        <w:t>Але зросту не вернули,&lt;br /&gt;</w:t>
        <w:br/>
        <w:t>Всі пігмеями остались,&lt;br /&gt;</w:t>
        <w:br/>
        <w:t>Так, пігмеями — Пок-Веджис.&lt;br /&gt;</w:t>
        <w:br/>
        <w:t>І на острові скелястім&lt;br /&gt;</w:t>
        <w:br/>
        <w:t>Ще танки вони і досі&lt;br /&gt;</w:t>
        <w:br/>
        <w:t>Водять літніми ночами&lt;br /&gt;</w:t>
        <w:br/>
        <w:t>Під Вечірньою Зорею.</w:t>
      </w:r>
    </w:p>
    <w:p>
      <w:r>
        <w:br/>
        <w:t>О, се їх палац блискучий&lt;br /&gt;</w:t>
        <w:br/>
        <w:t>Видко в тихий літній вечір;&lt;br /&gt;</w:t>
        <w:br/>
        <w:t>Часто з берега рибалки&lt;br /&gt;</w:t>
        <w:br/>
        <w:t>Чують їх веселий гомін&lt;br /&gt;</w:t>
        <w:br/>
        <w:t>І танки веселі бачать".</w:t>
      </w:r>
    </w:p>
    <w:p>
      <w:r>
        <w:br/>
        <w:t>Доказавши дивну казку,&lt;br /&gt;</w:t>
        <w:br/>
        <w:t>Чарівне оповідання,&lt;br /&gt;</w:t>
        <w:br/>
        <w:t>Всіх гостей оглянув Ягу&lt;br /&gt;</w:t>
        <w:br/>
        <w:t>І з промовою звернувся:&lt;br /&gt;</w:t>
        <w:br/>
        <w:t>"Єсть високі, чисті душі,&lt;br /&gt;</w:t>
        <w:br/>
        <w:t>Єсть на світі дивні люде,&lt;br /&gt;</w:t>
        <w:br/>
        <w:t>І я знав таких немало,&lt;br /&gt;</w:t>
        <w:br/>
        <w:t>Зубоскали з них сміються&lt;br /&gt;</w:t>
        <w:br/>
        <w:t>І глузують, нерозумні,—&lt;br /&gt;</w:t>
        <w:br/>
        <w:t>Я б порадив зубоскалам&lt;br /&gt;</w:t>
        <w:br/>
        <w:t>Про Оссео пригадати".</w:t>
      </w:r>
    </w:p>
    <w:p>
      <w:r>
        <w:br/>
        <w:t>Гості слухали уважно&lt;br /&gt;</w:t>
        <w:br/>
        <w:t>Чарівне оповідання,&lt;br /&gt;</w:t>
        <w:br/>
        <w:t>Оповідача хвалили&lt;br /&gt;</w:t>
        <w:br/>
        <w:t>І питались: "Чи не ми се,&lt;br /&gt;</w:t>
        <w:br/>
        <w:t>І дядьки, й тітки — пігмеї,&lt;br /&gt;</w:t>
        <w:br/>
        <w:t>А Оссео вбогий — Ягу?"</w:t>
      </w:r>
    </w:p>
    <w:p>
      <w:r>
        <w:br/>
        <w:t>Потім знову Чайбаябос&lt;br /&gt;</w:t>
        <w:br/>
        <w:t>їм співав жагучу пісню,&lt;br /&gt;</w:t>
        <w:br/>
        <w:t>Він співав їм про кохання&lt;br /&gt;</w:t>
        <w:br/>
        <w:t>Пісню дівчини сумної,&lt;br /&gt;</w:t>
        <w:br/>
        <w:t>Що нудилась, що журилась&lt;br /&gt;</w:t>
        <w:br/>
        <w:t>За Алгонкіном, за милим.</w:t>
      </w:r>
    </w:p>
    <w:p>
      <w:r>
        <w:br/>
        <w:t>"Горе, горе, як про його,&lt;br /&gt;</w:t>
        <w:br/>
        <w:t>Про коханого згадаю,&lt;br /&gt;</w:t>
        <w:br/>
        <w:t>Все журюсь за ним, нудьгую&lt;br /&gt;</w:t>
        <w:br/>
        <w:t>За Алгонкіном, за милим.</w:t>
      </w:r>
    </w:p>
    <w:p>
      <w:r>
        <w:br/>
        <w:t>Ах, коли ми розлучились,&lt;br /&gt;</w:t>
        <w:br/>
        <w:t>Дав мені він білий Вампум,&lt;br /&gt;</w:t>
        <w:br/>
        <w:t>Дав мені на спомин Вампум,&lt;br /&gt;</w:t>
        <w:br/>
        <w:t>Мій коханий, мій Алгонкін!</w:t>
      </w:r>
    </w:p>
    <w:p>
      <w:r>
        <w:br/>
        <w:t>"Я піду, піду з тобою&lt;br /&gt;</w:t>
        <w:br/>
        <w:t>У твою країну рідну.&lt;br /&gt;</w:t>
        <w:br/>
        <w:t>О, дозволь",— прошепотів він,&lt;br /&gt;</w:t>
        <w:br/>
        <w:t>Мій улюблений Алгонкін!</w:t>
      </w:r>
    </w:p>
    <w:p>
      <w:r>
        <w:br/>
        <w:t>"Ох, далеко край мій рідний,—&lt;br /&gt;</w:t>
        <w:br/>
        <w:t>Я йому на те сказала.—&lt;br /&gt;</w:t>
        <w:br/>
        <w:t>Ах, далеко край далекий,&lt;br /&gt;</w:t>
        <w:br/>
        <w:t>Мій улюблений Алгонкін!"</w:t>
      </w:r>
    </w:p>
    <w:p>
      <w:r>
        <w:br/>
        <w:t>Обернувшись, я зітхала&lt;br /&gt;</w:t>
        <w:br/>
        <w:t>І дивилася на його,&lt;br /&gt;</w:t>
        <w:br/>
        <w:t>І в мої дививсь він очі,&lt;br /&gt;</w:t>
        <w:br/>
        <w:t>Мій коханий, мій Алгонкін!</w:t>
      </w:r>
    </w:p>
    <w:p>
      <w:r>
        <w:br/>
        <w:t>Він стояв один, самотній,&lt;br /&gt;</w:t>
        <w:br/>
        <w:t>Під плакучою вербою,&lt;br /&gt;</w:t>
        <w:br/>
        <w:t>Що губила сльози в воду,&lt;br /&gt;</w:t>
        <w:br/>
        <w:t>Мій улюблений Алгонкін!</w:t>
      </w:r>
    </w:p>
    <w:p>
      <w:r>
        <w:br/>
        <w:t>Горе, горе, як про його,&lt;br /&gt;</w:t>
        <w:br/>
        <w:t>Про коханого згадаю:&lt;br /&gt;</w:t>
        <w:br/>
        <w:t>Все журюсь за ним, нудьгую,&lt;br /&gt;</w:t>
        <w:br/>
        <w:t>За Ал гон кі ном, за милим!"</w:t>
      </w:r>
    </w:p>
    <w:p>
      <w:r>
        <w:br/>
        <w:t>Так отак весілля грали,&lt;br /&gt;</w:t>
        <w:br/>
        <w:t>Так присутніх забавляли:&lt;br /&gt;</w:t>
        <w:br/>
        <w:t>По-Пок-Ківіс — дивним танцем,&lt;br /&gt;</w:t>
        <w:br/>
        <w:t>Ягу — казкою-красою,&lt;br /&gt;</w:t>
        <w:br/>
        <w:t>Чайбаябос — ніжним співом.&lt;br /&gt;</w:t>
        <w:br/>
        <w:t>Стихла пісня — край і святу.&lt;br /&gt;</w:t>
        <w:br/>
        <w:t>Розійшлись з весілля гості,&lt;br /&gt;</w:t>
        <w:br/>
        <w:t>З Гаяватою щасливим&lt;br /&gt;</w:t>
        <w:br/>
        <w:t>Залишили Міннегагу&lt;br /&gt;</w:t>
        <w:br/>
        <w:t>Під серпанком темним ночі.</w:t>
      </w:r>
    </w:p>
    <w:p>
      <w:r>
        <w:br/>
        <w:t>XIII</w:t>
      </w:r>
    </w:p>
    <w:p>
      <w:r>
        <w:br/>
        <w:t>БЛАГОСЛОВЕННЯ ЛАНІВ</w:t>
      </w:r>
    </w:p>
    <w:p>
      <w:r>
        <w:br/>
        <w:t>Вихваляй, виспівуй, пісне,&lt;br /&gt;</w:t>
        <w:br/>
        <w:t>І лунай про Гаявату,&lt;br /&gt;</w:t>
        <w:br/>
        <w:t>Про щасливі дні спокою,&lt;br /&gt;</w:t>
        <w:br/>
        <w:t>Дні веселі, безтурботні&lt;br /&gt;</w:t>
        <w:br/>
        <w:t>На землі Оджибуеїв,&lt;br /&gt;</w:t>
        <w:br/>
        <w:t>Про Мондамін таємничий,&lt;br /&gt;</w:t>
        <w:br/>
        <w:t>Про ланів благословення!</w:t>
      </w:r>
    </w:p>
    <w:p>
      <w:r>
        <w:br/>
        <w:t>І закинута сокира,&lt;br /&gt;</w:t>
        <w:br/>
        <w:t>І захований у землю&lt;br /&gt;</w:t>
        <w:br/>
        <w:t>Вже навіки томагаук.&lt;br /&gt;</w:t>
        <w:br/>
        <w:t>Замирилися народи,&lt;br /&gt;</w:t>
        <w:br/>
        <w:t>І забуті гасла бою.&lt;br /&gt;</w:t>
        <w:br/>
        <w:t>Тихо міг тепер мисливець&lt;br /&gt;</w:t>
        <w:br/>
        <w:t>Майструвать пірогу білу,&lt;br /&gt;</w:t>
        <w:br/>
        <w:t>На бобрів лабети ставить&lt;br /&gt;</w:t>
        <w:br/>
        <w:t>І ловить сітками рибу.</w:t>
      </w:r>
    </w:p>
    <w:p>
      <w:r>
        <w:br/>
        <w:t>Тихо й жінка працювала,&lt;br /&gt;</w:t>
        <w:br/>
        <w:t>Гнала сік солодкий з клену,&lt;br /&gt;</w:t>
        <w:br/>
        <w:t>Дикий рис збирала в лузі&lt;br /&gt;</w:t>
        <w:br/>
        <w:t>І вичинювала шкури.</w:t>
      </w:r>
    </w:p>
    <w:p>
      <w:r>
        <w:br/>
        <w:t>Навкруги осель щасливих&lt;br /&gt;</w:t>
        <w:br/>
        <w:t>Зеленіли пишно ниви,&lt;br /&gt;</w:t>
        <w:br/>
        <w:t>Виростав стрункий Мондамін&lt;br /&gt;</w:t>
        <w:br/>
        <w:t>В глянсуватих довгих перах,&lt;br /&gt;</w:t>
        <w:br/>
        <w:t>У м'яких, злотистих косах.&lt;br /&gt;</w:t>
        <w:br/>
        <w:t>Се жінки весною рано&lt;br /&gt;</w:t>
        <w:br/>
        <w:t>Обробляли горні ниви&lt;br /&gt;</w:t>
        <w:br/>
        <w:t>І ховали в землю маїс&lt;br /&gt;</w:t>
        <w:br/>
        <w:t>На своїх ланах родючих.&lt;br /&gt;</w:t>
        <w:br/>
        <w:t>А коли минало літо,&lt;br /&gt;</w:t>
        <w:br/>
        <w:t>Жовтий плащ зривали з його,&lt;br /&gt;</w:t>
        <w:br/>
        <w:t>Обривали коси, пір'я,&lt;br /&gt;</w:t>
        <w:br/>
        <w:t>Як учив їх Гаявата.</w:t>
      </w:r>
    </w:p>
    <w:p>
      <w:r>
        <w:br/>
        <w:t>Раз, коли сівба кінчалась,&lt;br /&gt;</w:t>
        <w:br/>
        <w:t>Обережний і обачний,&lt;br /&gt;</w:t>
        <w:br/>
        <w:t>Завжди мудрий Гаявата&lt;br /&gt;</w:t>
        <w:br/>
        <w:t>Так сказав до Міннегаги:&lt;br /&gt;</w:t>
        <w:br/>
        <w:t>"Мусиш ти вночі сьогодні&lt;br /&gt;</w:t>
        <w:br/>
        <w:t>Дать ланам благословення.&lt;br /&gt;</w:t>
        <w:br/>
        <w:t>Чарівним ти мусиш колом&lt;br /&gt;</w:t>
        <w:br/>
        <w:t>Обвести свої посіви,&lt;br /&gt;</w:t>
        <w:br/>
        <w:t>Щоб ніщо їх не псувало,&lt;br /&gt;</w:t>
        <w:br/>
        <w:t>Не могло до їх торкнутись.</w:t>
      </w:r>
    </w:p>
    <w:p>
      <w:r>
        <w:br/>
        <w:t>Ти вночі, коли все тихо,&lt;br /&gt;</w:t>
        <w:br/>
        <w:t>В час, коли все млою вкрито,&lt;br /&gt;</w:t>
        <w:br/>
        <w:t>В час, коли Дух Сну, Непавін,&lt;br /&gt;</w:t>
        <w:br/>
        <w:t>Зачиняє всі вігвами,&lt;br /&gt;</w:t>
        <w:br/>
        <w:t>І ніхто не чує вухом,</w:t>
      </w:r>
    </w:p>
    <w:p>
      <w:r>
        <w:br/>
        <w:t>І ніхто не бачить оком,—&lt;br /&gt;</w:t>
        <w:br/>
        <w:t>З ліжка встань, зніми убрання&lt;br /&gt;</w:t>
        <w:br/>
        <w:t>Все зніми убрання з себе,&lt;br /&gt;</w:t>
        <w:br/>
        <w:t>Обійди свої посіви,&lt;br /&gt;</w:t>
        <w:br/>
        <w:t>Обійди всі ниви округ,&lt;br /&gt;</w:t>
        <w:br/>
        <w:t>Тільки косами прикрита,&lt;br /&gt;</w:t>
        <w:br/>
        <w:t>Тільки млою ночі вкрита.</w:t>
      </w:r>
    </w:p>
    <w:p>
      <w:r>
        <w:br/>
        <w:t>І жнива багатші будуть:&lt;br /&gt;</w:t>
        <w:br/>
        <w:t>Від слідів твоїх на ниві&lt;br /&gt;</w:t>
        <w:br/>
        <w:t>Залишиться дивне коло,&lt;br /&gt;</w:t>
        <w:br/>
        <w:t>І тоді ні ржа, ні черви,&lt;br /&gt;</w:t>
        <w:br/>
        <w:t>Ні тарантул, Соббікаші,&lt;br /&gt;</w:t>
        <w:br/>
        <w:t>Ні могучий Ве-мок-квана —&lt;br /&gt;</w:t>
        <w:br/>
        <w:t>Цар гусениць волохатий,&lt;br /&gt;</w:t>
        <w:br/>
        <w:t>Ані бабки — Куо-ніші,&lt;br /&gt;</w:t>
        <w:br/>
        <w:t>Ані коник — Па-пок-кіна&lt;br /&gt;</w:t>
        <w:br/>
        <w:t>Вже ніколи не перейдуть&lt;br /&gt;</w:t>
        <w:br/>
        <w:t>Чарівне, закляте коло".</w:t>
      </w:r>
    </w:p>
    <w:p>
      <w:r>
        <w:br/>
        <w:t>Так сказав їй Гаявата,&lt;br /&gt;</w:t>
        <w:br/>
        <w:t>А ворон голодних зграя,&lt;br /&gt;</w:t>
        <w:br/>
        <w:t>Хижий Кагагі, Цар-Ворон&lt;br /&gt;</w:t>
        <w:br/>
        <w:t>І його ватага чорна&lt;br /&gt;</w:t>
        <w:br/>
        <w:t>Спочивали на деревах&lt;br /&gt;</w:t>
        <w:br/>
        <w:t>І сміялись так, що сосни&lt;br /&gt;</w:t>
        <w:br/>
        <w:t>Колихалися від сміху,&lt;br /&gt;</w:t>
        <w:br/>
        <w:t>Від зловіщого їх сміху,&lt;br /&gt;</w:t>
        <w:br/>
        <w:t>З Гаяватиної мови.&lt;br /&gt;</w:t>
        <w:br/>
        <w:t>"Ах ти ж, змовнику! Мудрію!"&lt;br /&gt;</w:t>
        <w:br/>
        <w:t>Реготала чорна зграя.</w:t>
      </w:r>
    </w:p>
    <w:p>
      <w:r>
        <w:br/>
        <w:t>Ось і ніч німа упала&lt;br /&gt;</w:t>
        <w:br/>
        <w:t>Над полями, над лісами.&lt;br /&gt;</w:t>
        <w:br/>
        <w:t>Ось і журний Вавонейса</w:t>
      </w:r>
    </w:p>
    <w:p>
      <w:r>
        <w:br/>
        <w:t>Заспівав в пітьмі самотньо,&lt;br /&gt;</w:t>
        <w:br/>
        <w:t>Зачинив Дух Сну, Непавін,&lt;br /&gt;</w:t>
        <w:br/>
        <w:t>Двері кожного вігваму.&lt;br /&gt;</w:t>
        <w:br/>
        <w:t>І в темноті Міннегага&lt;br /&gt;</w:t>
        <w:br/>
        <w:t>Підвелася мовчки з ліжка,&lt;br /&gt;</w:t>
        <w:br/>
        <w:t>Все зняла убрання з себе&lt;br /&gt;</w:t>
        <w:br/>
        <w:t>І, обкутана пітьмою,&lt;br /&gt;</w:t>
        <w:br/>
        <w:t>Без тривоги і вагання&lt;br /&gt;</w:t>
        <w:br/>
        <w:t>Обійшла свої посіви&lt;br /&gt;</w:t>
        <w:br/>
        <w:t>І навколо обвела їх&lt;br /&gt;</w:t>
        <w:br/>
        <w:t>Чарівним, заклятим колом.</w:t>
      </w:r>
    </w:p>
    <w:p>
      <w:r>
        <w:br/>
        <w:t>Тільки Північ і дивилась&lt;br /&gt;</w:t>
        <w:br/>
        <w:t>На її красу в темноті,&lt;br /&gt;</w:t>
        <w:br/>
        <w:t>Тільки журний Вавонейса&lt;br /&gt;</w:t>
        <w:br/>
        <w:t>Чув її дихання тихе&lt;br /&gt;</w:t>
        <w:br/>
        <w:t>І тремтіння ніжне серця.&lt;br /&gt;</w:t>
        <w:br/>
        <w:t>Ніч киреєю своєю&lt;br /&gt;</w:t>
        <w:br/>
        <w:t>її щільно обгорнула,&lt;br /&gt;</w:t>
        <w:br/>
        <w:t>Щоб ніхто не міг чванливо&lt;br /&gt;</w:t>
        <w:br/>
        <w:t>Кинуть: "Бачив я красуню!"</w:t>
      </w:r>
    </w:p>
    <w:p>
      <w:r>
        <w:br/>
        <w:t>Тільки стало розсвітати,&lt;br /&gt;</w:t>
        <w:br/>
        <w:t>Як здобичників ватагу&lt;br /&gt;</w:t>
        <w:br/>
        <w:t>Кагагі, Цар-Ворон, скликав,&lt;br /&gt;</w:t>
        <w:br/>
        <w:t>Всіх дроздів, ворон і сойок,&lt;br /&gt;</w:t>
        <w:br/>
        <w:t>Що кричали на деревах,&lt;br /&gt;</w:t>
        <w:br/>
        <w:t>І відважно лет направив&lt;br /&gt;</w:t>
        <w:br/>
        <w:t>На зеленую могилу,&lt;br /&gt;</w:t>
        <w:br/>
        <w:t>Де спокійно спав Мондамін.</w:t>
      </w:r>
    </w:p>
    <w:p>
      <w:r>
        <w:br/>
        <w:t>"Ми Мондаміна дістанем&lt;br /&gt;</w:t>
        <w:br/>
        <w:t>Із його тісної ями! —&lt;br /&gt;</w:t>
        <w:br/>
        <w:t>Говорила чорна зграя.—</w:t>
      </w:r>
    </w:p>
    <w:p>
      <w:r>
        <w:br/>
        <w:t>Що для нас сліди таємні,&lt;br /&gt;</w:t>
        <w:br/>
        <w:t>Що для нас закляте коло,&lt;br /&gt;</w:t>
        <w:br/>
        <w:t>Що зробила Міннегага!"</w:t>
      </w:r>
    </w:p>
    <w:p>
      <w:r>
        <w:br/>
        <w:t>Та розумний Гаявата&lt;br /&gt;</w:t>
        <w:br/>
        <w:t>Наперед про все подумав,&lt;br /&gt;</w:t>
        <w:br/>
        <w:t>Чув він добре, як знущались&lt;br /&gt;</w:t>
        <w:br/>
        <w:t>Над його словами птахи.&lt;br /&gt;</w:t>
        <w:br/>
        <w:t>"Ко! Мій приятель,— сказав він,&lt;br /&gt;</w:t>
        <w:br/>
        <w:t>Ко! Мій Кагаїі, Цар-Круку!&lt;br /&gt;</w:t>
        <w:br/>
        <w:t>Ти з ватагою своєю&lt;br /&gt;</w:t>
        <w:br/>
        <w:t>Ще не раз мене згадаєш!"</w:t>
      </w:r>
    </w:p>
    <w:p>
      <w:r>
        <w:br/>
        <w:t>Рано-вранці він прокинувсь&lt;br /&gt;</w:t>
        <w:br/>
        <w:t>І для чорної ватаги&lt;br /&gt;</w:t>
        <w:br/>
        <w:t>Ниву всю укрив сітками,&lt;br /&gt;</w:t>
        <w:br/>
        <w:t>Сам же ліг в гаю сосновім&lt;br /&gt;</w:t>
        <w:br/>
        <w:t>І із засідки терпляче&lt;br /&gt;</w:t>
        <w:br/>
        <w:t>Став чекати-підглядати&lt;br /&gt;</w:t>
        <w:br/>
        <w:t>Всіх дроздів, ворон і сойок.</w:t>
      </w:r>
    </w:p>
    <w:p>
      <w:r>
        <w:br/>
        <w:t>Швидко птахами все поле&lt;br /&gt;</w:t>
        <w:br/>
        <w:t>Зарябіло і укрилось.&lt;br /&gt;</w:t>
        <w:br/>
        <w:t>З криком, галасом безладним&lt;br /&gt;</w:t>
        <w:br/>
        <w:t>На лани упала зграя&lt;br /&gt;</w:t>
        <w:br/>
        <w:t>І взялася за роботу.</w:t>
      </w:r>
    </w:p>
    <w:p>
      <w:r>
        <w:br/>
        <w:t>Та, не дивлячись на знання,&lt;br /&gt;</w:t>
        <w:br/>
        <w:t>Обережність і лукавство,&lt;br /&gt;</w:t>
        <w:br/>
        <w:t>Знання хитрощів ворожих,—&lt;br /&gt;</w:t>
        <w:br/>
        <w:t>Не помітила, що близько&lt;br /&gt;</w:t>
        <w:br/>
        <w:t>Смерть страшна її чекає,&lt;br /&gt;</w:t>
        <w:br/>
        <w:t>І в тенетах Гаявати&lt;br /&gt;</w:t>
        <w:br/>
        <w:t>Несподівано забилась.</w:t>
      </w:r>
    </w:p>
    <w:p>
      <w:r>
        <w:br/>
        <w:t>Грізно встав тоді він з місця,&lt;br /&gt;</w:t>
        <w:br/>
        <w:t>Грізно з засіди він вийшов,&lt;br /&gt;</w:t>
        <w:br/>
        <w:t>І від жаху затремтіли&lt;br /&gt;</w:t>
        <w:br/>
        <w:t>Найхоробріші із бранців.&lt;br /&gt;</w:t>
        <w:br/>
        <w:t>Став він нищити без жалю&lt;br /&gt;</w:t>
        <w:br/>
        <w:t>їх направо і наліво,&lt;br /&gt;</w:t>
        <w:br/>
        <w:t>І десятками їх трупи&lt;br /&gt;</w:t>
        <w:br/>
        <w:t>На тичках високих вішав,&lt;br /&gt;</w:t>
        <w:br/>
        <w:t>На межі заклятій вішав,&lt;br /&gt;</w:t>
        <w:br/>
        <w:t>Щоб жахались його помсти.</w:t>
      </w:r>
    </w:p>
    <w:p>
      <w:r>
        <w:br/>
        <w:t>Тільки Кагагі — Цар-Ворон,&lt;br /&gt;</w:t>
        <w:br/>
        <w:t>Цар розбійницької банди,&lt;br /&gt;</w:t>
        <w:br/>
        <w:t>Не зазнав страшної кари&lt;br /&gt;</w:t>
        <w:br/>
        <w:t>І заручником лишився.&lt;br /&gt;</w:t>
        <w:br/>
        <w:t>І із бересту вірьовка,&lt;br /&gt;</w:t>
        <w:br/>
        <w:t>Бойова вірьовка, бранця&lt;br /&gt;</w:t>
        <w:br/>
        <w:t>Міцно, міцно прив'язала&lt;br /&gt;</w:t>
        <w:br/>
        <w:t>До вігваму Гаявати.</w:t>
      </w:r>
    </w:p>
    <w:p>
      <w:r>
        <w:br/>
        <w:t>"Кагагі, тебе,— озвався&lt;br /&gt;</w:t>
        <w:br/>
        <w:t>Гаявата,— як привідця,&lt;br /&gt;</w:t>
        <w:br/>
        <w:t>Як отамана ватаги,&lt;br /&gt;</w:t>
        <w:br/>
        <w:t>Що мене пограбувала,&lt;br /&gt;</w:t>
        <w:br/>
        <w:t>Я заручником покину:&lt;br /&gt;</w:t>
        <w:br/>
        <w:t>Запорукою ти будеш,&lt;br /&gt;</w:t>
        <w:br/>
        <w:t>Що вона не прийде більше".</w:t>
      </w:r>
    </w:p>
    <w:p>
      <w:r>
        <w:br/>
        <w:t>І лишився чорний бранець&lt;br /&gt;</w:t>
        <w:br/>
        <w:t>Над вігвамом Гаявати.&lt;br /&gt;</w:t>
        <w:br/>
        <w:t>Люто хмурився Цар-Ворон&lt;br /&gt;</w:t>
        <w:br/>
        <w:t>В сяйві вранішнього сонця,&lt;br /&gt;</w:t>
        <w:br/>
        <w:t>Дико крякав він з досади,</w:t>
      </w:r>
    </w:p>
    <w:p>
      <w:r>
        <w:br/>
        <w:t>Ляскав крилами безсило,&lt;br /&gt;</w:t>
        <w:br/>
        <w:t>Марно рвавсь на вільну волю&lt;br /&gt;</w:t>
        <w:br/>
        <w:t>І даремно кликав друзів.</w:t>
      </w:r>
    </w:p>
    <w:p>
      <w:r>
        <w:br/>
        <w:t>Літо йшло, і Шавондазі&lt;br /&gt;</w:t>
        <w:br/>
        <w:t>Посилав в палких зітханнях&lt;br /&gt;</w:t>
        <w:br/>
        <w:t>З Півдня теплого на Північ&lt;br /&gt;</w:t>
        <w:br/>
        <w:t>Дивну ніжність поцілунків.&lt;br /&gt;</w:t>
        <w:br/>
        <w:t>Ріс і стиг на сонці маїс,&lt;br /&gt;</w:t>
        <w:br/>
        <w:t>І у всій красі блискучій&lt;br /&gt;</w:t>
        <w:br/>
        <w:t>Він нарешті став на ниві,&lt;br /&gt;</w:t>
        <w:br/>
        <w:t>Він прибравсь в кетяги, в пір'я,&lt;br /&gt;</w:t>
        <w:br/>
        <w:t>В різнобарвні, пишні строї,&lt;br /&gt;</w:t>
        <w:br/>
        <w:t>А його ясні початки&lt;br /&gt;</w:t>
        <w:br/>
        <w:t>Налились солодким соком,&lt;br /&gt;</w:t>
        <w:br/>
        <w:t>Заблищали з-під покровів,&lt;br /&gt;</w:t>
        <w:br/>
        <w:t>З-під розірваних, посохлих.</w:t>
      </w:r>
    </w:p>
    <w:p>
      <w:r>
        <w:br/>
        <w:t>І Нокоміс стародавня&lt;br /&gt;</w:t>
        <w:br/>
        <w:t>Так сказала Міннегазі:&lt;br /&gt;</w:t>
        <w:br/>
        <w:t>"Ось і Місяць Листопаду!&lt;br /&gt;</w:t>
        <w:br/>
        <w:t>Дикий рис уже зібрали,&lt;br /&gt;</w:t>
        <w:br/>
        <w:t>І достиг нарешті маїс.&lt;br /&gt;</w:t>
        <w:br/>
        <w:t>Час уже іти на ниви&lt;br /&gt;</w:t>
        <w:br/>
        <w:t>І з Мондаміном боротись,&lt;br /&gt;</w:t>
        <w:br/>
        <w:t>Зняти з нього жовті строї,&lt;br /&gt;</w:t>
        <w:br/>
        <w:t>Зняти кетяги і пір'я".</w:t>
      </w:r>
    </w:p>
    <w:p>
      <w:r>
        <w:br/>
        <w:t>Зараз вийшла Міннегага,&lt;br /&gt;</w:t>
        <w:br/>
        <w:t>Вийшла весело з вігваму&lt;br /&gt;</w:t>
        <w:br/>
        <w:t>З стародавньою Нокоміс.&lt;br /&gt;</w:t>
        <w:br/>
        <w:t>Зараз скликала жіноцтво,&lt;br /&gt;</w:t>
        <w:br/>
        <w:t>Молодь скликала до себе,&lt;br /&gt;</w:t>
        <w:br/>
        <w:t>Щоб збирать достиглий маїс,&lt;br /&gt;</w:t>
        <w:br/>
        <w:t>Щоб лущить його початки.</w:t>
      </w:r>
    </w:p>
    <w:p>
      <w:r>
        <w:br/>
        <w:t>В холодку під дахом сосон,&lt;br /&gt;</w:t>
        <w:br/>
        <w:t>На м'якій траві узлісся&lt;br /&gt;</w:t>
        <w:br/>
        <w:t>Вояки, діди сиділи&lt;br /&gt;</w:t>
        <w:br/>
        <w:t>І люльки палили мовчки,&lt;br /&gt;</w:t>
        <w:br/>
        <w:t>І, втішаючись, дивились&lt;br /&gt;</w:t>
        <w:br/>
        <w:t>На жінок, на жваву молодь,&lt;br /&gt;</w:t>
        <w:br/>
        <w:t>На веселу їх роботу.&lt;br /&gt;</w:t>
        <w:br/>
        <w:t>Мовчки слухали уважно&lt;br /&gt;</w:t>
        <w:br/>
        <w:t>їх пісні, розмови, крики.&lt;br /&gt;</w:t>
        <w:br/>
        <w:t>Як Опечі на вігвамі,&lt;br /&gt;</w:t>
        <w:br/>
        <w:t>Щебетали скрізь дівчата,&lt;br /&gt;</w:t>
        <w:br/>
        <w:t>Як сороки, скрекотали&lt;br /&gt;</w:t>
        <w:br/>
        <w:t>І сміялися, як сойки.</w:t>
      </w:r>
    </w:p>
    <w:p>
      <w:r>
        <w:br/>
        <w:t>А як дівчині щасливій&lt;br /&gt;</w:t>
        <w:br/>
        <w:t>Попадався дуже стиглий,&lt;br /&gt;</w:t>
        <w:br/>
        <w:t>Пурпуровий весь початок,&lt;br /&gt;</w:t>
        <w:br/>
        <w:t>"Нешка! — всі кричали разом.—&lt;br /&gt;</w:t>
        <w:br/>
        <w:t>Ти за красеня, щаслива,&lt;br /&gt;</w:t>
        <w:br/>
        <w:t>Мабуть, швидко вийдеш заміж!"&lt;br /&gt;</w:t>
        <w:br/>
        <w:t>"Уг!" — всі влад старі казали,&lt;br /&gt;</w:t>
        <w:br/>
        <w:t>"Уг!" — з-під сосон озивались.</w:t>
      </w:r>
    </w:p>
    <w:p>
      <w:r>
        <w:br/>
        <w:t>А як часом кому-небудь&lt;br /&gt;</w:t>
        <w:br/>
        <w:t>Попадавсь кривий початок,&lt;br /&gt;</w:t>
        <w:br/>
        <w:t>Вкритий ржею і зів'ялий,&lt;br /&gt;</w:t>
        <w:br/>
        <w:t>Всі сміялися, співали,&lt;br /&gt;</w:t>
        <w:br/>
        <w:t>Йшли, зігнувшись, шкутильгали,&lt;br /&gt;</w:t>
        <w:br/>
        <w:t>Мов дідок старий, горбатий,&lt;br /&gt;</w:t>
        <w:br/>
        <w:t>Йшли і голосно співали:&lt;br /&gt;</w:t>
        <w:br/>
        <w:t>"Вагемін, злодюжка степу,&lt;br /&gt;</w:t>
        <w:br/>
        <w:t>Пемосед, грабіжник ночі!"</w:t>
      </w:r>
    </w:p>
    <w:p>
      <w:r>
        <w:br/>
        <w:t>І дзвеніло поле сміхом;&lt;br /&gt;</w:t>
        <w:br/>
        <w:t>А на даху Гаявати&lt;br /&gt;</w:t>
        <w:br/>
        <w:t>Крякав Кагагі, Цар-Ворон,&lt;br /&gt;</w:t>
        <w:br/>
        <w:t>Бився в лютості безсилій,&lt;br /&gt;</w:t>
        <w:br/>
        <w:t>І на всіх суміжних соснах,&lt;br /&gt;</w:t>
        <w:br/>
        <w:t>Не стихаючи, лунали&lt;br /&gt;</w:t>
        <w:br/>
        <w:t>Крики чорної ватаги.&lt;br /&gt;</w:t>
        <w:br/>
        <w:t>"Уг!" — всі влад старі казали,&lt;br /&gt;</w:t>
        <w:br/>
        <w:t>"Уг!" — з-під сосон озивались.</w:t>
      </w:r>
    </w:p>
    <w:p>
      <w:r>
        <w:br/>
        <w:t>XIV</w:t>
      </w:r>
    </w:p>
    <w:p>
      <w:r>
        <w:br/>
        <w:t>Письмо</w:t>
      </w:r>
    </w:p>
    <w:p>
      <w:r>
        <w:br/>
        <w:t>"Подивися, як проходить,&lt;br /&gt;</w:t>
        <w:br/>
        <w:t>Як усе в житті зникає!..&lt;br /&gt;</w:t>
        <w:br/>
        <w:t>Забувається переказ,&lt;br /&gt;</w:t>
        <w:br/>
        <w:t>Гине лицарськая слава,&lt;br /&gt;</w:t>
        <w:br/>
        <w:t>В'яне цвіт знання й мистецтва&lt;br /&gt;</w:t>
        <w:br/>
        <w:t>Мудрих Мідів і Вебінів,&lt;br /&gt;</w:t>
        <w:br/>
        <w:t>Забуваються з літами&lt;br /&gt;</w:t>
        <w:br/>
        <w:t>Навіть дивні сни-видіння,&lt;br /&gt;</w:t>
        <w:br/>
        <w:t>Мрії віщих Джосакідів.</w:t>
      </w:r>
    </w:p>
    <w:p>
      <w:r>
        <w:br/>
        <w:t>Про людей великих слава&lt;br /&gt;</w:t>
        <w:br/>
        <w:t>Умирає разом з ними.&lt;br /&gt;</w:t>
        <w:br/>
        <w:t>Мудрість наших днів зникає,&lt;br /&gt;</w:t>
        <w:br/>
        <w:t>Не дійшовши до нащадків,&lt;br /&gt;</w:t>
        <w:br/>
        <w:t>Що мовчать в пітьмі великій&lt;br /&gt;</w:t>
        <w:br/>
        <w:t>Днів майбутніх, днів таємних.</w:t>
      </w:r>
    </w:p>
    <w:p>
      <w:r>
        <w:br/>
        <w:t>На могилах наших предків&lt;br /&gt;</w:t>
        <w:br/>
        <w:t>Ні ознаки, ні рисунків...&lt;br /&gt;</w:t>
        <w:br/>
        <w:t>Хто в могилах, ми не знаєм,&lt;br /&gt;</w:t>
        <w:br/>
        <w:t>Знаєм тільки — наші предки.&lt;br /&gt;</w:t>
        <w:br/>
        <w:t>А який їх рід і плем'я,&lt;br /&gt;</w:t>
        <w:br/>
        <w:t>А який їх давній Тотем,—&lt;br /&gt;</w:t>
        <w:br/>
        <w:t>Хто — Орел, Ведмідь? Не знаєм.&lt;br /&gt;</w:t>
        <w:br/>
        <w:t>Знаєм тільки — "наші предки!".</w:t>
      </w:r>
    </w:p>
    <w:p>
      <w:r>
        <w:br/>
        <w:t>Часом ми, удвох зустрівшись,&lt;br /&gt;</w:t>
        <w:br/>
        <w:t>Ведемо свої розмови,&lt;br /&gt;</w:t>
        <w:br/>
        <w:t>Розлучившись, наші тайни&lt;br /&gt;</w:t>
        <w:br/>
        <w:t>Доручаєм тим, яких ми&lt;br /&gt;</w:t>
        <w:br/>
        <w:t>Посилаємо до себе.&lt;br /&gt;</w:t>
        <w:br/>
        <w:t>Посланці ж як перекажуть,&lt;br /&gt;</w:t>
        <w:br/>
        <w:t>То виходить зовсім інше,&lt;br /&gt;</w:t>
        <w:br/>
        <w:t>І всім тайна вже відома".</w:t>
      </w:r>
    </w:p>
    <w:p>
      <w:r>
        <w:br/>
        <w:t>Так сказав колись до себе&lt;br /&gt;</w:t>
        <w:br/>
        <w:t>Гаявата, коли думав&lt;br /&gt;</w:t>
        <w:br/>
        <w:t>Про народ, про край свій рідний&lt;br /&gt;</w:t>
        <w:br/>
        <w:t>В темних пущах, в нетрях лісу.</w:t>
      </w:r>
    </w:p>
    <w:p>
      <w:r>
        <w:br/>
        <w:t>Він дістав з торбинки фарби,&lt;br /&gt;</w:t>
        <w:br/>
        <w:t>Різнобарвні вийняв фарби,&lt;br /&gt;</w:t>
        <w:br/>
        <w:t>І на бересті багато&lt;br /&gt;</w:t>
        <w:br/>
        <w:t>Він накреслив дивних знаків&lt;br /&gt;</w:t>
        <w:br/>
        <w:t>І фігур якихсь таємних.&lt;br /&gt;</w:t>
        <w:br/>
        <w:t>І ті знаки виявляли&lt;br /&gt;</w:t>
        <w:br/>
        <w:t>Всі слова і наші думи.</w:t>
      </w:r>
    </w:p>
    <w:p>
      <w:r>
        <w:br/>
        <w:t>Як яйце, мій Гаявата&lt;br /&gt;</w:t>
        <w:br/>
        <w:t>Гітчі-Маніто накреслив;&lt;br /&gt;</w:t>
        <w:br/>
        <w:t>На яйці на тому цяти.&lt;br /&gt;</w:t>
        <w:br/>
        <w:t>Темні цяти означали</w:t>
      </w:r>
    </w:p>
    <w:p>
      <w:r>
        <w:br/>
        <w:t>Всі чотири вітри неба.&lt;br /&gt;</w:t>
        <w:br/>
        <w:t>"В світі скрізь Життя Владика",&lt;br /&gt;</w:t>
        <w:br/>
        <w:t>Визначав сей давній символ.</w:t>
      </w:r>
    </w:p>
    <w:p>
      <w:r>
        <w:br/>
        <w:t>Мітчі-Маніто могучий,&lt;br /&gt;</w:t>
        <w:br/>
        <w:t>Володар всіх Духів Злості,&lt;br /&gt;</w:t>
        <w:br/>
        <w:t>Був накреслений з ним поруч,&lt;br /&gt;</w:t>
        <w:br/>
        <w:t>Як великий змій, Кінебік.&lt;br /&gt;</w:t>
        <w:br/>
        <w:t>"Хоч плазує Дух сей Злості,&lt;br /&gt;</w:t>
        <w:br/>
        <w:t>Та меткий він і лукавий",—&lt;br /&gt;</w:t>
        <w:br/>
        <w:t>Визначав сей другий символ.&lt;br /&gt;</w:t>
        <w:br/>
        <w:t>Знак житгя — се білий обід,&lt;br /&gt;</w:t>
        <w:br/>
        <w:t>Гасло смерті — чорний обід.&lt;br /&gt;</w:t>
        <w:br/>
        <w:t>Далі йшли рисунки-знаки&lt;br /&gt;</w:t>
        <w:br/>
        <w:t>Неба, Місяця і Сонця,&lt;br /&gt;</w:t>
        <w:br/>
        <w:t>Вод, лісів і гір високих,&lt;br /&gt;</w:t>
        <w:br/>
        <w:t>І усіх істот, що землю,&lt;br /&gt;</w:t>
        <w:br/>
        <w:t>Землю й води заселяють.</w:t>
      </w:r>
    </w:p>
    <w:p>
      <w:r>
        <w:br/>
        <w:t>Рівну лінію провів він —&lt;br /&gt;</w:t>
        <w:br/>
        <w:t>Се земля широка. Обрій.&lt;br /&gt;</w:t>
        <w:br/>
        <w:t>Для небес — дугу над нею,&lt;br /&gt;</w:t>
        <w:br/>
        <w:t>Далі він поставив цяти&lt;br /&gt;</w:t>
        <w:br/>
        <w:t>Зліва, справа і над ними:&lt;br /&gt;</w:t>
        <w:br/>
        <w:t>Гасла цят: Схід, Захід, Південь.&lt;br /&gt;</w:t>
        <w:br/>
        <w:t>Біле поле під дугою&lt;br /&gt;</w:t>
        <w:br/>
        <w:t>День блискучий означало.&lt;br /&gt;</w:t>
        <w:br/>
        <w:t>Ніч же — зорі в осередку,&lt;br /&gt;</w:t>
        <w:br/>
        <w:t>А хвилясті смуги — хмари,&lt;br /&gt;</w:t>
        <w:br/>
        <w:t>Дощ, негоду, завірюху.</w:t>
      </w:r>
    </w:p>
    <w:p>
      <w:r>
        <w:br/>
        <w:t>Слід, що тягся до вігваму,&lt;br /&gt;</w:t>
        <w:br/>
        <w:t>Був емблемою запросин,&lt;br /&gt;</w:t>
        <w:br/>
        <w:t>Знаком дружнього бенкету,</w:t>
      </w:r>
    </w:p>
    <w:p>
      <w:r>
        <w:br/>
        <w:t>А криваві дужі руки,&lt;br /&gt;</w:t>
        <w:br/>
        <w:t>Грізно підняті угору,—&lt;br /&gt;</w:t>
        <w:br/>
        <w:t>Знаком гніву і погрози.</w:t>
      </w:r>
    </w:p>
    <w:p>
      <w:r>
        <w:br/>
        <w:t>Твір свій мудрий Гаявата&lt;br /&gt;</w:t>
        <w:br/>
        <w:t>Показав, скінчивши, людям,&lt;br /&gt;</w:t>
        <w:br/>
        <w:t>Розказав про зміст рисунків&lt;br /&gt;</w:t>
        <w:br/>
        <w:t>І промовив: "Подивіться!&lt;br /&gt;</w:t>
        <w:br/>
        <w:t>На могилах наших предків&lt;br /&gt;</w:t>
        <w:br/>
        <w:t>Знаків-символів немає.&lt;br /&gt;</w:t>
        <w:br/>
        <w:t>Так підіть і нарисуйте&lt;br /&gt;</w:t>
        <w:br/>
        <w:t>Кожний свій домовий символ,&lt;br /&gt;</w:t>
        <w:br/>
        <w:t>Давній, прадідівський Тотем,&lt;br /&gt;</w:t>
        <w:br/>
        <w:t>Щоб майбутні покоління&lt;br /&gt;</w:t>
        <w:br/>
        <w:t>Знаки легко розрізняли".</w:t>
      </w:r>
    </w:p>
    <w:p>
      <w:r>
        <w:br/>
        <w:t>І на стовпчиках могильних&lt;br /&gt;</w:t>
        <w:br/>
        <w:t>Всі тоді нарисували&lt;br /&gt;</w:t>
        <w:br/>
        <w:t>Кожний — свій домовий Тотем,&lt;br /&gt;</w:t>
        <w:br/>
        <w:t>Кожний — свій родинний символ:&lt;br /&gt;</w:t>
        <w:br/>
        <w:t>Журавля, Бобра, Ведмедя,&lt;br /&gt;</w:t>
        <w:br/>
        <w:t>Черепаху і Оленя.&lt;br /&gt;</w:t>
        <w:br/>
        <w:t>Се показувало людям,&lt;br /&gt;</w:t>
        <w:br/>
        <w:t>Що під стовпчиком могильним&lt;br /&gt;</w:t>
        <w:br/>
        <w:t>Спочиває предок роду.</w:t>
      </w:r>
    </w:p>
    <w:p>
      <w:r>
        <w:br/>
        <w:t>А пророки — Джосакіди,&lt;br /&gt;</w:t>
        <w:br/>
        <w:t>Характерники — Вебіни,&lt;br /&gt;</w:t>
        <w:br/>
        <w:t>Лікарі, стрільці-мисливці —&lt;br /&gt;</w:t>
        <w:br/>
        <w:t>Всі багато написали&lt;br /&gt;</w:t>
        <w:br/>
        <w:t>Різних знаків і рисунків,&lt;br /&gt;</w:t>
        <w:br/>
        <w:t>Різнобарвних і таємних,&lt;br /&gt;</w:t>
        <w:br/>
        <w:t>Для своїх великих гімнів:&lt;br /&gt;</w:t>
        <w:br/>
        <w:t>Кожний був з глибоким змістом,&lt;br /&gt;</w:t>
        <w:br/>
        <w:t>Кожний символом був пісні.</w:t>
      </w:r>
    </w:p>
    <w:p>
      <w:r>
        <w:br/>
        <w:t>Ось Великий Сотворитель&lt;br /&gt;</w:t>
        <w:br/>
        <w:t>Ясно небо все осяяв,&lt;br /&gt;</w:t>
        <w:br/>
        <w:t>Ось Великий Змій, Кінебік,&lt;br /&gt;</w:t>
        <w:br/>
        <w:t>Вгору звів кривавий гребінь,&lt;br /&gt;</w:t>
        <w:br/>
        <w:t>В'ється й дивиться на небо.&lt;br /&gt;</w:t>
        <w:br/>
        <w:t>Поруч з бабою — високий&lt;br /&gt;</w:t>
        <w:br/>
        <w:t>Журавель, Орел і Пугач.&lt;br /&gt;</w:t>
        <w:br/>
        <w:t>Ось покарані проходять&lt;br /&gt;</w:t>
        <w:br/>
        <w:t>Без голів по небу люде,&lt;br /&gt;</w:t>
        <w:br/>
        <w:t>Вояків могучих трупи —&lt;br /&gt;</w:t>
        <w:br/>
        <w:t>Кожний пройнятий стрілою.&lt;br /&gt;</w:t>
        <w:br/>
        <w:t>Ось знялися грізно вгору&lt;br /&gt;</w:t>
        <w:br/>
        <w:t>Руки смерті в плямах крові,&lt;br /&gt;</w:t>
        <w:br/>
        <w:t>І могили, і герої,&lt;br /&gt;</w:t>
        <w:br/>
        <w:t>Що в обійми захопили&lt;br /&gt;</w:t>
        <w:br/>
        <w:t>Небеса і землю разом.</w:t>
      </w:r>
    </w:p>
    <w:p>
      <w:r>
        <w:br/>
        <w:t>Ось такі були рисунки&lt;br /&gt;</w:t>
        <w:br/>
        <w:t>На корі і білій шкірі.&lt;br /&gt;</w:t>
        <w:br/>
        <w:t>Гімни бою, полювання,&lt;br /&gt;</w:t>
        <w:br/>
        <w:t>Чарівництва і лічіння —&lt;br /&gt;</w:t>
        <w:br/>
        <w:t>Все рисунок власний мало.</w:t>
      </w:r>
    </w:p>
    <w:p>
      <w:r>
        <w:br/>
        <w:t>Гімн кохання, міць якого&lt;br /&gt;</w:t>
        <w:br/>
        <w:t>Дужча чар усіх на світі,&lt;br /&gt;</w:t>
        <w:br/>
        <w:t>Дужча ліків і закляття&lt;br /&gt;</w:t>
        <w:br/>
        <w:t>І страшніш боїв кривавих,&lt;br /&gt;</w:t>
        <w:br/>
        <w:t>Теж не був забутий ними,&lt;br /&gt;</w:t>
        <w:br/>
        <w:t>Ось як в символах і знаках&lt;br /&gt;</w:t>
        <w:br/>
        <w:t>Виявлявся гімн кохання.</w:t>
      </w:r>
    </w:p>
    <w:p>
      <w:r>
        <w:br/>
        <w:t>Намальований червоним&lt;br /&gt;</w:t>
        <w:br/>
        <w:t>Молодий юнак, музика,</w:t>
      </w:r>
    </w:p>
    <w:p>
      <w:r>
        <w:br/>
        <w:t>Молодий, палкий, завзятий...&lt;br /&gt;</w:t>
        <w:br/>
        <w:t>Зміст такий: "Я маю владу,&lt;br /&gt;</w:t>
        <w:br/>
        <w:t>Дивну силу над жінками".</w:t>
      </w:r>
    </w:p>
    <w:p>
      <w:r>
        <w:br/>
        <w:t>Далі — він співає, грає&lt;br /&gt;</w:t>
        <w:br/>
        <w:t>І в руках тримає бубон —&lt;br /&gt;</w:t>
        <w:br/>
        <w:t>Означає: "Слухай, слухай,&lt;br /&gt;</w:t>
        <w:br/>
        <w:t>Се гримить мій дужий голос!"</w:t>
      </w:r>
    </w:p>
    <w:p>
      <w:r>
        <w:br/>
        <w:t>Далі — та ж юнацька постать&lt;br /&gt;</w:t>
        <w:br/>
        <w:t>Під покрівлею вігваму;&lt;br /&gt;</w:t>
        <w:br/>
        <w:t>Зміст такий: "Я буду з нею:&lt;br /&gt;</w:t>
        <w:br/>
        <w:t>Для жаги дороги вільні!"</w:t>
      </w:r>
    </w:p>
    <w:p>
      <w:r>
        <w:br/>
        <w:t>Далі парубок за руку&lt;br /&gt;</w:t>
        <w:br/>
        <w:t>Міцно дівчину тримає,&lt;br /&gt;</w:t>
        <w:br/>
        <w:t>Міцно стис він любій руку.&lt;br /&gt;</w:t>
        <w:br/>
        <w:t>"Все твоє я бачу серце,&lt;br /&gt;</w:t>
        <w:br/>
        <w:t>Твій рум'янець соромливий!" —&lt;br /&gt;</w:t>
        <w:br/>
        <w:t>Ось про що казав сей символ.</w:t>
      </w:r>
    </w:p>
    <w:p>
      <w:r>
        <w:br/>
        <w:t>Далі — дівчина на морі,&lt;br /&gt;</w:t>
        <w:br/>
        <w:t>На шматку землі у морі...&lt;br /&gt;</w:t>
        <w:br/>
        <w:t>Зміст такий сього рисунка:&lt;br /&gt;</w:t>
        <w:br/>
        <w:t>"Хай далеко ти, мій милий,&lt;br /&gt;</w:t>
        <w:br/>
        <w:t>Хай нас море поділяє,&lt;br /&gt;</w:t>
        <w:br/>
        <w:t>Та жаги, мого кохання&lt;br /&gt;</w:t>
        <w:br/>
        <w:t>В'ються чари над тобою".</w:t>
      </w:r>
    </w:p>
    <w:p>
      <w:r>
        <w:br/>
        <w:t>Далі — дівчина заснула,&lt;br /&gt;</w:t>
        <w:br/>
        <w:t>А над нею хтось схилився,&lt;br /&gt;</w:t>
        <w:br/>
        <w:t>Хтось, закоханий, шепоче:&lt;br /&gt;</w:t>
        <w:br/>
        <w:t>"Хоч далеко ти, кохана,&lt;br /&gt;</w:t>
        <w:br/>
        <w:t>В Царстві Сну, в Краю Мовчання,&lt;br /&gt;</w:t>
        <w:br/>
        <w:t>Але ти мій голос чуєш!"</w:t>
      </w:r>
    </w:p>
    <w:p>
      <w:r>
        <w:br/>
        <w:t>Ще останній був рисунок:&lt;br /&gt;</w:t>
        <w:br/>
        <w:t>Серце в самім осередку&lt;br /&gt;</w:t>
        <w:br/>
        <w:t>Завороженого кола.&lt;br /&gt;</w:t>
        <w:br/>
        <w:t>"Вся душа твоя і серце&lt;br /&gt;</w:t>
        <w:br/>
        <w:t>Розчинилися для мене!" —&lt;br /&gt;</w:t>
        <w:br/>
        <w:t>Ось про що казав сей символ.</w:t>
      </w:r>
    </w:p>
    <w:p>
      <w:r>
        <w:br/>
        <w:t>Так в своїх турботах мудрих&lt;br /&gt;</w:t>
        <w:br/>
        <w:t>За народ свій — Гаявата&lt;br /&gt;</w:t>
        <w:br/>
        <w:t>Научив його мистецтва,&lt;br /&gt;</w:t>
        <w:br/>
        <w:t>Мальовництва і письменства,&lt;br /&gt;</w:t>
        <w:br/>
        <w:t>То на бересті, на шкірі,&lt;br /&gt;</w:t>
        <w:br/>
        <w:t>То на стовпчиках могильних.</w:t>
      </w:r>
    </w:p>
    <w:p>
      <w:r>
        <w:br/>
        <w:t>XV</w:t>
      </w:r>
    </w:p>
    <w:p>
      <w:r>
        <w:br/>
        <w:t>ПЛАЧ ГАЯВАТИ</w:t>
      </w:r>
    </w:p>
    <w:p>
      <w:r>
        <w:br/>
        <w:t>Побратимство Гаявати&lt;br /&gt;</w:t>
        <w:br/>
        <w:t>З Чайбаябосом прекрасним&lt;br /&gt;</w:t>
        <w:br/>
        <w:t>І його велика мудрість&lt;br /&gt;</w:t>
        <w:br/>
        <w:t>Налякали Темних Духів,&lt;br /&gt;</w:t>
        <w:br/>
        <w:t>І вони зробили вкупі&lt;br /&gt;</w:t>
        <w:br/>
        <w:t>Проти них лукаву змову.</w:t>
      </w:r>
    </w:p>
    <w:p>
      <w:r>
        <w:br/>
        <w:t>Обережний Гаявата&lt;br /&gt;</w:t>
        <w:br/>
        <w:t>Каже другові, бувало:&lt;br /&gt;</w:t>
        <w:br/>
        <w:t>"Брате! Завжди будь зі мною!&lt;br /&gt;</w:t>
        <w:br/>
        <w:t>Стережися Темних Духів!"&lt;br /&gt;</w:t>
        <w:br/>
        <w:t>Та безжурний Чайбаябос&lt;br /&gt;</w:t>
        <w:br/>
        <w:t>Тільки весело сміявся,&lt;br /&gt;</w:t>
        <w:br/>
        <w:t>Тільки ніжно усміхався.&lt;br /&gt;</w:t>
        <w:br/>
        <w:t>"Не турбуйся, брате милий,&lt;br /&gt;</w:t>
        <w:br/>
        <w:t>Чи ж страшні вони для мене?!"&lt;br /&gt;</w:t>
        <w:br/>
        <w:t>Говорив він Гаяваті.</w:t>
      </w:r>
    </w:p>
    <w:p>
      <w:r>
        <w:br/>
        <w:t>Раз, коли Велике Море&lt;br /&gt;</w:t>
        <w:br/>
        <w:t>Вже покрила крига синя&lt;br /&gt;</w:t>
        <w:br/>
        <w:t>І свистіла завірюха&lt;br /&gt;</w:t>
        <w:br/>
        <w:t>В почорнілім листі дуба,&lt;br /&gt;</w:t>
        <w:br/>
        <w:t>Обсипала снігом сосни,&lt;br /&gt;</w:t>
        <w:br/>
        <w:t>І вони в снігу стояли,&lt;br /&gt;</w:t>
        <w:br/>
        <w:t>Мов чиїсь вігвами білі,&lt;br /&gt;</w:t>
        <w:br/>
        <w:t>Чайбаябос необачний&lt;br /&gt;</w:t>
        <w:br/>
        <w:t>Не послухав Гаявати,&lt;br /&gt;</w:t>
        <w:br/>
        <w:t>Не злякавсь лукавих Духів,&lt;br /&gt;</w:t>
        <w:br/>
        <w:t>Взяв спокійно лука, лижі&lt;br /&gt;</w:t>
        <w:br/>
        <w:t>І пішов на полювання.</w:t>
      </w:r>
    </w:p>
    <w:p>
      <w:r>
        <w:br/>
        <w:t>Як стріла, олень рогатий&lt;br /&gt;</w:t>
        <w:br/>
        <w:t>Вдалечінь летів по морю;&lt;br /&gt;</w:t>
        <w:br/>
        <w:t>З вітром, снігом, наче буря,&lt;br /&gt;</w:t>
        <w:br/>
        <w:t>Гнавсь відважний Чайбаябос,&lt;br /&gt;</w:t>
        <w:br/>
        <w:t>І в захопленні забув він&lt;br /&gt;</w:t>
        <w:br/>
        <w:t>Всі поради Гаявати.</w:t>
      </w:r>
    </w:p>
    <w:p>
      <w:r>
        <w:br/>
        <w:t>А в воді сиділи Духи,&lt;br /&gt;</w:t>
        <w:br/>
        <w:t>Чайбаябоса чекали,&lt;br /&gt;</w:t>
        <w:br/>
        <w:t>Підломили нишком кригу,&lt;br /&gt;</w:t>
        <w:br/>
        <w:t>Затягли співця в безодню,&lt;br /&gt;</w:t>
        <w:br/>
        <w:t>Поховали під водою.&lt;br /&gt;</w:t>
        <w:br/>
        <w:t>Енктагі, Владика Моря,&lt;br /&gt;</w:t>
        <w:br/>
        <w:t>Віроломний бог Дакотів,&lt;br /&gt;</w:t>
        <w:br/>
        <w:t>Утопив його і кинув&lt;br /&gt;</w:t>
        <w:br/>
        <w:t>У могилу Гітчі-Гюмі.&lt;br /&gt;</w:t>
        <w:br/>
        <w:t>І вжахнувся Гаявата —&lt;br /&gt;</w:t>
        <w:br/>
        <w:t>І з таким відчаєм крикнув,&lt;br /&gt;</w:t>
        <w:br/>
        <w:t>Що від болю, що від жаху&lt;br /&gt;</w:t>
        <w:br/>
        <w:t>На лугах вовки завили,</w:t>
      </w:r>
    </w:p>
    <w:p>
      <w:r>
        <w:br/>
        <w:t>Стрепенулися бізони,&lt;br /&gt;</w:t>
        <w:br/>
        <w:t>І луна громів на горах&lt;br /&gt;</w:t>
        <w:br/>
        <w:t>Розкотилася:"Бем-вава!"</w:t>
      </w:r>
    </w:p>
    <w:p>
      <w:r>
        <w:br/>
        <w:t>І в жалобі Гаявата&lt;br /&gt;</w:t>
        <w:br/>
        <w:t>Почорнив і лоб, і щоки,&lt;br /&gt;</w:t>
        <w:br/>
        <w:t>Плащ на голову накинув,&lt;br /&gt;</w:t>
        <w:br/>
        <w:t>І в вігвамі сім аж тижнів&lt;br /&gt;</w:t>
        <w:br/>
        <w:t>Він просидів і проплакав,&lt;br /&gt;</w:t>
        <w:br/>
        <w:t>І усе казав, і скарживсь:</w:t>
      </w:r>
    </w:p>
    <w:p>
      <w:r>
        <w:br/>
        <w:t>"Він умер, він згинув, ніжний,&lt;br /&gt;</w:t>
        <w:br/>
        <w:t>Незрівнянний, Чайбаябос!&lt;br /&gt;</w:t>
        <w:br/>
        <w:t>Він покинув нас навіки,&lt;br /&gt;</w:t>
        <w:br/>
        <w:t>Він пішов в той край, де ллються&lt;br /&gt;</w:t>
        <w:br/>
        <w:t>Неземні — небесні співи!..&lt;br /&gt;</w:t>
        <w:br/>
        <w:t>Чайбаябосе, мій брате!"</w:t>
      </w:r>
    </w:p>
    <w:p>
      <w:r>
        <w:br/>
        <w:t>І засмучені смереки&lt;br /&gt;</w:t>
        <w:br/>
        <w:t>Тихо маяли гілками,&lt;br /&gt;</w:t>
        <w:br/>
        <w:t>Тихо віяли смутними&lt;br /&gt;</w:t>
        <w:br/>
        <w:t>Над вігвамом Гаявати&lt;br /&gt;</w:t>
        <w:br/>
        <w:t>І зітхали, і журились,&lt;br /&gt;</w:t>
        <w:br/>
        <w:t>Розважаючи смутного.</w:t>
      </w:r>
    </w:p>
    <w:p>
      <w:r>
        <w:br/>
        <w:t>І весна прийшла, і довго&lt;br /&gt;</w:t>
        <w:br/>
        <w:t>Ждали все гаї зелені —&lt;br /&gt;</w:t>
        <w:br/>
        <w:t>Чи не прийде Чайбаябос?&lt;br /&gt;</w:t>
        <w:br/>
        <w:t>І зітхали очерети,&lt;br /&gt;</w:t>
        <w:br/>
        <w:t>І зітхав з ним Сібовіша.</w:t>
      </w:r>
    </w:p>
    <w:p>
      <w:r>
        <w:br/>
        <w:t>І Овейса синьоперий&lt;br /&gt;</w:t>
        <w:br/>
        <w:t>На деревах все виводив:&lt;br /&gt;</w:t>
        <w:br/>
        <w:t>"Чайбаябос! Чайбаябос!"&lt;br /&gt;</w:t>
        <w:br/>
        <w:t>Він покинув нас навіки!"</w:t>
      </w:r>
    </w:p>
    <w:p>
      <w:r>
        <w:br/>
        <w:t>І Опечі на вігвамі&lt;br /&gt;</w:t>
        <w:br/>
        <w:t>Щебетав, кричав і плакав:&lt;br /&gt;</w:t>
        <w:br/>
        <w:t>"Чайбаябос, Чайбаябос!&lt;br /&gt;</w:t>
        <w:br/>
        <w:t>Він покинув нас навіки!"</w:t>
      </w:r>
    </w:p>
    <w:p>
      <w:r>
        <w:br/>
        <w:t>А у лісі серед ночі&lt;br /&gt;</w:t>
        <w:br/>
        <w:t>Розлягався Вавонейси&lt;br /&gt;</w:t>
        <w:br/>
        <w:t>Голос журний і скорботний:&lt;br /&gt;</w:t>
        <w:br/>
        <w:t>"Чайбаябос! Чайбаябос!&lt;br /&gt;</w:t>
        <w:br/>
        <w:t>Він покинув нас навіки,&lt;br /&gt;</w:t>
        <w:br/>
        <w:t>Наш музика незрівнянний!"</w:t>
      </w:r>
    </w:p>
    <w:p>
      <w:r>
        <w:br/>
        <w:t>І тоді зібрались Міди,&lt;br /&gt;</w:t>
        <w:br/>
        <w:t>Джосакіди і Вебіни,&lt;br /&gt;</w:t>
        <w:br/>
        <w:t>І, у лісі збудувавши&lt;br /&gt;</w:t>
        <w:br/>
        <w:t>Поблизу від Гаявати&lt;br /&gt;</w:t>
        <w:br/>
        <w:t>Свій святий Вігвам Таємний,&lt;br /&gt;</w:t>
        <w:br/>
        <w:t>Мовчки,тихо і велично&lt;br /&gt;</w:t>
        <w:br/>
        <w:t>Всі пішли до Гаявати,&lt;br /&gt;</w:t>
        <w:br/>
        <w:t>І взяли мішки з собою —&lt;br /&gt;</w:t>
        <w:br/>
        <w:t>Шкури видрові, боброві,&lt;br /&gt;</w:t>
        <w:br/>
        <w:t>Шкури, повні трав, коріння&lt;br /&gt;</w:t>
        <w:br/>
        <w:t>Від усякої недуги.</w:t>
      </w:r>
    </w:p>
    <w:p>
      <w:r>
        <w:br/>
        <w:t>І почув їх Гаявата,&lt;br /&gt;</w:t>
        <w:br/>
        <w:t>І покинув звати друга,&lt;br /&gt;</w:t>
        <w:br/>
        <w:t>Перестав стогнати тяжко.&lt;br /&gt;</w:t>
        <w:br/>
        <w:t>Він ні слова не сказав їм,&lt;br /&gt;</w:t>
        <w:br/>
        <w:t>Тільки плащ з очей відкинув,&lt;br /&gt;</w:t>
        <w:br/>
        <w:t>Змив з обличчя фарби смутку,&lt;br /&gt;</w:t>
        <w:br/>
        <w:t>Змив в глибокому мовчанні&lt;br /&gt;</w:t>
        <w:br/>
        <w:t>І пішов за ними тихо&lt;br /&gt;</w:t>
        <w:br/>
        <w:t>До Таємного Вігваму.</w:t>
      </w:r>
    </w:p>
    <w:p>
      <w:r>
        <w:br/>
        <w:t>Там йому давали пити&lt;br /&gt;</w:t>
        <w:br/>
        <w:t>Начаровані настойки&lt;br /&gt;</w:t>
        <w:br/>
        <w:t>Із коріння, з трав цілющих:&lt;br /&gt;</w:t>
        <w:br/>
        <w:t>Нама-Веск — настойку з м'яти&lt;br /&gt;</w:t>
        <w:br/>
        <w:t>І Вебіно-Веск — з свиріпи.&lt;br /&gt;</w:t>
        <w:br/>
        <w:t>Там над ним забили в бубни&lt;br /&gt;</w:t>
        <w:br/>
        <w:t>І закляття заспівали,&lt;br /&gt;</w:t>
        <w:br/>
        <w:t>Заспівали дивну пісню:</w:t>
      </w:r>
    </w:p>
    <w:p>
      <w:r>
        <w:br/>
        <w:t>"Ось я сам, я сам з тобою,&lt;br /&gt;</w:t>
        <w:br/>
        <w:t>Я, Орел могучий, сивий,&lt;br /&gt;</w:t>
        <w:br/>
        <w:t>Гей, збирайтесь і вважайте,&lt;br /&gt;</w:t>
        <w:br/>
        <w:t>Всі ворони білопері!&lt;br /&gt;</w:t>
        <w:br/>
        <w:t>Грім мені допомагає!&lt;br /&gt;</w:t>
        <w:br/>
        <w:t>Дух мені допомагає!&lt;br /&gt;</w:t>
        <w:br/>
        <w:t>Скрізь їх кликання я чую,&lt;br /&gt;</w:t>
        <w:br/>
        <w:t>Голоси їх чую в небі!&lt;br /&gt;</w:t>
        <w:br/>
        <w:t>Брате, встань! Одужай, хворий!&lt;br /&gt;</w:t>
        <w:br/>
        <w:t>Стань здоровий, Гаявато!"</w:t>
      </w:r>
    </w:p>
    <w:p>
      <w:r>
        <w:br/>
        <w:t>"Гі-о-га!" — весь гурт озвався,&lt;br /&gt;</w:t>
        <w:br/>
        <w:t>"Ве-га-ве!" — весь гурт чудесний.</w:t>
      </w:r>
    </w:p>
    <w:p>
      <w:r>
        <w:br/>
        <w:t>"Друзі всі мої! Всі змії!&lt;br /&gt;</w:t>
        <w:br/>
        <w:t>Слухай — шкіру соколину&lt;br /&gt;</w:t>
        <w:br/>
        <w:t>Потрощу над головою!&lt;br /&gt;</w:t>
        <w:br/>
        <w:t>Манг, норець... тебе уб'ю я,&lt;br /&gt;</w:t>
        <w:br/>
        <w:t>Проколю стрілою серце!&lt;br /&gt;</w:t>
        <w:br/>
        <w:t>Брате, встань! Одужай, хворий!&lt;br /&gt;</w:t>
        <w:br/>
        <w:t>Будь здоровий, Гаявато!"</w:t>
      </w:r>
    </w:p>
    <w:p>
      <w:r>
        <w:br/>
        <w:t>"Гі-о-га!" — весь гурт озвався,&lt;br /&gt;</w:t>
        <w:br/>
        <w:t>"Ве-га-ве!" — весь гурт чудесний.</w:t>
      </w:r>
    </w:p>
    <w:p>
      <w:r>
        <w:br/>
        <w:t>"Ось я, ось Пророк Великий!&lt;br /&gt;</w:t>
        <w:br/>
        <w:t>Говорю — і весь трясеться&lt;br /&gt;</w:t>
        <w:br/>
        <w:t>Мій вігвам, Вігвам Таємний!</w:t>
      </w:r>
    </w:p>
    <w:p>
      <w:r>
        <w:br/>
        <w:t>А іду — і небо гнеться,&lt;br /&gt;</w:t>
        <w:br/>
        <w:t>І хвилює підо мною!&lt;br /&gt;</w:t>
        <w:br/>
        <w:t>Брате, встань! Одужай, хворий!&lt;br /&gt;</w:t>
        <w:br/>
        <w:t>Говори, о Гаявато!"</w:t>
      </w:r>
    </w:p>
    <w:p>
      <w:r>
        <w:br/>
        <w:t>"Гі-о-га!" — весь гурт озвався,&lt;br /&gt;</w:t>
        <w:br/>
        <w:t>"Ве-га-ве!" — весь гурт чудесний.</w:t>
      </w:r>
    </w:p>
    <w:p>
      <w:r>
        <w:br/>
        <w:t>Потім, трусячи мішками,&lt;br /&gt;</w:t>
        <w:br/>
        <w:t>Танцювали танець Мідів&lt;br /&gt;</w:t>
        <w:br/>
        <w:t>Круг слабого Гаявати,—&lt;br /&gt;</w:t>
        <w:br/>
        <w:t>І схопивсь він, стрепенувся,&lt;br /&gt;</w:t>
        <w:br/>
        <w:t>Ізцілився від недуги,&lt;br /&gt;</w:t>
        <w:br/>
        <w:t>Від страшного болю-туги.</w:t>
      </w:r>
    </w:p>
    <w:p>
      <w:r>
        <w:br/>
        <w:t>Як пливе весною крига,&lt;br /&gt;</w:t>
        <w:br/>
        <w:t>Пропливали дні журливі.&lt;br /&gt;</w:t>
        <w:br/>
        <w:t>Як тікають з неба хмари,&lt;br /&gt;</w:t>
        <w:br/>
        <w:t>Розбігались думи чорні.</w:t>
      </w:r>
    </w:p>
    <w:p>
      <w:r>
        <w:br/>
        <w:t>Далі друга Гаявати&lt;br /&gt;</w:t>
        <w:br/>
        <w:t>Чайбаябоса все звали,&lt;br /&gt;</w:t>
        <w:br/>
        <w:t>Щоб устав він із могили&lt;br /&gt;</w:t>
        <w:br/>
        <w:t>І Велике Море кинув.&lt;br /&gt;</w:t>
        <w:br/>
        <w:t>І були остільки дужі&lt;br /&gt;</w:t>
        <w:br/>
        <w:t>їх закляття, проклинання,&lt;br /&gt;</w:t>
        <w:br/>
        <w:t>Що почув їх Чайбаябос&lt;br /&gt;</w:t>
        <w:br/>
        <w:t>І в безодні Гітчі-Гюмі.&lt;br /&gt;</w:t>
        <w:br/>
        <w:t>Із пісків він встав і слухав&lt;br /&gt;</w:t>
        <w:br/>
        <w:t>Звуки бубнів, співи гімнів,&lt;br /&gt;</w:t>
        <w:br/>
        <w:t>І не зміг — прийшов на голос&lt;br /&gt;</w:t>
        <w:br/>
        <w:t>До самих дверей вігваму.</w:t>
      </w:r>
    </w:p>
    <w:p>
      <w:r>
        <w:br/>
        <w:t>Там йому в щілину дверну&lt;br /&gt;</w:t>
        <w:br/>
        <w:t>Багаття дали у руки&lt;br /&gt;</w:t>
        <w:br/>
        <w:t>І владикою назвали</w:t>
      </w:r>
    </w:p>
    <w:p>
      <w:r>
        <w:br/>
        <w:t>В царстві мертвих, в царстві духів.&lt;br /&gt;</w:t>
        <w:br/>
        <w:t>І звеліли, попрощавшись,&lt;br /&gt;</w:t>
        <w:br/>
        <w:t>Класти огнища для мертвих&lt;br /&gt;</w:t>
        <w:br/>
        <w:t>Для сумної їх ночівлі&lt;br /&gt;</w:t>
        <w:br/>
        <w:t>По дорозі в Край Поніма.&lt;br /&gt;</w:t>
        <w:br/>
        <w:t>Від села, вігвамів рідних,&lt;br /&gt;</w:t>
        <w:br/>
        <w:t>Від близьких і любих серцю,&lt;br /&gt;</w:t>
        <w:br/>
        <w:t>По зелених нетрях лісу,&lt;br /&gt;</w:t>
        <w:br/>
        <w:t>Як димок, як тінь, як хмарка,&lt;br /&gt;</w:t>
        <w:br/>
        <w:t>Плив-відходив Чайбаябос.</w:t>
      </w:r>
    </w:p>
    <w:p>
      <w:r>
        <w:br/>
        <w:t>Де торкався об дерева,—&lt;br /&gt;</w:t>
        <w:br/>
        <w:t>Не гойдалися дерева,&lt;br /&gt;</w:t>
        <w:br/>
        <w:t>Де ступав — трава не м'ялась,&lt;br /&gt;</w:t>
        <w:br/>
        <w:t>Не шуміла під ногами.&lt;br /&gt;</w:t>
        <w:br/>
        <w:t>Так чотири дні і ночі&lt;br /&gt;</w:t>
        <w:br/>
        <w:t>Йшов він тихою ходою&lt;br /&gt;</w:t>
        <w:br/>
        <w:t>По дорозі всіх покійних.</w:t>
      </w:r>
    </w:p>
    <w:p>
      <w:r>
        <w:br/>
        <w:t>А коли приходив голод,&lt;br /&gt;</w:t>
        <w:br/>
        <w:t>їв суниці — їжу мертвих.&lt;br /&gt;</w:t>
        <w:br/>
        <w:t>Через їх журливу річку&lt;br /&gt;</w:t>
        <w:br/>
        <w:t>Переправився на дубі,&lt;br /&gt;</w:t>
        <w:br/>
        <w:t>І на човні кам'яному&lt;br /&gt;</w:t>
        <w:br/>
        <w:t>По озерах срібних плив він,&lt;br /&gt;</w:t>
        <w:br/>
        <w:t>Доки в Селища Блаженних,</w:t>
      </w:r>
    </w:p>
    <w:p>
      <w:r>
        <w:br/>
        <w:t>В царство духів, в царство тіней&lt;br /&gt;</w:t>
        <w:br/>
        <w:t>Не прибила його хвиля.</w:t>
      </w:r>
    </w:p>
    <w:p>
      <w:r>
        <w:br/>
        <w:t>По дорозі він багато&lt;br /&gt;</w:t>
        <w:br/>
        <w:t>Бачив духів, що згинались&lt;br /&gt;</w:t>
        <w:br/>
        <w:t>Під поклажею важкою,&lt;br /&gt;</w:t>
        <w:br/>
        <w:t>Під вагою зброї, вбрання&lt;br /&gt;</w:t>
        <w:br/>
        <w:t>І важких горшків з харчами,&lt;br /&gt;</w:t>
        <w:br/>
        <w:t>Що їм з дому надавали&lt;br /&gt;</w:t>
        <w:br/>
        <w:t>На дорогу в Край Поніма.</w:t>
      </w:r>
    </w:p>
    <w:p>
      <w:r>
        <w:br/>
        <w:t>Гірко скаржилися тіні:&lt;br /&gt;</w:t>
        <w:br/>
        <w:t>"Ах, живі на нас навіщо&lt;br /&gt;</w:t>
        <w:br/>
        <w:t>Накладають сю тяготу?!&lt;br /&gt;</w:t>
        <w:br/>
        <w:t>Краще б голими пішли ми,&lt;br /&gt;</w:t>
        <w:br/>
        <w:t>Краще б голод ми терпіли,&lt;br /&gt;</w:t>
        <w:br/>
        <w:t>Ніж нести тягар і гнутись,—&lt;br /&gt;</w:t>
        <w:br/>
        <w:t>Вкрай нас змучила дорога".</w:t>
      </w:r>
    </w:p>
    <w:p>
      <w:r>
        <w:br/>
        <w:t>Гаявата ж мій надовго&lt;br /&gt;</w:t>
        <w:br/>
        <w:t>Рідний свій вігвам покинув,&lt;br /&gt;</w:t>
        <w:br/>
        <w:t>Він на Схід пішов, на Захід&lt;br /&gt;</w:t>
        <w:br/>
        <w:t>І народ учив вживати&lt;br /&gt;</w:t>
        <w:br/>
        <w:t>Трав цілющих при недугах.&lt;br /&gt;</w:t>
        <w:br/>
        <w:t>Так довідалися люде,&lt;br /&gt;</w:t>
        <w:br/>
        <w:t>Так уперше всі пізнали&lt;br /&gt;</w:t>
        <w:br/>
        <w:t>Дивні тайни лікування.</w:t>
      </w:r>
    </w:p>
    <w:p>
      <w:r>
        <w:br/>
        <w:t>XVI</w:t>
      </w:r>
    </w:p>
    <w:p>
      <w:r>
        <w:br/>
        <w:t>ПО-ПОК-КІВІС</w:t>
      </w:r>
    </w:p>
    <w:p>
      <w:r>
        <w:br/>
        <w:t>А тепер я заспіваю,&lt;br /&gt;</w:t>
        <w:br/>
        <w:t>Як вродливий По-Пок-Ківіс&lt;br /&gt;</w:t>
        <w:br/>
        <w:t>Баламут і Єнадізі,&lt;br /&gt;</w:t>
        <w:br/>
        <w:t>Раз усе село обурив.&lt;br /&gt;</w:t>
        <w:br/>
        <w:t>Як він спасся випадково,&lt;br /&gt;</w:t>
        <w:br/>
        <w:t>Як тікав від Гаявати&lt;br /&gt;</w:t>
        <w:br/>
        <w:t>І який кінець, нарешті,&lt;br /&gt;</w:t>
        <w:br/>
        <w:t>Був пригодою і чудом.</w:t>
      </w:r>
    </w:p>
    <w:p>
      <w:r>
        <w:br/>
        <w:t>Там, де ллється Гітчі-Гюмі,&lt;br /&gt;</w:t>
        <w:br/>
        <w:t>Де шумить Велике Море,&lt;br /&gt;</w:t>
        <w:br/>
        <w:t>На піщанім Него-Воджу&lt;br /&gt;</w:t>
        <w:br/>
        <w:t>Жив вродливий По-Пок-Ківіс.&lt;br /&gt;</w:t>
        <w:br/>
        <w:t>На весіллі Гаявати&lt;br /&gt;</w:t>
        <w:br/>
        <w:t>Він се так шалено й дико&lt;br /&gt;</w:t>
        <w:br/>
        <w:t>Танцював під звуки флейти&lt;br /&gt;</w:t>
        <w:br/>
        <w:t>І так в танці розійшовся,</w:t>
      </w:r>
    </w:p>
    <w:p>
      <w:r>
        <w:br/>
        <w:t>Що лягав пісок шпилями,&lt;br /&gt;</w:t>
        <w:br/>
        <w:t>Наче хвилі в Гітчі-Гюмі.&lt;br /&gt;</w:t>
        <w:br/>
        <w:t>Занудившись від гулянки,&lt;br /&gt;</w:t>
        <w:br/>
        <w:t>Вийшов раз він із вігваму&lt;br /&gt;</w:t>
        <w:br/>
        <w:t>І пішов до Ягу прямо,&lt;br /&gt;</w:t>
        <w:br/>
        <w:t>До його пішов вігваму,&lt;br /&gt;</w:t>
        <w:br/>
        <w:t>Де зібралася вся молодь,&lt;br /&gt;</w:t>
        <w:br/>
        <w:t>Щоб казки-байки послухать.</w:t>
      </w:r>
    </w:p>
    <w:p>
      <w:r>
        <w:br/>
        <w:t>А старий в той час присутніх&lt;br /&gt;</w:t>
        <w:br/>
        <w:t>Забавляв оповіданням&lt;br /&gt;</w:t>
        <w:br/>
        <w:t>Про Оджиго — про куницю.&lt;br /&gt;</w:t>
        <w:br/>
        <w:t>Як вона пробила небо,&lt;br /&gt;</w:t>
        <w:br/>
        <w:t>Як вона, на небо злізши,&lt;br /&gt;</w:t>
        <w:br/>
        <w:t>Літо випустила з нього,&lt;br /&gt;</w:t>
        <w:br/>
        <w:t>Як попереду хотіла&lt;br /&gt;</w:t>
        <w:br/>
        <w:t>Досягти сього і видра,&lt;br /&gt;</w:t>
        <w:br/>
        <w:t>Як борсук з бобром і риссю&lt;br /&gt;</w:t>
        <w:br/>
        <w:t>На верхів'я гір спинались,&lt;br /&gt;</w:t>
        <w:br/>
        <w:t>Бились головами в небо,&lt;br /&gt;</w:t>
        <w:br/>
        <w:t>Били лапами, та небо&lt;br /&gt;</w:t>
        <w:br/>
        <w:t>Тільки тріскалось над ними.&lt;br /&gt;</w:t>
        <w:br/>
        <w:t>Як відважилась, нарешті,&lt;br /&gt;</w:t>
        <w:br/>
        <w:t>І добилась росомаха.</w:t>
      </w:r>
    </w:p>
    <w:p>
      <w:r>
        <w:br/>
        <w:t>"Ось як плигне росомаха,—&lt;br /&gt;</w:t>
        <w:br/>
        <w:t>Говорив сусідам Ягу,—&lt;br /&gt;</w:t>
        <w:br/>
        <w:t>Як підскоче, а над нею&lt;br /&gt;</w:t>
        <w:br/>
        <w:t>Так все небо і надулось,&lt;br /&gt;</w:t>
        <w:br/>
        <w:t>Мов весною крига в річці!&lt;br /&gt;</w:t>
        <w:br/>
        <w:t>Як підскоче вона вдруге,&lt;br /&gt;</w:t>
        <w:br/>
        <w:t>Небо так і затріщало,&lt;br /&gt;</w:t>
        <w:br/>
        <w:t>Наче крига в повідь в річці.&lt;br /&gt;</w:t>
        <w:br/>
        <w:t>А підскочила утретє —</w:t>
      </w:r>
    </w:p>
    <w:p>
      <w:r>
        <w:br/>
        <w:t>На тріски розбила небо&lt;br /&gt;</w:t>
        <w:br/>
        <w:t>І мерщій туди! За нею&lt;br /&gt;</w:t>
        <w:br/>
        <w:t>І Оджиго за хвилину&lt;br /&gt;</w:t>
        <w:br/>
        <w:t>Опинилася на небі".</w:t>
      </w:r>
    </w:p>
    <w:p>
      <w:r>
        <w:br/>
        <w:t>"Слухай! — крикнув По-Пок-Ківіс&lt;br /&gt;</w:t>
        <w:br/>
        <w:t>На порозі у вігвамі,—&lt;br /&gt;</w:t>
        <w:br/>
        <w:t>Як казки сі вже обридли!&lt;br /&gt;</w:t>
        <w:br/>
        <w:t>Гірше мудрих заповітів&lt;br /&gt;</w:t>
        <w:br/>
        <w:t>І науки Гаявати.&lt;br /&gt;</w:t>
        <w:br/>
        <w:t>Ми що-небудь зараз краще&lt;br /&gt;</w:t>
        <w:br/>
        <w:t>Відшукаєм для розваги!"</w:t>
      </w:r>
    </w:p>
    <w:p>
      <w:r>
        <w:br/>
        <w:t>Тут розкрив він урочисто&lt;br /&gt;</w:t>
        <w:br/>
        <w:t>З шкури вовчої свій кошик&lt;br /&gt;</w:t>
        <w:br/>
        <w:t>І із нього вийняв чашу&lt;br /&gt;</w:t>
        <w:br/>
        <w:t>І фігури Погасена:&lt;br /&gt;</w:t>
        <w:br/>
        <w:t>Томагаук, Поггевогон,&lt;br /&gt;</w:t>
        <w:br/>
        <w:t>Невеличку рибу, КІП),&lt;br /&gt;</w:t>
        <w:br/>
        <w:t>Пішаки і дві гадюки,&lt;br /&gt;</w:t>
        <w:br/>
        <w:t>Трьох утяток і чотири&lt;br /&gt;</w:t>
        <w:br/>
        <w:t>Мідних диски, Озавобік.&lt;br /&gt;</w:t>
        <w:br/>
        <w:t>І фігури всі, крім дисків,&lt;br /&gt;</w:t>
        <w:br/>
        <w:t>Темних зверху, білих знизу,—</w:t>
      </w:r>
    </w:p>
    <w:p>
      <w:r>
        <w:br/>
        <w:t>Костяні були, блискучі,&lt;br /&gt;</w:t>
        <w:br/>
        <w:t>Колір їх червоний зверху,&lt;br /&gt;</w:t>
        <w:br/>
        <w:t>Білий знизу, як у дисків.</w:t>
      </w:r>
    </w:p>
    <w:p>
      <w:r>
        <w:br/>
        <w:t>Він поклав фігури в чашу,&lt;br /&gt;</w:t>
        <w:br/>
        <w:t>Потрусив, перемішав їх,&lt;br /&gt;</w:t>
        <w:br/>
        <w:t>Потім висипав на землю&lt;br /&gt;</w:t>
        <w:br/>
        <w:t>І кричати став, що вийшло:&lt;br /&gt;</w:t>
        <w:br/>
        <w:t>"Пішаки усі червоні!&lt;br /&gt;</w:t>
        <w:br/>
        <w:t>А змія, Кінебік, стала&lt;br /&gt;</w:t>
        <w:br/>
        <w:t>На блискучім міднім диску;&lt;br /&gt;</w:t>
        <w:br/>
        <w:t>Разом сто і тридцять вісім!"</w:t>
      </w:r>
    </w:p>
    <w:p>
      <w:r>
        <w:br/>
        <w:t>Знову все перемішав він,&lt;br /&gt;</w:t>
        <w:br/>
        <w:t>Знову все поклав у чашу,&lt;br /&gt;</w:t>
        <w:br/>
        <w:t>Потім висипав на землю&lt;br /&gt;</w:t>
        <w:br/>
        <w:t>І кричати став, що вийшло:&lt;br /&gt;</w:t>
        <w:br/>
        <w:t>"Пішаки упали білим!&lt;br /&gt;</w:t>
        <w:br/>
        <w:t>Білим всі лежать гадюки!&lt;br /&gt;</w:t>
        <w:br/>
        <w:t>А фігури всі червоним;&lt;br /&gt;</w:t>
        <w:br/>
        <w:t>П'ятдесят і вісім разом!"</w:t>
      </w:r>
    </w:p>
    <w:p>
      <w:r>
        <w:br/>
        <w:t>Так навчав їх По-Пок-Ківіс.&lt;br /&gt;</w:t>
        <w:br/>
        <w:t>Так для прикладу він кидав,&lt;br /&gt;</w:t>
        <w:br/>
        <w:t>Поясняючи присутнім,&lt;br /&gt;</w:t>
        <w:br/>
        <w:t>Як гуляти в Погасена.&lt;br /&gt;</w:t>
        <w:br/>
        <w:t>Дев'ять пар очей дивилось&lt;br /&gt;</w:t>
        <w:br/>
        <w:t>І цікавістю горіло.</w:t>
      </w:r>
    </w:p>
    <w:p>
      <w:r>
        <w:br/>
        <w:t>"Ех! Багато грищ, багато&lt;br /&gt;</w:t>
        <w:br/>
        <w:t>І важких, і небезпечних&lt;br /&gt;</w:t>
        <w:br/>
        <w:t>Бачив я на білім світі! —&lt;br /&gt;</w:t>
        <w:br/>
        <w:t>Так сказав нарешті Ягу.—&lt;br /&gt;</w:t>
        <w:br/>
        <w:t>Хто зо мною сміє грати,&lt;br /&gt;</w:t>
        <w:br/>
        <w:t>Мусить буть занадто спритним!&lt;br /&gt;</w:t>
        <w:br/>
        <w:t>Не хвались же, По-Пок-Ківіс!&lt;br /&gt;</w:t>
        <w:br/>
        <w:t>Я тебеобграю зараз&lt;br /&gt;</w:t>
        <w:br/>
        <w:t>І жорстоко покараю!"</w:t>
      </w:r>
    </w:p>
    <w:p>
      <w:r>
        <w:br/>
        <w:t>Почалася гра, і дико&lt;br /&gt;</w:t>
        <w:br/>
        <w:t>Захопились гості нею.&lt;br /&gt;</w:t>
        <w:br/>
        <w:t>І до півночі, до ранку&lt;br /&gt;</w:t>
        <w:br/>
        <w:t>Всі: старі діди і молодь —&lt;br /&gt;</w:t>
        <w:br/>
        <w:t>На одежу, зброю грали.&lt;br /&gt;</w:t>
        <w:br/>
        <w:t>І лукавий По-Пок-Ківіс</w:t>
      </w:r>
    </w:p>
    <w:p>
      <w:r>
        <w:br/>
        <w:t>Обіграв усіх їх хитро.&lt;br /&gt;</w:t>
        <w:br/>
        <w:t>Взяв убрання найдорожчі,&lt;br /&gt;</w:t>
        <w:br/>
        <w:t>Бойову найкращу зброю,&lt;br /&gt;</w:t>
        <w:br/>
        <w:t>Пояси, намисто, Вампум,&lt;br /&gt;</w:t>
        <w:br/>
        <w:t>Взяв люльки, кисети, пір'я.&lt;br /&gt;</w:t>
        <w:br/>
        <w:t>Двадцять пар очей горіли,&lt;br /&gt;</w:t>
        <w:br/>
        <w:t>Як вовків голодних очі.</w:t>
      </w:r>
    </w:p>
    <w:p>
      <w:r>
        <w:br/>
        <w:t>І нарешті він промовив:&lt;br /&gt;</w:t>
        <w:br/>
        <w:t>"Я товариша шукаю.&lt;br /&gt;</w:t>
        <w:br/>
        <w:t>Завжди — дома чи в дорозі —&lt;br /&gt;</w:t>
        <w:br/>
        <w:t>Я — один, і Мешинова,&lt;br /&gt;</w:t>
        <w:br/>
        <w:t>Помічник мені потрібний,&lt;br /&gt;</w:t>
        <w:br/>
        <w:t>Щоб носив за мною люльку.&lt;br /&gt;</w:t>
        <w:br/>
        <w:t>Все, що виграв я сьогодні,&lt;br /&gt;</w:t>
        <w:br/>
        <w:t>Все намисто, Вампум, хутра,&lt;br /&gt;</w:t>
        <w:br/>
        <w:t>Всю блискучу зброю, пір'я,&lt;br /&gt;</w:t>
        <w:br/>
        <w:t>Все, що виграв, я поставлю&lt;br /&gt;</w:t>
        <w:br/>
        <w:t>Ось на красеня на сього".&lt;br /&gt;</w:t>
        <w:br/>
        <w:t>А се був юнак високий,&lt;br /&gt;</w:t>
        <w:br/>
        <w:t>Молодий, веселий, жвавий,—&lt;br /&gt;</w:t>
        <w:br/>
        <w:t>Сирота і небіж Ягу.</w:t>
      </w:r>
    </w:p>
    <w:p>
      <w:r>
        <w:br/>
        <w:t>Як вогонь блищить у люльці,&lt;br /&gt;</w:t>
        <w:br/>
        <w:t>Червоніє під золою,&lt;br /&gt;</w:t>
        <w:br/>
        <w:t>Заблищали очі Ягу&lt;br /&gt;</w:t>
        <w:br/>
        <w:t>Під похмурими бровами.&lt;br /&gt;</w:t>
        <w:br/>
        <w:t>"Уг!" — озвався він сердито,&lt;br /&gt;</w:t>
        <w:br/>
        <w:t>"Уг!" — озвалися і гості.</w:t>
      </w:r>
    </w:p>
    <w:p>
      <w:r>
        <w:br/>
        <w:t>І костистими руками&lt;br /&gt;</w:t>
        <w:br/>
        <w:t>Ягу стиснув міцно чашу,&lt;br /&gt;</w:t>
        <w:br/>
        <w:t>Вгору високо підкинув —&lt;br /&gt;</w:t>
        <w:br/>
        <w:t>І посипались фігури.</w:t>
      </w:r>
    </w:p>
    <w:p>
      <w:r>
        <w:br/>
        <w:t>І лягли червоним вгору&lt;br /&gt;</w:t>
        <w:br/>
        <w:t>Пішаки, качата, змії,&lt;br /&gt;</w:t>
        <w:br/>
        <w:t>Озавобіки ж — всі чорним;&lt;br /&gt;</w:t>
        <w:br/>
        <w:t>Білим — тільки рибки, Кіго,—&lt;br /&gt;</w:t>
        <w:br/>
        <w:t>Всього тільки п'ять упало.</w:t>
      </w:r>
    </w:p>
    <w:p>
      <w:r>
        <w:br/>
        <w:t>Усміхнувся По-Пок-Ківіс,&lt;br /&gt;</w:t>
        <w:br/>
        <w:t>Положив фігури в чашу,&lt;br /&gt;</w:t>
        <w:br/>
        <w:t>Спритно їх підкинув вгору&lt;br /&gt;</w:t>
        <w:br/>
        <w:t>І розсипав переможно.&lt;br /&gt;</w:t>
        <w:br/>
        <w:t>Білим, чорним і червоним&lt;br /&gt;</w:t>
        <w:br/>
        <w:t>На землі вони блищали,&lt;br /&gt;</w:t>
        <w:br/>
        <w:t>І один пішак між ними&lt;br /&gt;</w:t>
        <w:br/>
        <w:t>Встав, як красень По-Пок-Ківіс,&lt;br /&gt;</w:t>
        <w:br/>
        <w:t>Встав Інайнівег і свідчить&lt;br /&gt;</w:t>
        <w:br/>
        <w:t>Те, що каже По-Пок-Ківіс:&lt;br /&gt;</w:t>
        <w:br/>
        <w:t>"П'ятдесят! Усе за мною!"</w:t>
      </w:r>
    </w:p>
    <w:p>
      <w:r>
        <w:br/>
        <w:t>Двадцять пар очей горіли,&lt;br /&gt;</w:t>
        <w:br/>
        <w:t>Як вовків голодних очі,&lt;br /&gt;</w:t>
        <w:br/>
        <w:t>У ту мить, як По-Пок-Ківіс&lt;br /&gt;</w:t>
        <w:br/>
        <w:t>Встав і вийшов із вігваму,&lt;br /&gt;</w:t>
        <w:br/>
        <w:t>А за ним і небіж Ягу.&lt;br /&gt;</w:t>
        <w:br/>
        <w:t>Хлопець ніс, виносив шкури,&lt;br /&gt;</w:t>
        <w:br/>
        <w:t>Пір'я, хутра горностаїв,&lt;br /&gt;</w:t>
        <w:br/>
        <w:t>Пояси, люльки і зброю,&lt;br /&gt;</w:t>
        <w:br/>
        <w:t>Все, що виграв По-Пок-Ківіс.</w:t>
      </w:r>
    </w:p>
    <w:p>
      <w:r>
        <w:br/>
        <w:t>"Однеси мерщій сю здобич&lt;br /&gt;</w:t>
        <w:br/>
        <w:t>В мій вігвам на Него-Воджу!" —&lt;br /&gt;</w:t>
        <w:br/>
        <w:t>Кинув згорда По-Пок-Ківіс,&lt;br /&gt;</w:t>
        <w:br/>
        <w:t>Вахлярем махнувши набік.</w:t>
      </w:r>
    </w:p>
    <w:p>
      <w:r>
        <w:br/>
        <w:t>Від паління, гри і пилу&lt;br /&gt;</w:t>
        <w:br/>
        <w:t>Червоніли в його віки,&lt;br /&gt;</w:t>
        <w:br/>
        <w:t>Груди дихали несито&lt;br /&gt;</w:t>
        <w:br/>
        <w:t>Холодком приємним ранку.&lt;br /&gt;</w:t>
        <w:br/>
        <w:t>По гаях пташки співали,&lt;br /&gt;</w:t>
        <w:br/>
        <w:t>На лугах струмки шуміли,&lt;br /&gt;</w:t>
        <w:br/>
        <w:t>А у грудях Єнадізі&lt;br /&gt;</w:t>
        <w:br/>
        <w:t>Серце билось, щебетало,&lt;br /&gt;</w:t>
        <w:br/>
        <w:t>Щебетало, наче пташка,&lt;br /&gt;</w:t>
        <w:br/>
        <w:t>Як джерело в горах, билось.&lt;br /&gt;</w:t>
        <w:br/>
        <w:t>Йшов селом він переможно&lt;br /&gt;</w:t>
        <w:br/>
        <w:t>З вахлярем великим, пишним,&lt;br /&gt;</w:t>
        <w:br/>
        <w:t>В сірій млі, в тумані ранку&lt;br /&gt;</w:t>
        <w:br/>
        <w:t>І пройшов усі вігвами&lt;br /&gt;</w:t>
        <w:br/>
        <w:t>До останньої оселі,&lt;br /&gt;</w:t>
        <w:br/>
        <w:t>До вігваму Гаявати.</w:t>
      </w:r>
    </w:p>
    <w:p>
      <w:r>
        <w:br/>
        <w:t>Та було в вігвамі тихо...&lt;br /&gt;</w:t>
        <w:br/>
        <w:t>На поріг ніхто не вийшов&lt;br /&gt;</w:t>
        <w:br/>
        <w:t>І не стрів його привітом,&lt;br /&gt;</w:t>
        <w:br/>
        <w:t>Тільки паслись на порозі,&lt;br /&gt;</w:t>
        <w:br/>
        <w:t>Щебетали і скакали&lt;br /&gt;</w:t>
        <w:br/>
        <w:t>По землі пташки безжурні.&lt;br /&gt;</w:t>
        <w:br/>
        <w:t>Тільки Кагагі з вігваму&lt;br /&gt;</w:t>
        <w:br/>
        <w:t>Гостя стрів суворим криком,&lt;br /&gt;</w:t>
        <w:br/>
        <w:t>Лопотінням крил могучих&lt;br /&gt;</w:t>
        <w:br/>
        <w:t>І вогняним диким зором.</w:t>
      </w:r>
    </w:p>
    <w:p>
      <w:r>
        <w:br/>
        <w:t>"Всі пішли! В оселі пусто! —&lt;br /&gt;</w:t>
        <w:br/>
        <w:t>Так озвався По-Пок-Ківіс&lt;br /&gt;</w:t>
        <w:br/>
        <w:t>І задумав жарт недобрий.—&lt;br /&gt;</w:t>
        <w:br/>
        <w:t>Ні дурної Міннегаги,&lt;br /&gt;</w:t>
        <w:br/>
        <w:t>Ні господаря, ні баби,—&lt;br /&gt;</w:t>
        <w:br/>
        <w:t>Ну, тепер роби, що хочеш!"</w:t>
      </w:r>
    </w:p>
    <w:p>
      <w:r>
        <w:br/>
        <w:t>Він здавив за шию крука&lt;br /&gt;</w:t>
        <w:br/>
        <w:t>І вертів ним, як млиночком,&lt;br /&gt;</w:t>
        <w:br/>
        <w:t>Як мішком з цілющим зіллям,&lt;br /&gt;</w:t>
        <w:br/>
        <w:t>Задушив його і кинув,&lt;br /&gt;</w:t>
        <w:br/>
        <w:t>Щоб висів він над вігвамом&lt;br /&gt;</w:t>
        <w:br/>
        <w:t>На зневагу Гаяваті,&lt;br /&gt;</w:t>
        <w:br/>
        <w:t>На ганьбу, на вічний сором!</w:t>
      </w:r>
    </w:p>
    <w:p>
      <w:r>
        <w:br/>
        <w:t>Потім він ввійшов в оселю&lt;br /&gt;</w:t>
        <w:br/>
        <w:t>І розкидав круг порога&lt;br /&gt;</w:t>
        <w:br/>
        <w:t>Все, що тільки міг угледіть:&lt;br /&gt;</w:t>
        <w:br/>
        <w:t>Казани, горшки з мисками,&lt;br /&gt;</w:t>
        <w:br/>
        <w:t>Вампум, хутра горностаїв,&lt;br /&gt;</w:t>
        <w:br/>
        <w:t>Шкури буйволів і рисей —&lt;br /&gt;</w:t>
        <w:br/>
        <w:t>На ганьбу старій Нокоміс&lt;br /&gt;</w:t>
        <w:br/>
        <w:t>Та на сором Міннегазі.</w:t>
      </w:r>
    </w:p>
    <w:p>
      <w:r>
        <w:br/>
        <w:t>І, співаючи безжурно&lt;br /&gt;</w:t>
        <w:br/>
        <w:t>Та посвистуючи білкам,&lt;br /&gt;</w:t>
        <w:br/>
        <w:t>Лісом він ішов, а білки&lt;br /&gt;</w:t>
        <w:br/>
        <w:t>Гризли жолуді на вітах&lt;br /&gt;</w:t>
        <w:br/>
        <w:t>І шкарлупою шпурляли.&lt;br /&gt;</w:t>
        <w:br/>
        <w:t>Він співав пташкам безжурно,&lt;br /&gt;</w:t>
        <w:br/>
        <w:t>А пташки з гілок зелених&lt;br /&gt;</w:t>
        <w:br/>
        <w:t>Так же весело і дзвінко&lt;br /&gt;</w:t>
        <w:br/>
        <w:t>По-Пок-Ківісу кричали.</w:t>
      </w:r>
    </w:p>
    <w:p>
      <w:r>
        <w:br/>
        <w:t>Він нікуди не ховався.&lt;br /&gt;</w:t>
        <w:br/>
        <w:t>Безтурботно ліг на скелі&lt;br /&gt;</w:t>
        <w:br/>
        <w:t>І дививсь на Гітчі-Гюмі,&lt;br /&gt;</w:t>
        <w:br/>
        <w:t>І злорадно ждав на скелі&lt;br /&gt;</w:t>
        <w:br/>
        <w:t>Повороту Гаявати.</w:t>
      </w:r>
    </w:p>
    <w:p>
      <w:r>
        <w:br/>
        <w:t>Вільно він розкидав руки&lt;br /&gt;</w:t>
        <w:br/>
        <w:t>І лежав, дрімав під сонцем.&lt;br /&gt;</w:t>
        <w:br/>
        <w:t>Десь під ним шуміли хвилі.&lt;br /&gt;</w:t>
        <w:br/>
        <w:t>Тихо билися об берег,&lt;br /&gt;</w:t>
        <w:br/>
        <w:t>А над ним блакитним морем&lt;br /&gt;</w:t>
        <w:br/>
        <w:t>Розлилось і сяло небо.&lt;br /&gt;</w:t>
        <w:br/>
        <w:t>Навкруги пташки літали,&lt;br /&gt;</w:t>
        <w:br/>
        <w:t>З криком зграями носились,&lt;br /&gt;</w:t>
        <w:br/>
        <w:t>Майже крилами черкали&lt;br /&gt;</w:t>
        <w:br/>
        <w:t>По-Пок-Ківіса на скелі.</w:t>
      </w:r>
    </w:p>
    <w:p>
      <w:r>
        <w:br/>
        <w:t>І убив він їх багато!&lt;br /&gt;</w:t>
        <w:br/>
        <w:t>Він десятками їх кидав&lt;br /&gt;</w:t>
        <w:br/>
        <w:t>Із високих скель у море,&lt;br /&gt;</w:t>
        <w:br/>
        <w:t>Просто в хвилі Птчі-Гюмі.&lt;br /&gt;</w:t>
        <w:br/>
        <w:t>І Кайошк його пізнала,&lt;br /&gt;</w:t>
        <w:br/>
        <w:t>Закричала бідна чайка:&lt;br /&gt;</w:t>
        <w:br/>
        <w:t>"Се лукавий По-Пок— Ківіс&lt;br /&gt;</w:t>
        <w:br/>
        <w:t>Нищить нас і вибиває!&lt;br /&gt;</w:t>
        <w:br/>
        <w:t>Де ж се брат наш, Гаявата?&lt;br /&gt;</w:t>
        <w:br/>
        <w:t>Сповістіть же Гаявату!"</w:t>
      </w:r>
    </w:p>
    <w:p>
      <w:r>
        <w:br/>
        <w:t>XVII</w:t>
      </w:r>
    </w:p>
    <w:p>
      <w:r>
        <w:br/>
        <w:t>ПОГОНЯ ЗА ПО-ПОК-КІВІСОМ</w:t>
      </w:r>
    </w:p>
    <w:p>
      <w:r>
        <w:br/>
        <w:t>Розпалився лютим гнівом,&lt;br /&gt;</w:t>
        <w:br/>
        <w:t>Як додому повернувся,&lt;br /&gt;</w:t>
        <w:br/>
        <w:t>Як угледів колотнечу,&lt;br /&gt;</w:t>
        <w:br/>
        <w:t>Як довідавсь Гаявата,&lt;br /&gt;</w:t>
        <w:br/>
        <w:t>Що накоїв По-Пок-Ківіс.</w:t>
      </w:r>
    </w:p>
    <w:p>
      <w:r>
        <w:br/>
        <w:t>Задихався він від гніву,&lt;br /&gt;</w:t>
        <w:br/>
        <w:t>Зуби стиснувши, він кидав&lt;br /&gt;</w:t>
        <w:br/>
        <w:t>По-Пок-Ківісу прокльони,&lt;br /&gt;</w:t>
        <w:br/>
        <w:t>Бурмотів, гудів, як шершень.&lt;br /&gt;</w:t>
        <w:br/>
        <w:t>"Я уб'ю його,— сказав він,—&lt;br /&gt;</w:t>
        <w:br/>
        <w:t>Не втече від мене злодій,&lt;br /&gt;</w:t>
        <w:br/>
        <w:t>Як би швидко не тікав він.&lt;br /&gt;</w:t>
        <w:br/>
        <w:t>Як би довго не шукав я,—&lt;br /&gt;</w:t>
        <w:br/>
        <w:t>Але гнів мій переможе,&lt;br /&gt;</w:t>
        <w:br/>
        <w:t>Моя помста не пристане!"</w:t>
      </w:r>
    </w:p>
    <w:p>
      <w:r>
        <w:br/>
        <w:t>Зараз він сусід покликав&lt;br /&gt;</w:t>
        <w:br/>
        <w:t>І пустився доганяти&lt;br /&gt;</w:t>
        <w:br/>
        <w:t>По-Пок-Ківіса по сліду,&lt;br /&gt;</w:t>
        <w:br/>
        <w:t>По лісах, де він проходив,&lt;br /&gt;</w:t>
        <w:br/>
        <w:t>По лісах на Гітчі-Гюмі;&lt;br /&gt;</w:t>
        <w:br/>
        <w:t>Та ніхто з ним не зустрівся,&lt;br /&gt;</w:t>
        <w:br/>
        <w:t>Відшукали тільки місце&lt;br /&gt;</w:t>
        <w:br/>
        <w:t>На траві, в кущах чорниці,&lt;br /&gt;</w:t>
        <w:br/>
        <w:t>Де лежав він на спочинку&lt;br /&gt;</w:t>
        <w:br/>
        <w:t>І прим'яв квітки і трави.</w:t>
      </w:r>
    </w:p>
    <w:p>
      <w:r>
        <w:br/>
        <w:t>Аж на Мускоде зеленій,&lt;br /&gt;</w:t>
        <w:br/>
        <w:t>Під горою, у долині&lt;br /&gt;</w:t>
        <w:br/>
        <w:t>Показався По-Пок-Ківіс.&lt;br /&gt;</w:t>
        <w:br/>
        <w:t>Біжачи, він обернувся,&lt;br /&gt;</w:t>
        <w:br/>
        <w:t>Подививсь, махнув рукою —&lt;br /&gt;</w:t>
        <w:br/>
        <w:t>І пропав. А Гаявата&lt;br /&gt;</w:t>
        <w:br/>
        <w:t>Навздогін з гори гукає:&lt;br /&gt;</w:t>
        <w:br/>
        <w:t>"Хай дорога буде довга,&lt;br /&gt;</w:t>
        <w:br/>
        <w:t>Хай важка дорога буде,—&lt;br /&gt;</w:t>
        <w:br/>
        <w:t>Все здолає гнів мій лютий,&lt;br /&gt;</w:t>
        <w:br/>
        <w:t>Не втекти тобі від помсти!"</w:t>
      </w:r>
    </w:p>
    <w:p>
      <w:r>
        <w:br/>
        <w:t>Через скелі, через багна,&lt;br /&gt;</w:t>
        <w:br/>
        <w:t>По кущах, по диких нетрях&lt;br /&gt;</w:t>
        <w:br/>
        <w:t>Біг лукавий По-Пок-Ківіс,&lt;br /&gt;</w:t>
        <w:br/>
        <w:t>Плигав він, неначе сарна,&lt;br /&gt;</w:t>
        <w:br/>
        <w:t>І, нарешті, став, спинився&lt;br /&gt;</w:t>
        <w:br/>
        <w:t>Над ставком в гаю, на гребл&lt;br /&gt;</w:t>
        <w:br/>
        <w:t>На збудованій бобрами,&lt;br /&gt;</w:t>
        <w:br/>
        <w:t>Серед тихої долини,&lt;br /&gt;</w:t>
        <w:br/>
        <w:t>Над потоком нерухомим,</w:t>
      </w:r>
    </w:p>
    <w:p>
      <w:r>
        <w:br/>
        <w:t>Над затоном сонним, мертвим,&lt;br /&gt;</w:t>
        <w:br/>
        <w:t>Де в воді росли дерева,&lt;br /&gt;</w:t>
        <w:br/>
        <w:t>Де росли лілеї жовті,&lt;br /&gt;</w:t>
        <w:br/>
        <w:t>Де шуміли очерети.</w:t>
      </w:r>
    </w:p>
    <w:p>
      <w:r>
        <w:br/>
        <w:t>Над затоном По-Пок-Ківіс&lt;br /&gt;</w:t>
        <w:br/>
        <w:t>Став на гатці, а крізь неї,&lt;br /&gt;</w:t>
        <w:br/>
        <w:t>Крізь сучки вода цідилась,&lt;br /&gt;</w:t>
        <w:br/>
        <w:t>І текли по ній струмочки.&lt;br /&gt;</w:t>
        <w:br/>
        <w:t>І бобер з затону виплив&lt;br /&gt;</w:t>
        <w:br/>
        <w:t>І, угледівши на греблі&lt;br /&gt;</w:t>
        <w:br/>
        <w:t>Несподіваного гостя,&lt;br /&gt;</w:t>
        <w:br/>
        <w:t>Став здивовано дивитись,&lt;br /&gt;</w:t>
        <w:br/>
        <w:t>Став він гостя розглядати.</w:t>
      </w:r>
    </w:p>
    <w:p>
      <w:r>
        <w:br/>
        <w:t>Над затоном По-Пок-Ківіс&lt;br /&gt;</w:t>
        <w:br/>
        <w:t>Перед ним стояв в задумі.&lt;br /&gt;</w:t>
        <w:br/>
        <w:t>По ногах його точились&lt;br /&gt;</w:t>
        <w:br/>
        <w:t>І лились струмочки срібні.&lt;br /&gt;</w:t>
        <w:br/>
        <w:t>І з бобром заговорив він,&lt;br /&gt;</w:t>
        <w:br/>
        <w:t>До бобра він так звернувся:&lt;br /&gt;</w:t>
        <w:br/>
        <w:t>"Мій Аміку! Ти дозволиш&lt;br /&gt;</w:t>
        <w:br/>
        <w:t>Відпочить в вігвамі в тебе,&lt;br /&gt;</w:t>
        <w:br/>
        <w:t>В холодку води спочити?&lt;br /&gt;</w:t>
        <w:br/>
        <w:t>Оберни мене в Аміка!"</w:t>
      </w:r>
    </w:p>
    <w:p>
      <w:r>
        <w:br/>
        <w:t>Той замислився, подумав&lt;br /&gt;</w:t>
        <w:br/>
        <w:t>І озвався обережно:&lt;br /&gt;</w:t>
        <w:br/>
        <w:t>"Дай попереду пораджусь,&lt;br /&gt;</w:t>
        <w:br/>
        <w:t>Поміркую з товариством".&lt;br /&gt;</w:t>
        <w:br/>
        <w:t>І, сказавши, наче камінь,</w:t>
      </w:r>
    </w:p>
    <w:p>
      <w:r>
        <w:br/>
        <w:t>Опустивсь, сховався в воду,&lt;br /&gt;</w:t>
        <w:br/>
        <w:t>Зник в зелених очеретах,&lt;br /&gt;</w:t>
        <w:br/>
        <w:t>Під лілеями, під листям.</w:t>
      </w:r>
    </w:p>
    <w:p>
      <w:r>
        <w:br/>
        <w:t>Над затоном По-Пок-Ківіс&lt;br /&gt;</w:t>
        <w:br/>
        <w:t>Довго ждав бобра на гатці.&lt;br /&gt;</w:t>
        <w:br/>
        <w:t>По ногах його струмочки&lt;br /&gt;</w:t>
        <w:br/>
        <w:t>Плюскотіли і точились,&lt;br /&gt;</w:t>
        <w:br/>
        <w:t>Пробігали через греблю&lt;br /&gt;</w:t>
        <w:br/>
        <w:t>І на камені скакали,&lt;br /&gt;</w:t>
        <w:br/>
        <w:t>І, як срібло, розливались&lt;br /&gt;</w:t>
        <w:br/>
        <w:t>Між камінням по долині.&lt;br /&gt;</w:t>
        <w:br/>
        <w:t>Навкруги зеленим листям&lt;br /&gt;</w:t>
        <w:br/>
        <w:t>Ліс шумів, гілля гойдалось,&lt;br /&gt;</w:t>
        <w:br/>
        <w:t>І крізь його світло й тіні&lt;br /&gt;</w:t>
        <w:br/>
        <w:t>По землі перебігали.</w:t>
      </w:r>
    </w:p>
    <w:p>
      <w:r>
        <w:br/>
        <w:t>Тихо, мовчки, по одному&lt;br /&gt;</w:t>
        <w:br/>
        <w:t>Попливли бобри до греблі:&lt;br /&gt;</w:t>
        <w:br/>
        <w:t>Обережно зачорніла&lt;br /&gt;</w:t>
        <w:br/>
        <w:t>Голова, за нею — друга.&lt;br /&gt;</w:t>
        <w:br/>
        <w:t>Незабаром став широкий&lt;br /&gt;</w:t>
        <w:br/>
        <w:t>Почорнів і ними вкрився,&lt;br /&gt;</w:t>
        <w:br/>
        <w:t>Заблищав увесь від лиску.</w:t>
      </w:r>
    </w:p>
    <w:p>
      <w:r>
        <w:br/>
        <w:t>І до них лукаво, хитро&lt;br /&gt;</w:t>
        <w:br/>
        <w:t>Так звернувся По-Пок-Ківіс:&lt;br /&gt;</w:t>
        <w:br/>
        <w:t>"Друзі любі! Як спокійно,&lt;br /&gt;</w:t>
        <w:br/>
        <w:t>Тихо як у вас в вігвамах!&lt;br /&gt;</w:t>
        <w:br/>
        <w:t>Всі досвідчені, розумні,&lt;br /&gt;</w:t>
        <w:br/>
        <w:t>Всі на вигадки багаті,—&lt;br /&gt;</w:t>
        <w:br/>
        <w:t>Оберніть же, любі друзі,&lt;br /&gt;</w:t>
        <w:br/>
        <w:t>І мене в бобра, в Аміка!"</w:t>
      </w:r>
    </w:p>
    <w:p>
      <w:r>
        <w:br/>
        <w:t>"Що ж, гаразд! — Амік озвався,&lt;br /&gt;</w:t>
        <w:br/>
        <w:t>Цар бобрів, Амік озвався. —&lt;br /&gt;</w:t>
        <w:br/>
        <w:t>Опускайся з нами в воду,&lt;br /&gt;</w:t>
        <w:br/>
        <w:t>Опускайся в став з бобрами!"</w:t>
      </w:r>
    </w:p>
    <w:p>
      <w:r>
        <w:br/>
        <w:t>Мовчки в тихий став з бобрами&lt;br /&gt;</w:t>
        <w:br/>
        <w:t>Опустився По-Пок-Ківіс,&lt;br /&gt;</w:t>
        <w:br/>
        <w:t>Чорним, рівним і блискучим&lt;br /&gt;</w:t>
        <w:br/>
        <w:t>Стало все його убрання,&lt;br /&gt;</w:t>
        <w:br/>
        <w:t>А хвости лисиць на п'ятах&lt;br /&gt;</w:t>
        <w:br/>
        <w:t>Збіглись в хвіст товстий і чорний —&lt;br /&gt;</w:t>
        <w:br/>
        <w:t>І бобром став По-Пок-Ківіс.</w:t>
      </w:r>
    </w:p>
    <w:p>
      <w:r>
        <w:br/>
        <w:t>"Любі друзі! — знов сказав він.—&lt;br /&gt;</w:t>
        <w:br/>
        <w:t>Хочу бути вищим, більшим,&lt;br /&gt;</w:t>
        <w:br/>
        <w:t>Більшим всіх бобрів на світі!"&lt;br /&gt;</w:t>
        <w:br/>
        <w:t>"Що ж, гаразд! — Амік озвався.—&lt;br /&gt;</w:t>
        <w:br/>
        <w:t>Ось коли в оселю прийдем,&lt;br /&gt;</w:t>
        <w:br/>
        <w:t>В наш вігвам на дні потоку,&lt;br /&gt;</w:t>
        <w:br/>
        <w:t>Станеш вдесятеро більшим".</w:t>
      </w:r>
    </w:p>
    <w:p>
      <w:r>
        <w:br/>
        <w:t>Так під темною водою&lt;br /&gt;</w:t>
        <w:br/>
        <w:t>Йшов з бобрами По-Пок-Ківіс,&lt;br /&gt;</w:t>
        <w:br/>
        <w:t>Під водою, де лежали&lt;br /&gt;</w:t>
        <w:br/>
        <w:t>їжа їх, пеньки і віти.&lt;br /&gt;</w:t>
        <w:br/>
        <w:t>І прийшов до арки з ними,&lt;br /&gt;</w:t>
        <w:br/>
        <w:t>Що вела в вігвам просторий.</w:t>
      </w:r>
    </w:p>
    <w:p>
      <w:r>
        <w:br/>
        <w:t>Там він знову обернувся,&lt;br /&gt;</w:t>
        <w:br/>
        <w:t>Став удесятеро більшим,&lt;br /&gt;</w:t>
        <w:br/>
        <w:t>І бобри йому сказали:&lt;br /&gt;</w:t>
        <w:br/>
        <w:t>"Ватажком ти будь над нами!&lt;br /&gt;</w:t>
        <w:br/>
        <w:t>Будь отаманом над нами!"</w:t>
      </w:r>
    </w:p>
    <w:p>
      <w:r>
        <w:br/>
        <w:t>Та недовго По-Пок-Ківіс&lt;br /&gt;</w:t>
        <w:br/>
        <w:t>Міг пошаною втішатись:&lt;br /&gt;</w:t>
        <w:br/>
        <w:t>Той бобер, що був на варті,&lt;br /&gt;</w:t>
        <w:br/>
        <w:t>В гущині лілей ховався,&lt;br /&gt;</w:t>
        <w:br/>
        <w:t>Нагло крикнув: "Гаявата!&lt;br /&gt;</w:t>
        <w:br/>
        <w:t>Гаявата тут на греблі!"</w:t>
      </w:r>
    </w:p>
    <w:p>
      <w:r>
        <w:br/>
        <w:t>І почулись незабаром&lt;br /&gt;</w:t>
        <w:br/>
        <w:t>Крики, галас, тупотіння,&lt;br /&gt;</w:t>
        <w:br/>
        <w:t>Хмизу тріск, чиїсь розмови,&lt;br /&gt;</w:t>
        <w:br/>
        <w:t>А вода захвилювалась&lt;br /&gt;</w:t>
        <w:br/>
        <w:t>І спадати тихо стала...&lt;br /&gt;</w:t>
        <w:br/>
        <w:t>І бобри всі догадались,&lt;br /&gt;</w:t>
        <w:br/>
        <w:t>Що вода прорвала греблю.</w:t>
      </w:r>
    </w:p>
    <w:p>
      <w:r>
        <w:br/>
        <w:t>Завалилася покрівля&lt;br /&gt;</w:t>
        <w:br/>
        <w:t>їх просторого вігваму,&lt;br /&gt;</w:t>
        <w:br/>
        <w:t>І крізь неї сонце ясно&lt;br /&gt;</w:t>
        <w:br/>
        <w:t>Загорілось, заблищало,&lt;br /&gt;</w:t>
        <w:br/>
        <w:t>І бобри ховатись стали,&lt;br /&gt;</w:t>
        <w:br/>
        <w:t>Де було в потоку глибше;&lt;br /&gt;</w:t>
        <w:br/>
        <w:t>Та великий По-Пок-Ківіс&lt;br /&gt;</w:t>
        <w:br/>
        <w:t>Не проліз за ними в двері:&lt;br /&gt;</w:t>
        <w:br/>
        <w:t>Від пихи та від прожерства&lt;br /&gt;</w:t>
        <w:br/>
        <w:t>Як пузир розпух, роздувся.</w:t>
      </w:r>
    </w:p>
    <w:p>
      <w:r>
        <w:br/>
        <w:t>І дививсь на його з греблі&lt;br /&gt;</w:t>
        <w:br/>
        <w:t>Довго, довго Гаявата&lt;br /&gt;</w:t>
        <w:br/>
        <w:t>І, нарешті, крикнув: "Годі!&lt;br /&gt;</w:t>
        <w:br/>
        <w:t>Годі! Хитрощі даремні&lt;br /&gt;</w:t>
        <w:br/>
        <w:t>І даремні обертання:&lt;br /&gt;</w:t>
        <w:br/>
        <w:t>Ти від мене не спасешся!"</w:t>
      </w:r>
    </w:p>
    <w:p>
      <w:r>
        <w:br/>
        <w:t>Лупцювали, молотили&lt;br /&gt;</w:t>
        <w:br/>
        <w:t>По-Пок-Ківіса дубцями,&lt;br /&gt;</w:t>
        <w:br/>
        <w:t>Молотили, наче маїс,&lt;br /&gt;</w:t>
        <w:br/>
        <w:t>На шматки розбили череп.&lt;br /&gt;</w:t>
        <w:br/>
        <w:t>Потім шість мисливців дужих&lt;br /&gt;</w:t>
        <w:br/>
        <w:t>Понесли його на марах,&lt;br /&gt;</w:t>
        <w:br/>
        <w:t>Понесли в село, додому.&lt;br /&gt;</w:t>
        <w:br/>
        <w:t>Та не згинув По-Пок-Ківіс,&lt;br /&gt;</w:t>
        <w:br/>
        <w:t>Джибі, дух його, не згинув.</w:t>
      </w:r>
    </w:p>
    <w:p>
      <w:r>
        <w:br/>
        <w:t>Він крутився, борюкався,&lt;br /&gt;</w:t>
        <w:br/>
        <w:t>Бився, гнувся і качався,&lt;br /&gt;</w:t>
        <w:br/>
        <w:t>Як запонки дверні б'ються,&lt;br /&gt;</w:t>
        <w:br/>
        <w:t>Вигинаються, тріпочуть,&lt;br /&gt;</w:t>
        <w:br/>
        <w:t>Коли вітер дує в двері,&lt;br /&gt;</w:t>
        <w:br/>
        <w:t>І набрався знову сили,&lt;br /&gt;</w:t>
        <w:br/>
        <w:t>Обернувся у людину,&lt;br /&gt;</w:t>
        <w:br/>
        <w:t>Підхопивсь і став тікати&lt;br /&gt;</w:t>
        <w:br/>
        <w:t>По-Пок-Ківісом лукавим.</w:t>
      </w:r>
    </w:p>
    <w:p>
      <w:r>
        <w:br/>
        <w:t>Та від зору Гаявати&lt;br /&gt;</w:t>
        <w:br/>
        <w:t>Він не встиг сховатись в лісі;&lt;br /&gt;</w:t>
        <w:br/>
        <w:t>В сутінь лагідну, блакитну&lt;br /&gt;</w:t>
        <w:br/>
        <w:t>Під гіллям далеких сосон,&lt;br /&gt;</w:t>
        <w:br/>
        <w:t>У прогалину за ними&lt;br /&gt;</w:t>
        <w:br/>
        <w:t>Біг як вихор По-Пок-Ківіс,&lt;br /&gt;</w:t>
        <w:br/>
        <w:t>Пригинав, летів по вітах,&lt;br /&gt;</w:t>
        <w:br/>
        <w:t>Та й крізь шум їх чув, що ззаду,&lt;br /&gt;</w:t>
        <w:br/>
        <w:t>Мов страшна, бурхлива злива,&lt;br /&gt;</w:t>
        <w:br/>
        <w:t>Доганяє Гаявата.</w:t>
      </w:r>
    </w:p>
    <w:p>
      <w:r>
        <w:br/>
        <w:t>Задихаючись, нарешті,&lt;br /&gt;</w:t>
        <w:br/>
        <w:t>Став, спинився По-Пок-Ківіс&lt;br /&gt;</w:t>
        <w:br/>
        <w:t>Перед озером широким.</w:t>
      </w:r>
    </w:p>
    <w:p>
      <w:r>
        <w:br/>
        <w:t>А на ньому в очереті,&lt;br /&gt;</w:t>
        <w:br/>
        <w:t>В гущині, між островами&lt;br /&gt;</w:t>
        <w:br/>
        <w:t>Тихо паслись дикі гуси:&lt;br /&gt;</w:t>
        <w:br/>
        <w:t>То ховались в очереті,&lt;br /&gt;</w:t>
        <w:br/>
        <w:t>То блищали в сяйві сонця,&lt;br /&gt;</w:t>
        <w:br/>
        <w:t>Піднімали вгору дзьоба,&lt;br /&gt;</w:t>
        <w:br/>
        <w:t>Поринали в чисту воду.</w:t>
      </w:r>
    </w:p>
    <w:p>
      <w:r>
        <w:br/>
        <w:t>"Пішнеке! Кохані друзі! —&lt;br /&gt;</w:t>
        <w:br/>
        <w:t>По-Пок-Ківіс гусям крикнув,&lt;br /&gt;</w:t>
        <w:br/>
        <w:t>Оберніть мене у гуску,&lt;br /&gt;</w:t>
        <w:br/>
        <w:t>Тільки в гуску велетенську,&lt;br /&gt;</w:t>
        <w:br/>
        <w:t>В гуску, вдесятеро більшу,&lt;br /&gt;</w:t>
        <w:br/>
        <w:t>Ніж всі інші дикі гуси!"</w:t>
      </w:r>
    </w:p>
    <w:p>
      <w:r>
        <w:br/>
        <w:t>Але ледве По-Пок-Ківіс&lt;br /&gt;</w:t>
        <w:br/>
        <w:t>Обернувся в дику гуску,&lt;br /&gt;</w:t>
        <w:br/>
        <w:t>В велетенську дику гуску,&lt;br /&gt;</w:t>
        <w:br/>
        <w:t>Ледве груди закруглились,&lt;br /&gt;</w:t>
        <w:br/>
        <w:t>Простяглись могутні крила,&lt;br /&gt;</w:t>
        <w:br/>
        <w:t>Ледве виріс дзьоб широкий,&lt;br /&gt;</w:t>
        <w:br/>
        <w:t>Як із лісу з криком вибіг&lt;br /&gt;</w:t>
        <w:br/>
        <w:t>І спинився Гаявата.</w:t>
      </w:r>
    </w:p>
    <w:p>
      <w:r>
        <w:br/>
        <w:t>І знялися з криком гуси&lt;br /&gt;</w:t>
        <w:br/>
        <w:t>Із озерних трав і квітів,&lt;br /&gt;</w:t>
        <w:br/>
        <w:t>Закричали, полетіли&lt;br /&gt;</w:t>
        <w:br/>
        <w:t>Понад озером спокійним&lt;br /&gt;</w:t>
        <w:br/>
        <w:t>І сказали: "По-Пок-Ківіс!&lt;br /&gt;</w:t>
        <w:br/>
        <w:t>Будь тепер ти обережний!&lt;br /&gt;</w:t>
        <w:br/>
        <w:t>Не дивись униз, на землю,&lt;br /&gt;</w:t>
        <w:br/>
        <w:t>Щоб не сталося нещастя,&lt;br /&gt;</w:t>
        <w:br/>
        <w:t>Не було якогось лиха!"</w:t>
      </w:r>
    </w:p>
    <w:p>
      <w:r>
        <w:br/>
        <w:t>І летіли дикі гуси&lt;br /&gt;</w:t>
        <w:br/>
        <w:t>Далі все, на дику Північ,&lt;br /&gt;</w:t>
        <w:br/>
        <w:t>То ховалися в туманах,&lt;br /&gt;</w:t>
        <w:br/>
        <w:t>То купались в сяйві сонця,&lt;br /&gt;</w:t>
        <w:br/>
        <w:t>Паслись, спали, ночували&lt;br /&gt;</w:t>
        <w:br/>
        <w:t>На воді боліт пустельних&lt;br /&gt;</w:t>
        <w:br/>
        <w:t>І до світу знов знялися.&lt;br /&gt;</w:t>
        <w:br/>
        <w:t>Свіжо дув Південний Вітер,&lt;br /&gt;</w:t>
        <w:br/>
        <w:t>Легко ніс могутні крила.</w:t>
      </w:r>
    </w:p>
    <w:p>
      <w:r>
        <w:br/>
        <w:t>Коли враз почувсь далекий,&lt;br /&gt;</w:t>
        <w:br/>
        <w:t>Невловимий шум і гомін,&lt;br /&gt;</w:t>
        <w:br/>
        <w:t>Донеслись людські розмови,&lt;br /&gt;</w:t>
        <w:br/>
        <w:t>Донеслись з села під ними.&lt;br /&gt;</w:t>
        <w:br/>
        <w:t>То з землі дивились люде,&lt;br /&gt;</w:t>
        <w:br/>
        <w:t>Дивувалися на крила,&lt;br /&gt;</w:t>
        <w:br/>
        <w:t>Велетенські крила гуски,&lt;br /&gt;</w:t>
        <w:br/>
        <w:t>Що були удвоє ширші,&lt;br /&gt;</w:t>
        <w:br/>
        <w:t>Ширші, ніж запонки дверні.&lt;br /&gt;</w:t>
        <w:br/>
        <w:t>По-Пок-Ківіс слухав крики,&lt;br /&gt;</w:t>
        <w:br/>
        <w:t>Слухав голос Гаявати,&lt;br /&gt;</w:t>
        <w:br/>
        <w:t>Слухав дужий голос Ягу.&lt;br /&gt;</w:t>
        <w:br/>
        <w:t>Він забув гусей пораду,&lt;br /&gt;</w:t>
        <w:br/>
        <w:t>Подививсь згори на землю —&lt;br /&gt;</w:t>
        <w:br/>
        <w:t>І в одну хвилину вітер&lt;br /&gt;</w:t>
        <w:br/>
        <w:t>Покрутив його і кинув:&lt;br /&gt;</w:t>
        <w:br/>
        <w:t>Завертівся По-Пок-Ківіс.</w:t>
      </w:r>
    </w:p>
    <w:p>
      <w:r>
        <w:br/>
        <w:t>І даремно він хапався,&lt;br /&gt;</w:t>
        <w:br/>
        <w:t>Сподівався затриматись!&lt;br /&gt;</w:t>
        <w:br/>
        <w:t>Падав вихором на землю,&lt;br /&gt;</w:t>
        <w:br/>
        <w:t>То її він часом бачив,&lt;br /&gt;</w:t>
        <w:br/>
        <w:t>То гусей під синім небом,</w:t>
      </w:r>
    </w:p>
    <w:p>
      <w:r>
        <w:br/>
        <w:t>Бачив, що земля все ближче,&lt;br /&gt;</w:t>
        <w:br/>
        <w:t>А блакить небес все далі.&lt;br /&gt;</w:t>
        <w:br/>
        <w:t>Став він чути вже ясніше&lt;br /&gt;</w:t>
        <w:br/>
        <w:t>Сміх людський, розмови, гомін,&lt;br /&gt;</w:t>
        <w:br/>
        <w:t>Загубив гусей в тумані,&lt;br /&gt;</w:t>
        <w:br/>
        <w:t>Десь внизу вігвами вгледів&lt;br /&gt;</w:t>
        <w:br/>
        <w:t>І на землю зразу гупнув,—&lt;br /&gt;</w:t>
        <w:br/>
        <w:t>Так на землю з неба мертва&lt;br /&gt;</w:t>
        <w:br/>
        <w:t>Впала гуска велетенська.</w:t>
      </w:r>
    </w:p>
    <w:p>
      <w:r>
        <w:br/>
        <w:t>Та його лукавий Джибі,&lt;br /&gt;</w:t>
        <w:br/>
        <w:t>Дух його, в одну хвилину&lt;br /&gt;</w:t>
        <w:br/>
        <w:t>Знов в людину обернувся,&lt;br /&gt;</w:t>
        <w:br/>
        <w:t>В Єнадізі, танцюриста,&lt;br /&gt;</w:t>
        <w:br/>
        <w:t>І почав тікати знову,&lt;br /&gt;</w:t>
        <w:br/>
        <w:t>А за ним побіг, погнався&lt;br /&gt;</w:t>
        <w:br/>
        <w:t>Гаявата з диким криком:&lt;br /&gt;</w:t>
        <w:br/>
        <w:t>"Хай дорога буде довга,&lt;br /&gt;</w:t>
        <w:br/>
        <w:t>Хай важка дорога буде,—&lt;br /&gt;</w:t>
        <w:br/>
        <w:t>Все здолає гнів мій лютий,&lt;br /&gt;</w:t>
        <w:br/>
        <w:t>Не втекти тобі від помсти!"</w:t>
      </w:r>
    </w:p>
    <w:p>
      <w:r>
        <w:br/>
        <w:t>Доганяв вже Гаявата,&lt;br /&gt;</w:t>
        <w:br/>
        <w:t>Був в руках вже По-Пок-Ківіс,&lt;br /&gt;</w:t>
        <w:br/>
        <w:t>Але раптом завертівся,&lt;br /&gt;</w:t>
        <w:br/>
        <w:t>Завертів круг себе листя&lt;br /&gt;</w:t>
        <w:br/>
        <w:t>І пропав в дуплі дубовім,&lt;br /&gt;</w:t>
        <w:br/>
        <w:t>Перекинувся змією,&lt;br /&gt;</w:t>
        <w:br/>
        <w:t>Зник змією під корінням.</w:t>
      </w:r>
    </w:p>
    <w:p>
      <w:r>
        <w:br/>
        <w:t>Швидко правою рукою&lt;br /&gt;</w:t>
        <w:br/>
        <w:t>Покришив весь дуб, розкидав&lt;br /&gt;</w:t>
        <w:br/>
        <w:t>Гаявата, та даремно:</w:t>
      </w:r>
    </w:p>
    <w:p>
      <w:r>
        <w:br/>
        <w:t>Знов лукавий По-Пок-Ківіс</w:t>
      </w:r>
    </w:p>
    <w:p>
      <w:r>
        <w:br/>
        <w:t>Обернувся у людину&lt;br /&gt;</w:t>
        <w:br/>
        <w:t>І понісся, наче вихор,&lt;br /&gt;</w:t>
        <w:br/>
        <w:t>До Червоних Скель над морем,&lt;br /&gt;</w:t>
        <w:br/>
        <w:t>Що вартують-оглядають&lt;br /&gt;</w:t>
        <w:br/>
        <w:t>Цілий край і Гітчі-Гюмі.</w:t>
      </w:r>
    </w:p>
    <w:p>
      <w:r>
        <w:br/>
        <w:t>І Владика Гір могучий,&lt;br /&gt;</w:t>
        <w:br/>
        <w:t>Гірський Маніто могучий,&lt;br /&gt;</w:t>
        <w:br/>
        <w:t>Розчахнув Червону Скелю,&lt;br /&gt;</w:t>
        <w:br/>
        <w:t>Розчинив йому провалля —&lt;br /&gt;</w:t>
        <w:br/>
        <w:t>І сховав від Гаявати&lt;br /&gt;</w:t>
        <w:br/>
        <w:t>В кам'яній міцній оселі,&lt;br /&gt;</w:t>
        <w:br/>
        <w:t>Ввів його з ясним привітом&lt;br /&gt;</w:t>
        <w:br/>
        <w:t>У пітьму печер похмурих.</w:t>
      </w:r>
    </w:p>
    <w:p>
      <w:r>
        <w:br/>
        <w:t>А знадвору Гаявата&lt;br /&gt;</w:t>
        <w:br/>
        <w:t>Рукавицею своєю&lt;br /&gt;</w:t>
        <w:br/>
        <w:t>Розбивав Червоні Скелі,&lt;br /&gt;</w:t>
        <w:br/>
        <w:t>Пробивав в горі печери&lt;br /&gt;</w:t>
        <w:br/>
        <w:t>І кричав, і стукав гнівно:&lt;br /&gt;</w:t>
        <w:br/>
        <w:t>"Відчини! Я — Гаявата!"&lt;br /&gt;</w:t>
        <w:br/>
        <w:t>Та Владика Гір не слухав,&lt;br /&gt;</w:t>
        <w:br/>
        <w:t>Не озвавсь до Гаявати&lt;br /&gt;</w:t>
        <w:br/>
        <w:t>Із своїх печер похмурих,&lt;br /&gt;</w:t>
        <w:br/>
        <w:t>Із безодні кам'яної.</w:t>
      </w:r>
    </w:p>
    <w:p>
      <w:r>
        <w:br/>
        <w:t>І простяг він руки вгору,&lt;br /&gt;</w:t>
        <w:br/>
        <w:t>І покликав Енімікі&lt;br /&gt;</w:t>
        <w:br/>
        <w:t>І Вевесімо на поміч.&lt;br /&gt;</w:t>
        <w:br/>
        <w:t>І прийшли вони на землю&lt;br /&gt;</w:t>
        <w:br/>
        <w:t>З ніччю, з вихором, вітрами,</w:t>
      </w:r>
    </w:p>
    <w:p>
      <w:r>
        <w:br/>
        <w:t>Пронеслись над Гітчі-Гюмі&lt;br /&gt;</w:t>
        <w:br/>
        <w:t>З Верхогір'я Громового,&lt;br /&gt;</w:t>
        <w:br/>
        <w:t>І злякався По-Пок-Ківіс&lt;br /&gt;</w:t>
        <w:br/>
        <w:t>Грому, гуркоту страшного,&lt;br /&gt;</w:t>
        <w:br/>
        <w:t>І злякався стріл вогняних,&lt;br /&gt;</w:t>
        <w:br/>
        <w:t>Стріл Вевесімо страшної,&lt;br /&gt;</w:t>
        <w:br/>
        <w:t>Затремтів, припав, зігнувся.</w:t>
      </w:r>
    </w:p>
    <w:p>
      <w:r>
        <w:br/>
        <w:t>Кам'яні Червоні Скелі&lt;br /&gt;</w:t>
        <w:br/>
        <w:t>Раптом блискавка розбила,&lt;br /&gt;</w:t>
        <w:br/>
        <w:t>Над печерними дверима&lt;br /&gt;</w:t>
        <w:br/>
        <w:t>Вдарив грім і крикнув гнівно:&lt;br /&gt;</w:t>
        <w:br/>
        <w:t>"Де тут, де тут По-Пок-Ківіс?!"&lt;br /&gt;</w:t>
        <w:br/>
        <w:t>І розсипалися скелі,&lt;br /&gt;</w:t>
        <w:br/>
        <w:t>І звалився на руїни,&lt;br /&gt;</w:t>
        <w:br/>
        <w:t>Впав лукавий По-Пок-Ківіо,&lt;br /&gt;</w:t>
        <w:br/>
        <w:t>Баламут і Єнадізі.&lt;br /&gt;</w:t>
        <w:br/>
        <w:t>Нахилився Гаявата,&lt;br /&gt;</w:t>
        <w:br/>
        <w:t>Вийняв дух його із тіла&lt;br /&gt;</w:t>
        <w:br/>
        <w:t>І сказав: "О По-Пок-Ківіс!&lt;br /&gt;</w:t>
        <w:br/>
        <w:t>Ну, людиною тепер ти&lt;br /&gt;</w:t>
        <w:br/>
        <w:t>Вже не зробишся ніколи,&lt;br /&gt;</w:t>
        <w:br/>
        <w:t>Вже не будеш безтурботно&lt;br /&gt;</w:t>
        <w:br/>
        <w:t>Танцювати і сміятись.&lt;br /&gt;</w:t>
        <w:br/>
        <w:t>Тільки високо під небом&lt;br /&gt;</w:t>
        <w:br/>
        <w:t>Будеш плавати, шугати,&lt;br /&gt;</w:t>
        <w:br/>
        <w:t>Будеш ти Кіню на небі,&lt;br /&gt;</w:t>
        <w:br/>
        <w:t>Бойовим орлом могучим!"</w:t>
      </w:r>
    </w:p>
    <w:p>
      <w:r>
        <w:br/>
        <w:t>А перекази в народі,&lt;br /&gt;</w:t>
        <w:br/>
        <w:t>А пісні, казки і досі&lt;br /&gt;</w:t>
        <w:br/>
        <w:t>Ще живуть про Єнадізі.</w:t>
      </w:r>
    </w:p>
    <w:p>
      <w:r>
        <w:br/>
        <w:t>І коли в селі зимою&lt;br /&gt;</w:t>
        <w:br/>
        <w:t>Завірюхи затанцюють&lt;br /&gt;</w:t>
        <w:br/>
        <w:t>І у димарі вігваму&lt;br /&gt;</w:t>
        <w:br/>
        <w:t>Заспіває буйний вітер,—&lt;br /&gt;</w:t>
        <w:br/>
        <w:t>"Се лукавий По-Пок-Ківіс&lt;br /&gt;</w:t>
        <w:br/>
        <w:t>Так танцює, так шаліє!" —&lt;br /&gt;</w:t>
        <w:br/>
        <w:t>Кажуть люде між собою.</w:t>
      </w:r>
    </w:p>
    <w:p>
      <w:r>
        <w:br/>
        <w:t>XVIII</w:t>
      </w:r>
    </w:p>
    <w:p>
      <w:r>
        <w:br/>
        <w:t>СМЕРТЬ КВАЗІНДА</w:t>
      </w:r>
    </w:p>
    <w:p>
      <w:r>
        <w:br/>
        <w:t>Слава Квазінда далеко&lt;br /&gt;</w:t>
        <w:br/>
        <w:t>Розлетілася по світу,&lt;br /&gt;</w:t>
        <w:br/>
        <w:t>Вінхуперників не бачив,&lt;br /&gt;</w:t>
        <w:br/>
        <w:t>Не стрівав для себе рівних.&lt;br /&gt;</w:t>
        <w:br/>
        <w:t>І лукаве, хитре плем'я&lt;br /&gt;</w:t>
        <w:br/>
        <w:t>Лютих гномів і пігмеїв,&lt;br /&gt;</w:t>
        <w:br/>
        <w:t>Лютих духів Пок-Веджис&lt;br /&gt;</w:t>
        <w:br/>
        <w:t>Вбити Квазінда поклало.</w:t>
      </w:r>
    </w:p>
    <w:p>
      <w:r>
        <w:br/>
        <w:t>"Та коли відважний Квазінд,&lt;br /&gt;</w:t>
        <w:br/>
        <w:t>Всім ненависний нам Квазінд,&lt;br /&gt;</w:t>
        <w:br/>
        <w:t>Поживе на світі довше,&lt;br /&gt;</w:t>
        <w:br/>
        <w:t>Все руйнуючи без жалю,&lt;br /&gt;</w:t>
        <w:br/>
        <w:t>Всі дивуючи народи&lt;br /&gt;</w:t>
        <w:br/>
        <w:t>Духом-силою своєю,—&lt;br /&gt;</w:t>
        <w:br/>
        <w:t>Що ж з самими нами буде? —</w:t>
      </w:r>
    </w:p>
    <w:p>
      <w:r>
        <w:br/>
        <w:t>Говорили Пок-Веджис.—&lt;br /&gt;</w:t>
        <w:br/>
        <w:t>Він розтопче нас, роздавить,&lt;br /&gt;</w:t>
        <w:br/>
        <w:t>Він підводним лютим духам&lt;br /&gt;</w:t>
        <w:br/>
        <w:t>Всіх нас кине на поживу!"</w:t>
      </w:r>
    </w:p>
    <w:p>
      <w:r>
        <w:br/>
        <w:t>Так, зібравшись на нараду,&lt;br /&gt;</w:t>
        <w:br/>
        <w:t>Говорили Пок-Веджис&lt;br /&gt;</w:t>
        <w:br/>
        <w:t>І його поклали вбити,&lt;br /&gt;</w:t>
        <w:br/>
        <w:t>Так, убити і навіки&lt;br /&gt;</w:t>
        <w:br/>
        <w:t>Світ позбавити від його.</w:t>
      </w:r>
    </w:p>
    <w:p>
      <w:r>
        <w:br/>
        <w:t>Сила Квазінда і кволість&lt;br /&gt;</w:t>
        <w:br/>
        <w:t>Тільки в тімені ховались;&lt;br /&gt;</w:t>
        <w:br/>
        <w:t>Так, його у тім'я тільки&lt;br /&gt;</w:t>
        <w:br/>
        <w:t>Можна ранити смертельно,&lt;br /&gt;</w:t>
        <w:br/>
        <w:t>Але зброєю чудною:&lt;br /&gt;</w:t>
        <w:br/>
        <w:t>Тільки шишкою з ялини.&lt;br /&gt;</w:t>
        <w:br/>
        <w:t>І ніхто не знав на світі&lt;br /&gt;</w:t>
        <w:br/>
        <w:t>Тайни дивної сієї.&lt;br /&gt;</w:t>
        <w:br/>
        <w:t>Знали тільки Пок-Веджис,&lt;br /&gt;</w:t>
        <w:br/>
        <w:t>Знали тільки злі пігмеї,&lt;br /&gt;</w:t>
        <w:br/>
        <w:t>Як їм ворога згубити.</w:t>
      </w:r>
    </w:p>
    <w:p>
      <w:r>
        <w:br/>
        <w:t>І з ялин блакитних шишок&lt;br /&gt;</w:t>
        <w:br/>
        <w:t>По лісах над Такваміно&lt;br /&gt;</w:t>
        <w:br/>
        <w:t>Назбирали злі пігмеї&lt;br /&gt;</w:t>
        <w:br/>
        <w:t>І на березі сховали,&lt;br /&gt;</w:t>
        <w:br/>
        <w:t>На Червоних диких Скелях,&lt;br /&gt;</w:t>
        <w:br/>
        <w:t>Що звисають над водою.&lt;br /&gt;</w:t>
        <w:br/>
        <w:t>А самі в кущах засіли&lt;br /&gt;</w:t>
        <w:br/>
        <w:t>І плавця чекати стали.</w:t>
      </w:r>
    </w:p>
    <w:p>
      <w:r>
        <w:br/>
        <w:t>Се було опівдні влітку;&lt;br /&gt;</w:t>
        <w:br/>
        <w:t>Не гойдалося повітря,&lt;br /&gt;</w:t>
        <w:br/>
        <w:t>Нерухомо спали тіні,&lt;br /&gt;</w:t>
        <w:br/>
        <w:t>І застигла наче річка.&lt;br /&gt;</w:t>
        <w:br/>
        <w:t>А над нею пробігали,&lt;br /&gt;</w:t>
        <w:br/>
        <w:t>Сяли іскрами комахи,&lt;br /&gt;</w:t>
        <w:br/>
        <w:t>І розносилось далеко&lt;br /&gt;</w:t>
        <w:br/>
        <w:t>їх дзижчання стоголосе,&lt;br /&gt;</w:t>
        <w:br/>
        <w:t>Бойові пісні і крики.&lt;br /&gt;</w:t>
        <w:br/>
        <w:t>Плив по річці дужий Квазінд,&lt;br /&gt;</w:t>
        <w:br/>
        <w:t>Вниз по річці плив ліниво,&lt;br /&gt;</w:t>
        <w:br/>
        <w:t>По дрімливій Такваміно.&lt;br /&gt;</w:t>
        <w:br/>
        <w:t>Спека дня його стомила,&lt;br /&gt;</w:t>
        <w:br/>
        <w:t>Тиша дня його приспала.</w:t>
      </w:r>
    </w:p>
    <w:p>
      <w:r>
        <w:br/>
        <w:t>І спустився непомітно&lt;br /&gt;</w:t>
        <w:br/>
        <w:t>Понад ним Дух Сну, Непавін,&lt;br /&gt;</w:t>
        <w:br/>
        <w:t>По гілках беріз плакучих,&lt;br /&gt;</w:t>
        <w:br/>
        <w:t>Що схилялись над водою.&lt;br /&gt;</w:t>
        <w:br/>
        <w:t>Він спустився разом з військом&lt;br /&gt;</w:t>
        <w:br/>
        <w:t>На чолі незримих духів;&lt;br /&gt;</w:t>
        <w:br/>
        <w:t>По гілках зійшов Непавін,&lt;br /&gt;</w:t>
        <w:br/>
        <w:t>Став він бабкою літати,&lt;br /&gt;</w:t>
        <w:br/>
        <w:t>Став кружляти Деш-кво-ніші&lt;br /&gt;</w:t>
        <w:br/>
        <w:t>Над плавцем безсилим, сонним.</w:t>
      </w:r>
    </w:p>
    <w:p>
      <w:r>
        <w:br/>
        <w:t>Квазінд чув неясний шепіт,&lt;br /&gt;</w:t>
        <w:br/>
        <w:t>Мов зітхання тихе сосон,&lt;br /&gt;</w:t>
        <w:br/>
        <w:t>Мов далекий плескіт моря,&lt;br /&gt;</w:t>
        <w:br/>
        <w:t>Мов далекий шум прибою —&lt;br /&gt;</w:t>
        <w:br/>
        <w:t>І відчув удари Квазінд,&lt;br /&gt;</w:t>
        <w:br/>
        <w:t>Томагауків удари,</w:t>
      </w:r>
    </w:p>
    <w:p>
      <w:r>
        <w:br/>
        <w:t>Що у тім'я прямо били,&lt;br /&gt;</w:t>
        <w:br/>
        <w:t>Що уміло керувались&lt;br /&gt;</w:t>
        <w:br/>
        <w:t>Військом Духів Сну, Непавін.&lt;br /&gt;</w:t>
        <w:br/>
        <w:t>І від першого удару&lt;br /&gt;</w:t>
        <w:br/>
        <w:t>Підтяла його дрімота,&lt;br /&gt;</w:t>
        <w:br/>
        <w:t>А від другого — безсило&lt;br /&gt;</w:t>
        <w:br/>
        <w:t>Кинув він весло в пірогу,&lt;br /&gt;</w:t>
        <w:br/>
        <w:t>А від третього покрилась&lt;br /&gt;</w:t>
        <w:br/>
        <w:t>Вся околиця пітьмою,&lt;br /&gt;</w:t>
        <w:br/>
        <w:t>І заснув, забувся Квазінд.</w:t>
      </w:r>
    </w:p>
    <w:p>
      <w:r>
        <w:br/>
        <w:t>Так і плив він вниз по річці,&lt;br /&gt;</w:t>
        <w:br/>
        <w:t>Як сліпий, сидів в пірозі,&lt;br /&gt;</w:t>
        <w:br/>
        <w:t>Сонний плив по Такваміно&lt;br /&gt;</w:t>
        <w:br/>
        <w:t>Під зеленими лісами,&lt;br /&gt;</w:t>
        <w:br/>
        <w:t>Під берізками стрункими,&lt;br /&gt;</w:t>
        <w:br/>
        <w:t>Мимо засіди пігмеїв,&lt;br /&gt;</w:t>
        <w:br/>
        <w:t>Мимо табору пігмеїв.</w:t>
      </w:r>
    </w:p>
    <w:p>
      <w:r>
        <w:br/>
        <w:t>А ялин блакитні шишки&lt;br /&gt;</w:t>
        <w:br/>
        <w:t>Градом з берега летіли,&lt;br /&gt;</w:t>
        <w:br/>
        <w:t>В тім'я Квазінда летіли.&lt;br /&gt;</w:t>
        <w:br/>
        <w:t>"Смерть йому!" — почувся голос,&lt;br /&gt;</w:t>
        <w:br/>
        <w:t>Наглий поклик Пок-Веджис.</w:t>
      </w:r>
    </w:p>
    <w:p>
      <w:r>
        <w:br/>
        <w:t>І упав на бік піроги,&lt;br /&gt;</w:t>
        <w:br/>
        <w:t>І звалився в воду Квазінд,&lt;br /&gt;</w:t>
        <w:br/>
        <w:t>Головою вниз, як видра,&lt;br /&gt;</w:t>
        <w:br/>
        <w:t>В воду сонну він звалився.&lt;br /&gt;</w:t>
        <w:br/>
        <w:t>Перекинулась пірога,&lt;br /&gt;</w:t>
        <w:br/>
        <w:t>Поплила кудись, безвільна,&lt;br /&gt;</w:t>
        <w:br/>
        <w:t>Вниз по річці Такваміно.</w:t>
      </w:r>
    </w:p>
    <w:p>
      <w:r>
        <w:br/>
        <w:t>Так могучий Квазінд згинув,&lt;br /&gt;</w:t>
        <w:br/>
        <w:t>Та ім'я його ще довго&lt;br /&gt;</w:t>
        <w:br/>
        <w:t>Береглося у народу.&lt;br /&gt;</w:t>
        <w:br/>
        <w:t>І коли в лісах зимою&lt;br /&gt;</w:t>
        <w:br/>
        <w:t>Лютували, вили бурі,&lt;br /&gt;</w:t>
        <w:br/>
        <w:t>З тріском гнули і ламали&lt;br /&gt;</w:t>
        <w:br/>
        <w:t>На деревах голих віти,&lt;br /&gt;</w:t>
        <w:br/>
        <w:t>"Квазінд,— люде говорили,—&lt;br /&gt;</w:t>
        <w:br/>
        <w:t>Се на огнище збирає&lt;br /&gt;</w:t>
        <w:br/>
        <w:t>Хмиз сухий для себе Квазінд!"</w:t>
      </w:r>
    </w:p>
    <w:p>
      <w:r>
        <w:br/>
        <w:t>XIX</w:t>
      </w:r>
    </w:p>
    <w:p>
      <w:r>
        <w:br/>
        <w:t>ПРИВИДИ</w:t>
      </w:r>
    </w:p>
    <w:p>
      <w:r>
        <w:br/>
        <w:t>Ой один орел ніколи&lt;br /&gt;</w:t>
        <w:br/>
        <w:t>Не спускається в пустелі&lt;br /&gt;</w:t>
        <w:br/>
        <w:t>Над пораненим бізоном,&lt;br /&gt;</w:t>
        <w:br/>
        <w:t>А за ним летить і другий,&lt;br /&gt;</w:t>
        <w:br/>
        <w:t>А за другим в синім небі&lt;br /&gt;</w:t>
        <w:br/>
        <w:t>Зараз з'явиться і третій,&lt;br /&gt;</w:t>
        <w:br/>
        <w:t>І повітря незабаром&lt;br /&gt;</w:t>
        <w:br/>
        <w:t>Потемніє, почорніє&lt;br /&gt;</w:t>
        <w:br/>
        <w:t>Від широких крил орлиних.</w:t>
      </w:r>
    </w:p>
    <w:p>
      <w:r>
        <w:br/>
        <w:t>І біда одна не ходить,&lt;br /&gt;</w:t>
        <w:br/>
        <w:t>А одна пильнує другу,—&lt;br /&gt;</w:t>
        <w:br/>
        <w:t>Не пройшло одно ще лихо,&lt;br /&gt;</w:t>
        <w:br/>
        <w:t>А ідуть уже і другі&lt;br /&gt;</w:t>
        <w:br/>
        <w:t>І над здобиччю кружляють,&lt;br /&gt;</w:t>
        <w:br/>
        <w:t>В'ються, наче птахи чорні,—&lt;br /&gt;</w:t>
        <w:br/>
        <w:t>І від розпачу, скорботи&lt;br /&gt;</w:t>
        <w:br/>
        <w:t>Білий світ аж почорніє.</w:t>
      </w:r>
    </w:p>
    <w:p>
      <w:r>
        <w:br/>
        <w:t>На похмуру Північ знову&lt;br /&gt;</w:t>
        <w:br/>
        <w:t>Дужий Пібоан вернувся!&lt;br /&gt;</w:t>
        <w:br/>
        <w:t>Крижаним своїм диханням&lt;br /&gt;</w:t>
        <w:br/>
        <w:t>Обернув він воду в камінь&lt;br /&gt;</w:t>
        <w:br/>
        <w:t>На річках і на озерах.&lt;br /&gt;</w:t>
        <w:br/>
        <w:t>З кіс струсив він платки снігу,&lt;br /&gt;</w:t>
        <w:br/>
        <w:t>І поля укрились білим&lt;br /&gt;</w:t>
        <w:br/>
        <w:t>Рівним килимом блискучим,&lt;br /&gt;</w:t>
        <w:br/>
        <w:t>Наче їх зрівняв рукою&lt;br /&gt;</w:t>
        <w:br/>
        <w:t>Гітчі-Маніто могучий.</w:t>
      </w:r>
    </w:p>
    <w:p>
      <w:r>
        <w:br/>
        <w:t>По лісах у завірюху&lt;br /&gt;</w:t>
        <w:br/>
        <w:t>Звіролов бродив на лижах,&lt;br /&gt;</w:t>
        <w:br/>
        <w:t>А в селі, в вігвамах теплих,&lt;br /&gt;</w:t>
        <w:br/>
        <w:t>Скрізь жіноцтво працювало,&lt;br /&gt;</w:t>
        <w:br/>
        <w:t>Молотило кукурудзу&lt;br /&gt;</w:t>
        <w:br/>
        <w:t>І вичинювало шкіри,&lt;br /&gt;</w:t>
        <w:br/>
        <w:t>А безжурна молодь грала,&lt;br /&gt;</w:t>
        <w:br/>
        <w:t>Забавлялась, танцювала,&lt;br /&gt;</w:t>
        <w:br/>
        <w:t>Жваво бігала на лижах.</w:t>
      </w:r>
    </w:p>
    <w:p>
      <w:r>
        <w:br/>
        <w:t>Раз увечері в вігвамі&lt;br /&gt;</w:t>
        <w:br/>
        <w:t>З Міннегагою Нокоміс&lt;br /&gt;</w:t>
        <w:br/>
        <w:t>За роботою сиділа&lt;br /&gt;</w:t>
        <w:br/>
        <w:t>І уважно прислухалась,&lt;br /&gt;</w:t>
        <w:br/>
        <w:t>Чи не чути, чи не йде ще&lt;br /&gt;</w:t>
        <w:br/>
        <w:t>З полювання Гаявата.</w:t>
      </w:r>
    </w:p>
    <w:p>
      <w:r>
        <w:br/>
        <w:t>Сяйво огнища лилося,&lt;br /&gt;</w:t>
        <w:br/>
        <w:t>Червонило їх обличчя&lt;br /&gt;</w:t>
        <w:br/>
        <w:t>І в очах Нокоміс грало&lt;br /&gt;</w:t>
        <w:br/>
        <w:t>Блиском місяця блідого,&lt;br /&gt;</w:t>
        <w:br/>
        <w:t>А в очах у Міннегаги —&lt;br /&gt;</w:t>
        <w:br/>
        <w:t>Блиском сонця над водою.&lt;br /&gt;</w:t>
        <w:br/>
        <w:t>Дим, збираючись клубками,</w:t>
      </w:r>
    </w:p>
    <w:p>
      <w:r>
        <w:br/>
        <w:t>Вилітав в димар над ними,&lt;br /&gt;</w:t>
        <w:br/>
        <w:t>А за ними вигинались&lt;br /&gt;</w:t>
        <w:br/>
        <w:t>По кутках вігваму тіні.</w:t>
      </w:r>
    </w:p>
    <w:p>
      <w:r>
        <w:br/>
        <w:t>І одсунулась запонка&lt;br /&gt;</w:t>
        <w:br/>
        <w:t>Непомітно над порогом;&lt;br /&gt;</w:t>
        <w:br/>
        <w:t>Розгорілося в вігвамі,&lt;br /&gt;</w:t>
        <w:br/>
        <w:t>Дужче дим розхвилювався,&lt;br /&gt;</w:t>
        <w:br/>
        <w:t>І дві жінки, не озвавшись,&lt;br /&gt;</w:t>
        <w:br/>
        <w:t>Без звичайного привіту&lt;br /&gt;</w:t>
        <w:br/>
        <w:t>Тихо стали на порозі,&lt;br /&gt;</w:t>
        <w:br/>
        <w:t>Перебігли по вігваму&lt;br /&gt;</w:t>
        <w:br/>
        <w:t>І в кутку найдальшім, темнім&lt;br /&gt;</w:t>
        <w:br/>
        <w:t>Сіли враз і затаїлись.</w:t>
      </w:r>
    </w:p>
    <w:p>
      <w:r>
        <w:br/>
        <w:t>По обличчю, по убранню&lt;br /&gt;</w:t>
        <w:br/>
        <w:t>Се були жінки-чужинки:&lt;br /&gt;</w:t>
        <w:br/>
        <w:t>Блідолиці і похмурі,&lt;br /&gt;</w:t>
        <w:br/>
        <w:t>Повні смутку, повні туги,&lt;br /&gt;</w:t>
        <w:br/>
        <w:t>Із кутка вони дивились&lt;br /&gt;</w:t>
        <w:br/>
        <w:t>І трусились, наче мерзли.</w:t>
      </w:r>
    </w:p>
    <w:p>
      <w:r>
        <w:br/>
        <w:t>Чи не Вітер се Північний&lt;br /&gt;</w:t>
        <w:br/>
        <w:t>Виє в комині вігваму?&lt;br /&gt;</w:t>
        <w:br/>
        <w:t>Чи сова се, Куку-кугу,&lt;br /&gt;</w:t>
        <w:br/>
        <w:t>Застогнала в темнім лісі?&lt;br /&gt;</w:t>
        <w:br/>
        <w:t>І озвавсь таємний голос:&lt;br /&gt;</w:t>
        <w:br/>
        <w:t>"Се воскресли душі мертвих,&lt;br /&gt;</w:t>
        <w:br/>
        <w:t>Се вони прийшли на землю&lt;br /&gt;</w:t>
        <w:br/>
        <w:t>Із ясних Країн Поніма,&lt;br /&gt;</w:t>
        <w:br/>
        <w:t>Із ясного Того Світу".</w:t>
      </w:r>
    </w:p>
    <w:p>
      <w:r>
        <w:br/>
        <w:t>Незабаром з полювання&lt;br /&gt;</w:t>
        <w:br/>
        <w:t>Повернувся Гаявата,&lt;br /&gt;</w:t>
        <w:br/>
        <w:t>Запорошений снігами&lt;br /&gt;</w:t>
        <w:br/>
        <w:t>І з оленем за плечима.</w:t>
      </w:r>
    </w:p>
    <w:p>
      <w:r>
        <w:br/>
        <w:t>І під ноги Міннегаги&lt;br /&gt;</w:t>
        <w:br/>
        <w:t>Він поклав свого оленя&lt;br /&gt;</w:t>
        <w:br/>
        <w:t>І ще кращим, ще милішим&lt;br /&gt;</w:t>
        <w:br/>
        <w:t>Здався їй у сю хвилину,&lt;br /&gt;</w:t>
        <w:br/>
        <w:t>Ніж в той час, коли за нею&lt;br /&gt;</w:t>
        <w:br/>
        <w:t>Він прийшов у край Да котів,&lt;br /&gt;</w:t>
        <w:br/>
        <w:t>Скинув здобич перед нею,&lt;br /&gt;</w:t>
        <w:br/>
        <w:t>Щоб без слів сказати любій&lt;br /&gt;</w:t>
        <w:br/>
        <w:t>Про свою любов і намір.</w:t>
      </w:r>
    </w:p>
    <w:p>
      <w:r>
        <w:br/>
        <w:t>А коли назад оглянувсь&lt;br /&gt;</w:t>
        <w:br/>
        <w:t>І жінок-чужинок вгледів,&lt;br /&gt;</w:t>
        <w:br/>
        <w:t>Що сиділи затаївшись,&lt;br /&gt;</w:t>
        <w:br/>
        <w:t>Він сказав до себе: "Хто се?..&lt;br /&gt;</w:t>
        <w:br/>
        <w:t>Дивні гості Міннегаги!"&lt;br /&gt;</w:t>
        <w:br/>
        <w:t>Та розпитувать не став їх,&lt;br /&gt;</w:t>
        <w:br/>
        <w:t>Тільки лагідно, привітно&lt;br /&gt;</w:t>
        <w:br/>
        <w:t>Запросив їх гостювати,&lt;br /&gt;</w:t>
        <w:br/>
        <w:t>Поки схочуть, поки можна.</w:t>
      </w:r>
    </w:p>
    <w:p>
      <w:r>
        <w:br/>
        <w:t>Та чужинки не озвались,&lt;br /&gt;</w:t>
        <w:br/>
        <w:t>Не промовили ні слова,&lt;br /&gt;</w:t>
        <w:br/>
        <w:t>А коли дали вечерю&lt;br /&gt;</w:t>
        <w:br/>
        <w:t>І розрізали оленя,&lt;br /&gt;</w:t>
        <w:br/>
        <w:t>Із кутка вони схопились&lt;br /&gt;</w:t>
        <w:br/>
        <w:t>І накинулись на страву.&lt;br /&gt;</w:t>
        <w:br/>
        <w:t>З'їли частку Міннегаги,&lt;br /&gt;</w:t>
        <w:br/>
        <w:t>Не питаючи, забрали&lt;br /&gt;</w:t>
        <w:br/>
        <w:t>Ніжний білий жир оленя,&lt;br /&gt;</w:t>
        <w:br/>
        <w:t>Як голодні звірі, з'їли&lt;br /&gt;</w:t>
        <w:br/>
        <w:t>І в куток сховались знову,&lt;br /&gt;</w:t>
        <w:br/>
        <w:t>У найдальший, найтсмніший</w:t>
      </w:r>
    </w:p>
    <w:p>
      <w:r>
        <w:br/>
        <w:t>Не озвалась Міннегага,&lt;br /&gt;</w:t>
        <w:br/>
        <w:t>Не озвався Гаявата,&lt;br /&gt;</w:t>
        <w:br/>
        <w:t>Не озвалась і Нокоміс,</w:t>
      </w:r>
    </w:p>
    <w:p>
      <w:r>
        <w:br/>
        <w:t>42</w:t>
      </w:r>
    </w:p>
    <w:p>
      <w:r>
        <w:br/>
        <w:t>Не поремствували навіть,&lt;br /&gt;</w:t>
        <w:br/>
        <w:t>Все промовчали, стерпіли.&lt;br /&gt;</w:t>
        <w:br/>
        <w:t>Тільки журно Міннегага&lt;br /&gt;</w:t>
        <w:br/>
        <w:t>Тихим голосом сказала:&lt;br /&gt;</w:t>
        <w:br/>
        <w:t>"їх жорстокий голод мучить,&lt;br /&gt;</w:t>
        <w:br/>
        <w:t>Хай беруть усе, що хочуть,&lt;br /&gt;</w:t>
        <w:br/>
        <w:t>Хай їдять,— їх голод мучить".</w:t>
      </w:r>
    </w:p>
    <w:p>
      <w:r>
        <w:br/>
        <w:t>В синім небі зір багато&lt;br /&gt;</w:t>
        <w:br/>
        <w:t>Засвітилось і погасло,&lt;br /&gt;</w:t>
        <w:br/>
        <w:t>І багато днів струсили&lt;br /&gt;</w:t>
        <w:br/>
        <w:t>З себе темні, чорні ночі,&lt;br /&gt;</w:t>
        <w:br/>
        <w:t>Як дерева платки снігу.&lt;br /&gt;</w:t>
        <w:br/>
        <w:t>День за днем сиділи мовчки&lt;br /&gt;</w:t>
        <w:br/>
        <w:t>Дивні гості у вігвамі,&lt;br /&gt;</w:t>
        <w:br/>
        <w:t>А вночі,— в негоду навіть,&lt;br /&gt;</w:t>
        <w:br/>
        <w:t>В ближній ліс вони ходили,&lt;br /&gt;</w:t>
        <w:br/>
        <w:t>Щоб набрать шишок соснових,&lt;br /&gt;</w:t>
        <w:br/>
        <w:t>Щоб набрать гілля для топки,&lt;br /&gt;</w:t>
        <w:br/>
        <w:t>А коли світало, знову&lt;br /&gt;</w:t>
        <w:br/>
        <w:t>Повертались до вігваму.</w:t>
      </w:r>
    </w:p>
    <w:p>
      <w:r>
        <w:br/>
        <w:t>І щодня, як Гаявата&lt;br /&gt;</w:t>
        <w:br/>
        <w:t>Повертався з полювання&lt;br /&gt;</w:t>
        <w:br/>
        <w:t>І вечерю подавали,&lt;br /&gt;</w:t>
        <w:br/>
        <w:t>Із кутка свого, як звірі,&lt;br /&gt;</w:t>
        <w:br/>
        <w:t>Гості кидались на страву,&lt;br /&gt;</w:t>
        <w:br/>
        <w:t>Не питаючись, хапали&lt;br /&gt;</w:t>
        <w:br/>
        <w:t>Ніжний білий жир оленя,&lt;br /&gt;</w:t>
        <w:br/>
        <w:t>їли частку Міннсгаги&lt;br /&gt;</w:t>
        <w:br/>
        <w:t>І в куток ховались знову.</w:t>
      </w:r>
    </w:p>
    <w:p>
      <w:r>
        <w:br/>
        <w:t>І не кинув Гаявата&lt;br /&gt;</w:t>
        <w:br/>
        <w:t>Навіть погляду докору,&lt;br /&gt;</w:t>
        <w:br/>
        <w:t>Не розсердилась ні разу,</w:t>
      </w:r>
    </w:p>
    <w:p>
      <w:r>
        <w:br/>
        <w:t>Не обурилась Нокоміс,&lt;br /&gt;</w:t>
        <w:br/>
        <w:t>І ніколи не сказала&lt;br /&gt;</w:t>
        <w:br/>
        <w:t>Навіть слова Міннегага:&lt;br /&gt;</w:t>
        <w:br/>
        <w:t>Все вони терпіли мовчки,&lt;br /&gt;</w:t>
        <w:br/>
        <w:t>Щоб ні поглядом, ні словом&lt;br /&gt;</w:t>
        <w:br/>
        <w:t>Не образити чужинок,&lt;br /&gt;</w:t>
        <w:br/>
        <w:t>Не зламати права гостя.</w:t>
      </w:r>
    </w:p>
    <w:p>
      <w:r>
        <w:br/>
        <w:t>Раз вночі, коли журливо&lt;br /&gt;</w:t>
        <w:br/>
        <w:t>Гасло огнище червоне,&lt;br /&gt;</w:t>
        <w:br/>
        <w:t>Ледве блимало, тремтіло&lt;br /&gt;</w:t>
        <w:br/>
        <w:t>В тихій сутіні вігваму,&lt;br /&gt;</w:t>
        <w:br/>
        <w:t>Враз прокинувсь Гаявата&lt;br /&gt;</w:t>
        <w:br/>
        <w:t>І почув чиїсь зітхання&lt;br /&gt;</w:t>
        <w:br/>
        <w:t>І скорботні голосіння.</w:t>
      </w:r>
    </w:p>
    <w:p>
      <w:r>
        <w:br/>
        <w:t>З ліжка встав він обережно,&lt;br /&gt;</w:t>
        <w:br/>
        <w:t>З волохатих шкур бізона,&lt;br /&gt;</w:t>
        <w:br/>
        <w:t>І, одкинувши завісу&lt;br /&gt;</w:t>
        <w:br/>
        <w:t>Із оленячої шкури,&lt;br /&gt;</w:t>
        <w:br/>
        <w:t>Він угледів, що се тіні,&lt;br /&gt;</w:t>
        <w:br/>
        <w:t>Гості стогнуть і зітхають,&lt;br /&gt;</w:t>
        <w:br/>
        <w:t>Гірко плачуть в тиші ночі!</w:t>
      </w:r>
    </w:p>
    <w:p>
      <w:r>
        <w:br/>
        <w:t>І озвався він: "О гості!&lt;br /&gt;</w:t>
        <w:br/>
        <w:t>Що шматує ваше серце?&lt;br /&gt;</w:t>
        <w:br/>
        <w:t>Що примушує ридати?&lt;br /&gt;</w:t>
        <w:br/>
        <w:t>Може, в час лихий Нокоміс&lt;br /&gt;</w:t>
        <w:br/>
        <w:t>Вас образила як-небудь&lt;br /&gt;</w:t>
        <w:br/>
        <w:t>І забула Міннегага&lt;br /&gt;</w:t>
        <w:br/>
        <w:t>Обов'язки господарки?"</w:t>
      </w:r>
    </w:p>
    <w:p>
      <w:r>
        <w:br/>
        <w:t>Тіні стихли, перестали&lt;br /&gt;</w:t>
        <w:br/>
        <w:t>Гірко скаржитись, ридати&lt;br /&gt;</w:t>
        <w:br/>
        <w:t>І сказали тихо-тихо:</w:t>
      </w:r>
    </w:p>
    <w:p>
      <w:r>
        <w:br/>
        <w:t>"Ми покійних, мертвих душі,&lt;br /&gt;</w:t>
        <w:br/>
        <w:t>Що жили колись між вами,&lt;br /&gt;</w:t>
        <w:br/>
        <w:t>Ми прийшли з Країн Поніма —&lt;br /&gt;</w:t>
        <w:br/>
        <w:t>З Того Світу ми вернулись,&lt;br /&gt;</w:t>
        <w:br/>
        <w:t>Щоб живих вас напутити.</w:t>
      </w:r>
    </w:p>
    <w:p>
      <w:r>
        <w:br/>
        <w:t>Стогін туги, плач скорботи&lt;br /&gt;</w:t>
        <w:br/>
        <w:t>Чути в Селищах Блаженних:&lt;br /&gt;</w:t>
        <w:br/>
        <w:t>То живі зовуть покійних,&lt;br /&gt;</w:t>
        <w:br/>
        <w:t>Прикликають знов на землю,&lt;br /&gt;</w:t>
        <w:br/>
        <w:t>Мучать нас плачем даремним.&lt;br /&gt;</w:t>
        <w:br/>
        <w:t>І вернулись ми на землю,&lt;br /&gt;</w:t>
        <w:br/>
        <w:t>І угледіли, що скрізь ми&lt;br /&gt;</w:t>
        <w:br/>
        <w:t>Непотрібні, скрізь ми зайві,&lt;br /&gt;</w:t>
        <w:br/>
        <w:t>Що чужими скрізь ми стали,&lt;br /&gt;</w:t>
        <w:br/>
        <w:t>Що для нас, мерців, немає&lt;br /&gt;</w:t>
        <w:br/>
        <w:t>На землі уже куточка.</w:t>
      </w:r>
    </w:p>
    <w:p>
      <w:r>
        <w:br/>
        <w:t>Пам'ятай же, Гаявато,&lt;br /&gt;</w:t>
        <w:br/>
        <w:t>І скажи усім народам,&lt;br /&gt;</w:t>
        <w:br/>
        <w:t>Щоб ніколи більше слізьми&lt;br /&gt;</w:t>
        <w:br/>
        <w:t>Не засмучували мертвих,&lt;br /&gt;</w:t>
        <w:br/>
        <w:t>Що пішли у Край Поніма,&lt;br /&gt;</w:t>
        <w:br/>
        <w:t>В тихі Селища Блаженних.</w:t>
      </w:r>
    </w:p>
    <w:p>
      <w:r>
        <w:br/>
        <w:t>І покійним у могили&lt;br /&gt;</w:t>
        <w:br/>
        <w:t>Не кладіть важкої ноші,&lt;br /&gt;</w:t>
        <w:br/>
        <w:t>Не потрібні для їх хутра,&lt;br /&gt;</w:t>
        <w:br/>
        <w:t>Казани, миски і Вампум —&lt;br /&gt;</w:t>
        <w:br/>
        <w:t>Ся поклажа мучить духів.&lt;br /&gt;</w:t>
        <w:br/>
        <w:t>Дайте тільки на дорогу&lt;br /&gt;</w:t>
        <w:br/>
        <w:t>їм огню і трохи їжі.</w:t>
      </w:r>
    </w:p>
    <w:p>
      <w:r>
        <w:br/>
        <w:t>Дух чотири темних ночі&lt;br /&gt;</w:t>
        <w:br/>
        <w:t>І чотири дні проходить&lt;br /&gt;</w:t>
        <w:br/>
        <w:t>По дорозі в Край Поніма;</w:t>
      </w:r>
    </w:p>
    <w:p>
      <w:r>
        <w:br/>
        <w:t>Через те ви і повинні&lt;br /&gt;</w:t>
        <w:br/>
        <w:t>Над могилами покійних&lt;br /&gt;</w:t>
        <w:br/>
        <w:t>Всі чотири дні і ночі&lt;br /&gt;</w:t>
        <w:br/>
        <w:t>Ясно огнища палити.&lt;br /&gt;</w:t>
        <w:br/>
        <w:t>Осявати їм дорогу,&lt;br /&gt;</w:t>
        <w:br/>
        <w:t>Світом радісним, веселим&lt;br /&gt;</w:t>
        <w:br/>
        <w:t>Осявати їх ночівлі.</w:t>
      </w:r>
    </w:p>
    <w:p>
      <w:r>
        <w:br/>
        <w:t>А тепер прощай навіки,&lt;br /&gt;</w:t>
        <w:br/>
        <w:t>Благородний Гаявато, &gt;</w:t>
      </w:r>
    </w:p>
    <w:p>
      <w:r>
        <w:br/>
        <w:t>І тебе ми спокушали, ^лл^</w:t>
      </w:r>
    </w:p>
    <w:p>
      <w:r>
        <w:br/>
        <w:t>І твоє терпіння довго&lt;br /&gt;</w:t>
        <w:br/>
        <w:t>Та даремно спокушали,—&lt;br /&gt;</w:t>
        <w:br/>
        <w:t>Ти таким, як був, лишився:&lt;br /&gt;</w:t>
        <w:br/>
        <w:t>І шляхетним, і великим.&lt;br /&gt;</w:t>
        <w:br/>
        <w:t>Будь же дужим, Гаявато,&lt;br /&gt;</w:t>
        <w:br/>
        <w:t>Не вдавайся в смуток-тугу:&lt;br /&gt;</w:t>
        <w:br/>
        <w:t>Ждуть тебе ще більші, важчі&lt;br /&gt;</w:t>
        <w:br/>
        <w:t>Боротьба і спокушення!"</w:t>
      </w:r>
    </w:p>
    <w:p>
      <w:r>
        <w:br/>
        <w:t>І пітьма раптово впала,&lt;br /&gt;</w:t>
        <w:br/>
        <w:t>І наповнила оселю;&lt;br /&gt;</w:t>
        <w:br/>
        <w:t>І почув убрання шелест&lt;br /&gt;</w:t>
        <w:br/>
        <w:t>Гаявата серед тиші,&lt;br /&gt;</w:t>
        <w:br/>
        <w:t>І почув він, що запонку&lt;br /&gt;</w:t>
        <w:br/>
        <w:t>Хтось одкинув над дверима,&lt;br /&gt;</w:t>
        <w:br/>
        <w:t>І на небі зорі вгледів,&lt;br /&gt;</w:t>
        <w:br/>
        <w:t>І відчув дихання ночі,&lt;br /&gt;</w:t>
        <w:br/>
        <w:t>Подих холоду-морозу,&lt;br /&gt;</w:t>
        <w:br/>
        <w:t>Але вже не бачив духів,&lt;br /&gt;</w:t>
        <w:br/>
        <w:t>Тіней мертвих, душ скорботних&lt;br /&gt;</w:t>
        <w:br/>
        <w:t>Із ясних Країн Поніма,&lt;br /&gt;</w:t>
        <w:br/>
        <w:t>Душ самотніх з Того Світу.</w:t>
      </w:r>
    </w:p>
    <w:p>
      <w:r>
        <w:br/>
        <w:t>XX</w:t>
      </w:r>
    </w:p>
    <w:p>
      <w:r>
        <w:br/>
        <w:t>Голод</w:t>
      </w:r>
    </w:p>
    <w:p>
      <w:r>
        <w:br/>
        <w:t>Зимо, зимо! Люта зимо!&lt;br /&gt;</w:t>
        <w:br/>
        <w:t>Завірюхи і морози!&lt;br /&gt;</w:t>
        <w:br/>
        <w:t>Що не день, то крига товща&lt;br /&gt;</w:t>
        <w:br/>
        <w:t>Все ставала на озерах.&lt;br /&gt;</w:t>
        <w:br/>
        <w:t>Білий сніг все більше й більше&lt;br /&gt;</w:t>
        <w:br/>
        <w:t>Замітав степи і луки,&lt;br /&gt;</w:t>
        <w:br/>
        <w:t>Голосніш шуміла хуга&lt;br /&gt;</w:t>
        <w:br/>
        <w:t>Круг осель людських по лісі.</w:t>
      </w:r>
    </w:p>
    <w:p>
      <w:r>
        <w:br/>
        <w:t>Ледве-ледве із вігваму,&lt;br /&gt;</w:t>
        <w:br/>
        <w:t>Густо вкритого снігами,&lt;br /&gt;</w:t>
        <w:br/>
        <w:t>Міг пройти у ліс мисливець!&lt;br /&gt;</w:t>
        <w:br/>
        <w:t>В рукавицях, в мокасинах&lt;br /&gt;</w:t>
        <w:br/>
        <w:t>Дарма він бродив по лісі,&lt;br /&gt;</w:t>
        <w:br/>
        <w:t>Дарма здобичі шукав він!&lt;br /&gt;</w:t>
        <w:br/>
        <w:t>Ні пташок ніде, ні звіра,&lt;br /&gt;</w:t>
        <w:br/>
        <w:t>Ні оленячого сліду,&lt;br /&gt;</w:t>
        <w:br/>
        <w:t>Ні маленького Вабассо.</w:t>
      </w:r>
    </w:p>
    <w:p>
      <w:r>
        <w:br/>
        <w:t>Був страшний, як привид білий,&lt;br /&gt;</w:t>
        <w:br/>
        <w:t>Ліс блискучий і пустельний,&lt;br /&gt;</w:t>
        <w:br/>
        <w:t>І від голоду, морозу&lt;br /&gt;</w:t>
        <w:br/>
        <w:t>Зомлівав мисливець в лісі&lt;br /&gt;</w:t>
        <w:br/>
        <w:t>І в снігах, зомлівши, гинув.</w:t>
      </w:r>
    </w:p>
    <w:p>
      <w:r>
        <w:br/>
        <w:t>О всесильний Бюкадевін!&lt;br /&gt;</w:t>
        <w:br/>
        <w:t>О могучий Акозівін!&lt;br /&gt;</w:t>
        <w:br/>
        <w:t>О безмовний, грізний Погок!&lt;br /&gt;</w:t>
        <w:br/>
        <w:t>О страшні, жорстокі муки&lt;br /&gt;</w:t>
        <w:br/>
        <w:t>І сирітське голосіння!</w:t>
      </w:r>
    </w:p>
    <w:p>
      <w:r>
        <w:br/>
        <w:t>Всю прибиту горем землю&lt;br /&gt;</w:t>
        <w:br/>
        <w:t>Заморив проклятий голод,&lt;br /&gt;</w:t>
        <w:br/>
        <w:t>Небеса й само повітря&lt;br /&gt;</w:t>
        <w:br/>
        <w:t>Лютим голодом нудились,&lt;br /&gt;</w:t>
        <w:br/>
        <w:t>І горіли в небі зорі,&lt;br /&gt;</w:t>
        <w:br/>
        <w:t>Як вовків голодних очі.</w:t>
      </w:r>
    </w:p>
    <w:p>
      <w:r>
        <w:br/>
        <w:t>Знов в вігвамі Гаявати&lt;br /&gt;</w:t>
        <w:br/>
        <w:t>Оселилося два гості,&lt;br /&gt;</w:t>
        <w:br/>
        <w:t>Також мовчки і похмуро,&lt;br /&gt;</w:t>
        <w:br/>
        <w:t>Як і гості попередні.&lt;br /&gt;</w:t>
        <w:br/>
        <w:t>Без усмішки і привіту&lt;br /&gt;</w:t>
        <w:br/>
        <w:t>Увійшли в вігвам спокійно,&lt;br /&gt;</w:t>
        <w:br/>
        <w:t>Сіли побіч Міннегаги&lt;br /&gt;</w:t>
        <w:br/>
        <w:t>І запалими очима&lt;br /&gt;</w:t>
        <w:br/>
        <w:t>Уп'ялися хижо в неї.</w:t>
      </w:r>
    </w:p>
    <w:p>
      <w:r>
        <w:br/>
        <w:t>І один сказав їй: "Бачиш —&lt;br /&gt;</w:t>
        <w:br/>
        <w:t>Бюкадевін я! Я — голод".&lt;br /&gt;</w:t>
        <w:br/>
        <w:t>А другий сказав їй: "Бачиш —&lt;br /&gt;</w:t>
        <w:br/>
        <w:t>Я гнітючка — Акозівін!"</w:t>
      </w:r>
    </w:p>
    <w:p>
      <w:r>
        <w:br/>
        <w:t>1 Лихоманка.</w:t>
      </w:r>
    </w:p>
    <w:p>
      <w:r>
        <w:br/>
        <w:t>І від слів страшних, від зорів&lt;br /&gt;</w:t>
        <w:br/>
        <w:t>Бідне серце Міннегаги&lt;br /&gt;</w:t>
        <w:br/>
        <w:t>Затремтіло, стислось жахом.&lt;br /&gt;</w:t>
        <w:br/>
        <w:t>Не сказавши, впала в ліжко&lt;br /&gt;</w:t>
        <w:br/>
        <w:t>І забилась Міннегага.&lt;br /&gt;</w:t>
        <w:br/>
        <w:t>І на ліжку вона довго&lt;br /&gt;</w:t>
        <w:br/>
        <w:t>І холола, і горіла&lt;br /&gt;</w:t>
        <w:br/>
        <w:t>Від страшенних слів і зорів.</w:t>
      </w:r>
    </w:p>
    <w:p>
      <w:r>
        <w:br/>
        <w:t>Як шалений, в ліс понісся&lt;br /&gt;</w:t>
        <w:br/>
        <w:t>В мокасинах Гаявата,&lt;br /&gt;</w:t>
        <w:br/>
        <w:t>Зціпив зуби, затаїв він&lt;br /&gt;</w:t>
        <w:br/>
        <w:t>В серці біль страшної туги&lt;br /&gt;</w:t>
        <w:br/>
        <w:t>І летів... і краплі поту&lt;br /&gt;</w:t>
        <w:br/>
        <w:t>На чолі його змерзались.</w:t>
      </w:r>
    </w:p>
    <w:p>
      <w:r>
        <w:br/>
        <w:t>В хутрянім своїм убранні,&lt;br /&gt;</w:t>
        <w:br/>
        <w:t>В рукавицях, Мінджикевон,&lt;br /&gt;</w:t>
        <w:br/>
        <w:t>З сагайдаком за плечима&lt;br /&gt;</w:t>
        <w:br/>
        <w:t>І з тугим готовим луком&lt;br /&gt;</w:t>
        <w:br/>
        <w:t>Він летів все далі й далі&lt;br /&gt;</w:t>
        <w:br/>
        <w:t>Полісах порожніх, мертвих.</w:t>
      </w:r>
    </w:p>
    <w:p>
      <w:r>
        <w:br/>
        <w:t>"Гітчі-Маніто! — він крикнув,&lt;br /&gt;</w:t>
        <w:br/>
        <w:t>Журно глянувши угору.—&lt;br /&gt;</w:t>
        <w:br/>
        <w:t>Всемогутній, милосердний!&lt;br /&gt;</w:t>
        <w:br/>
        <w:t>Дай нам їжі, бо загинем...&lt;br /&gt;</w:t>
        <w:br/>
        <w:t>їжі дай для Міннегаги —&lt;br /&gt;</w:t>
        <w:br/>
        <w:t>Умирає Міннегага!"</w:t>
      </w:r>
    </w:p>
    <w:p>
      <w:r>
        <w:br/>
        <w:t>Гучно в нетрях мовчазливих,&lt;br /&gt;</w:t>
        <w:br/>
        <w:t>В непроглядних нетрях лісу&lt;br /&gt;</w:t>
        <w:br/>
        <w:t>Пролунало голосіння,&lt;br /&gt;</w:t>
        <w:br/>
        <w:t>Та ніхто не відгукнувся,</w:t>
      </w:r>
    </w:p>
    <w:p>
      <w:r>
        <w:br/>
        <w:t>Тільки десь луна озвалась&lt;br /&gt;</w:t>
        <w:br/>
        <w:t>І журливо покотилась:&lt;br /&gt;</w:t>
        <w:br/>
        <w:t>"Міннегага! Міннегага!"</w:t>
      </w:r>
    </w:p>
    <w:p>
      <w:r>
        <w:br/>
        <w:t>І до вечора самотньо&lt;br /&gt;</w:t>
        <w:br/>
        <w:t>Він блукав в лісах порожніх,&lt;br /&gt;</w:t>
        <w:br/>
        <w:t>В темних пущах, де недавно&lt;br /&gt;</w:t>
        <w:br/>
        <w:t>З Міннегагою ішов він,&lt;br /&gt;</w:t>
        <w:br/>
        <w:t>Поруч з жінкою-красою&lt;br /&gt;</w:t>
        <w:br/>
        <w:t>З сторони Дакотів диких.&lt;br /&gt;</w:t>
        <w:br/>
        <w:t>Як їм весело ішлося!&lt;br /&gt;</w:t>
        <w:br/>
        <w:t>Всі квітки цвіли, пахтіли,&lt;br /&gt;</w:t>
        <w:br/>
        <w:t>Всі пташки пісні співали,&lt;br /&gt;</w:t>
        <w:br/>
        <w:t>Всі струмки блищали сонцем,&lt;br /&gt;</w:t>
        <w:br/>
        <w:t>І сказала Міннегага&lt;br /&gt;</w:t>
        <w:br/>
        <w:t>Палко, цілою душею:&lt;br /&gt;</w:t>
        <w:br/>
        <w:t>"Я піду з тобою, любий!"</w:t>
      </w:r>
    </w:p>
    <w:p>
      <w:r>
        <w:br/>
        <w:t>А в вігвамі, у Нокоміс,&lt;br /&gt;</w:t>
        <w:br/>
        <w:t>Біля зайдів мовчазливих,&lt;br /&gt;</w:t>
        <w:br/>
        <w:t>Що офіру чатували,&lt;br /&gt;</w:t>
        <w:br/>
        <w:t>Вже в останньому конанні&lt;br /&gt;</w:t>
        <w:br/>
        <w:t>Умирала Міннегага.</w:t>
      </w:r>
    </w:p>
    <w:p>
      <w:r>
        <w:br/>
        <w:t>"Чуєш,— враз вона сказала,—&lt;br /&gt;</w:t>
        <w:br/>
        <w:t>Чуєш шум і гук далекий&lt;br /&gt;</w:t>
        <w:br/>
        <w:t>Водоспадів Міннегаги?&lt;br /&gt;</w:t>
        <w:br/>
        <w:t>Він зове мене, Нокоміс!"</w:t>
      </w:r>
    </w:p>
    <w:p>
      <w:r>
        <w:br/>
        <w:t>"Ні, о ні, моя дитино,—&lt;br /&gt;</w:t>
        <w:br/>
        <w:t>Одказала їй Нокоміс,—&lt;br /&gt;</w:t>
        <w:br/>
        <w:t>Се шумить у лісі вітер".</w:t>
      </w:r>
    </w:p>
    <w:p>
      <w:r>
        <w:br/>
        <w:t>"Глянь,— сказала Міннегага,&lt;br /&gt;</w:t>
        <w:br/>
        <w:t>Ось мій батечко! Самотньо&lt;br /&gt;</w:t>
        <w:br/>
        <w:t>Він стоїть, мені киває&lt;br /&gt;</w:t>
        <w:br/>
        <w:t>Із питомого вігваму".</w:t>
      </w:r>
    </w:p>
    <w:p>
      <w:r>
        <w:br/>
        <w:t>"Ні, о ні, моя дитино,—&lt;br /&gt;</w:t>
        <w:br/>
        <w:t>Одказала їй Нокоміс,—&lt;br /&gt;</w:t>
        <w:br/>
        <w:t>Се кружляє дим блакитний!"</w:t>
      </w:r>
    </w:p>
    <w:p>
      <w:r>
        <w:br/>
        <w:t>"Ні,— сказала Міннегага,—&lt;br /&gt;</w:t>
        <w:br/>
        <w:t>Се блищать в пітьмі глибокій&lt;br /&gt;</w:t>
        <w:br/>
        <w:t>Очі Погока страшного,&lt;br /&gt;</w:t>
        <w:br/>
        <w:t>І рукою крижаною&lt;br /&gt;</w:t>
        <w:br/>
        <w:t>Він се давить мою руку!&lt;br /&gt;</w:t>
        <w:br/>
        <w:t>Гаявато, Гаявато!"</w:t>
      </w:r>
    </w:p>
    <w:p>
      <w:r>
        <w:br/>
        <w:t>І нещасний Гаявата&lt;br /&gt;</w:t>
        <w:br/>
        <w:t>Із-за гір і нетрів лісу&lt;br /&gt;</w:t>
        <w:br/>
        <w:t>Уловив сей голос туги,&lt;br /&gt;</w:t>
        <w:br/>
        <w:t>Крик і стогін Міннегаги,&lt;br /&gt;</w:t>
        <w:br/>
        <w:t>Що з пітьми до себе кликав:&lt;br /&gt;</w:t>
        <w:br/>
        <w:t>"Гаявато, Гаявато!"</w:t>
      </w:r>
    </w:p>
    <w:p>
      <w:r>
        <w:br/>
        <w:t>По долинах, по заметах,&lt;br /&gt;</w:t>
        <w:br/>
        <w:t>Під гілками білих сосон,&lt;br /&gt;</w:t>
        <w:br/>
        <w:t>Що згиналися від снігу,&lt;br /&gt;</w:t>
        <w:br/>
        <w:t>Він летів з кривавим серцем,&lt;br /&gt;</w:t>
        <w:br/>
        <w:t>І почув він голосіння,&lt;br /&gt;</w:t>
        <w:br/>
        <w:t>Голосіння-плач Нокоміс:&lt;br /&gt;</w:t>
        <w:br/>
        <w:t>"Вагономін, Вагономін!&lt;br /&gt;</w:t>
        <w:br/>
        <w:t>Краще б я сама умерла,&lt;br /&gt;</w:t>
        <w:br/>
        <w:t>Краще б я лягла в могилу,&lt;br /&gt;</w:t>
        <w:br/>
        <w:t>Вагономін, Вагономін!"</w:t>
      </w:r>
    </w:p>
    <w:p>
      <w:r>
        <w:br/>
        <w:t>Ось він вбіг в свою оселю&lt;br /&gt;</w:t>
        <w:br/>
        <w:t>І угледів, як Нокоміс&lt;br /&gt;</w:t>
        <w:br/>
        <w:t>Заливалася сльозами...&lt;br /&gt;</w:t>
        <w:br/>
        <w:t>Вгледів він і Міннегагу&lt;br /&gt;</w:t>
        <w:br/>
        <w:t>Нерухомою на ліжку,&lt;br /&gt;</w:t>
        <w:br/>
        <w:t>І розпачливо він крикнув,&lt;br /&gt;</w:t>
        <w:br/>
        <w:t>Так розпачливо, що зорі&lt;br /&gt;</w:t>
        <w:br/>
        <w:t>В темнім небі затремтіли,&lt;br /&gt;</w:t>
        <w:br/>
        <w:t>А дерева застогнали,&lt;br /&gt;</w:t>
        <w:br/>
        <w:t>Затряслися до коріння.</w:t>
      </w:r>
    </w:p>
    <w:p>
      <w:r>
        <w:br/>
        <w:t>Потім тихо Гаявата&lt;br /&gt;</w:t>
        <w:br/>
        <w:t>Сів на ліжко Міннегаги,&lt;br /&gt;</w:t>
        <w:br/>
        <w:t>Сів до ніг її холодних,&lt;br /&gt;</w:t>
        <w:br/>
        <w:t>До тих ніг, що вже ніколи&lt;br /&gt;</w:t>
        <w:br/>
        <w:t>По землі за ним не підуть&lt;br /&gt;</w:t>
        <w:br/>
        <w:t>І не вибіжать назустріч&lt;br /&gt;</w:t>
        <w:br/>
        <w:t>Вже ніколи із вігваму.</w:t>
      </w:r>
    </w:p>
    <w:p>
      <w:r>
        <w:br/>
        <w:t>Він лице закрив руками,&lt;br /&gt;</w:t>
        <w:br/>
        <w:t>Сім ночей і днів на ліжку&lt;br /&gt;</w:t>
        <w:br/>
        <w:t>Він просидів нерухомий&lt;br /&gt;</w:t>
        <w:br/>
        <w:t>І сім діб не чув, не бачив —&lt;br /&gt;</w:t>
        <w:br/>
        <w:t>День чи темрява надворі.</w:t>
      </w:r>
    </w:p>
    <w:p>
      <w:r>
        <w:br/>
        <w:t>Попрощались врешті з нею&lt;br /&gt;</w:t>
        <w:br/>
        <w:t>І могилу в темнім лісі&lt;br /&gt;</w:t>
        <w:br/>
        <w:t>Журно стали їй копати&lt;br /&gt;</w:t>
        <w:br/>
        <w:t>Під цикутою сумною.&lt;br /&gt;</w:t>
        <w:br/>
        <w:t>Обгорнули Міннегагу&lt;br /&gt;</w:t>
        <w:br/>
        <w:t>Білим хутром горностая,&lt;br /&gt;</w:t>
        <w:br/>
        <w:t>Наче хутром горностая,&lt;br /&gt;</w:t>
        <w:br/>
        <w:t>Загорнули білим снігом&lt;br /&gt;</w:t>
        <w:br/>
        <w:t>І поволі розійшлися.&lt;br /&gt;</w:t>
        <w:br/>
        <w:t>А увечері над нею&lt;br /&gt;</w:t>
        <w:br/>
        <w:t>Запалав огонь блискучий,</w:t>
      </w:r>
    </w:p>
    <w:p>
      <w:r>
        <w:br/>
        <w:t>Щоб душі чотири ночі&lt;br /&gt;</w:t>
        <w:br/>
        <w:t>Він осяював дорогу,&lt;br /&gt;</w:t>
        <w:br/>
        <w:t>Шлях до Селища Блаженних.&lt;br /&gt;</w:t>
        <w:br/>
        <w:t>Із вігваму Гаявата&lt;br /&gt;</w:t>
        <w:br/>
        <w:t>Бачив, як горів він ясно,&lt;br /&gt;</w:t>
        <w:br/>
        <w:t>Як освітлював спіднизу&lt;br /&gt;</w:t>
        <w:br/>
        <w:t>Чорні віти у цикути.&lt;br /&gt;</w:t>
        <w:br/>
        <w:t>І не раз знімався з ліжка&lt;br /&gt;</w:t>
        <w:br/>
        <w:t>В довгі ночі Гаявата,&lt;br /&gt;</w:t>
        <w:br/>
        <w:t>І стояв, дививсь з порога,&lt;br /&gt;</w:t>
        <w:br/>
        <w:t>Чи у лісі не погасло,&lt;br /&gt;</w:t>
        <w:br/>
        <w:t>Не лишився Дух без світла.</w:t>
      </w:r>
    </w:p>
    <w:p>
      <w:r>
        <w:br/>
        <w:t>"О, прости, прости,— сказав він,&lt;br /&gt;</w:t>
        <w:br/>
        <w:t>О, прости, кохана, рідна!&lt;br /&gt;</w:t>
        <w:br/>
        <w:t>Все моє з тобою серце&lt;br /&gt;</w:t>
        <w:br/>
        <w:t>Поховав я, Міннегаго!&lt;br /&gt;</w:t>
        <w:br/>
        <w:t>Вся душа моя сумує&lt;br /&gt;</w:t>
        <w:br/>
        <w:t>За тобою, Міннегаго!&lt;br /&gt;</w:t>
        <w:br/>
        <w:t>О, не йди, не повертайся&lt;br /&gt;</w:t>
        <w:br/>
        <w:t>Для страждань до нас, для праці&lt;br /&gt;</w:t>
        <w:br/>
        <w:t>В світ, де голод і гнітючка&lt;br /&gt;</w:t>
        <w:br/>
        <w:t>Мучать душу, мучать тіло!&lt;br /&gt;</w:t>
        <w:br/>
        <w:t>Швидко шлях свій перейду я,&lt;br /&gt;</w:t>
        <w:br/>
        <w:t>Швидко буду я з тобою&lt;br /&gt;</w:t>
        <w:br/>
        <w:t>В царстві світлого Поніма,&lt;br /&gt;</w:t>
        <w:br/>
        <w:t>Де життю немає краю!"</w:t>
      </w:r>
    </w:p>
    <w:p>
      <w:r>
        <w:br/>
        <w:t>XXI</w:t>
      </w:r>
    </w:p>
    <w:p>
      <w:r>
        <w:br/>
        <w:t>СЛІД БІЛОГО</w:t>
      </w:r>
    </w:p>
    <w:p>
      <w:r>
        <w:br/>
        <w:t>Понад річкою, в долині,&lt;br /&gt;</w:t>
        <w:br/>
        <w:t>Над заметеною снігом,&lt;br /&gt;</w:t>
        <w:br/>
        <w:t>Дід сидів в своїм вігвамі,&lt;br /&gt;</w:t>
        <w:br/>
        <w:t>Дід старий, сумний, самотній.&lt;br /&gt;</w:t>
        <w:br/>
        <w:t>Сніговим наметом впало&lt;br /&gt;</w:t>
        <w:br/>
        <w:t>На його плече волосся.&lt;br /&gt;</w:t>
        <w:br/>
        <w:t>Плащ з оленячої шкури&lt;br /&gt;</w:t>
        <w:br/>
        <w:t>В його був старий, подертий,&lt;br /&gt;</w:t>
        <w:br/>
        <w:t>А вогонь серед вігваму&lt;br /&gt;</w:t>
        <w:br/>
        <w:t>Ледве жеврів, ледве блимав.&lt;br /&gt;</w:t>
        <w:br/>
        <w:t>І осліплений снігами,&lt;br /&gt;</w:t>
        <w:br/>
        <w:t>І оглушений гудінням,&lt;br /&gt;</w:t>
        <w:br/>
        <w:t>Свистом бурі, шумом лісу,&lt;br /&gt;</w:t>
        <w:br/>
        <w:t>Дід від холоду трусився.</w:t>
      </w:r>
    </w:p>
    <w:p>
      <w:r>
        <w:br/>
        <w:t>Вугіль попелом вже взявся,&lt;br /&gt;</w:t>
        <w:br/>
        <w:t>Вже вмирав огонь поволі,&lt;br /&gt;</w:t>
        <w:br/>
        <w:t>Як нечутно показався</w:t>
      </w:r>
    </w:p>
    <w:p>
      <w:r>
        <w:br/>
        <w:t>Молодий юнак в вігвамі.&lt;br /&gt;</w:t>
        <w:br/>
        <w:t>На щоках його рум'янець&lt;br /&gt;</w:t>
        <w:br/>
        <w:t>Розливавсь огнем рожевим,&lt;br /&gt;</w:t>
        <w:br/>
        <w:t>Тихо, мирно очі сяли,&lt;br /&gt;</w:t>
        <w:br/>
        <w:t>Як в весняні ночі зорі,&lt;br /&gt;</w:t>
        <w:br/>
        <w:t>А чоло його квітчала&lt;br /&gt;</w:t>
        <w:br/>
        <w:t>З духовитих трав гірлянда.&lt;br /&gt;</w:t>
        <w:br/>
        <w:t>Усміхнувсь він, і усмішка&lt;br /&gt;</w:t>
        <w:br/>
        <w:t>Все осяяла, як сонце.&lt;br /&gt;</w:t>
        <w:br/>
        <w:t>Він ступив в вігвам з квітками,&lt;br /&gt;</w:t>
        <w:br/>
        <w:t>Від квіток його навколо&lt;br /&gt;</w:t>
        <w:br/>
        <w:t>Дивні пахощі лилися.</w:t>
      </w:r>
    </w:p>
    <w:p>
      <w:r>
        <w:br/>
        <w:t>"О мій сину,— дід озвався,—&lt;br /&gt;</w:t>
        <w:br/>
        <w:t>Як приємно бачить гостя.&lt;br /&gt;</w:t>
        <w:br/>
        <w:t>Сядь, нежданий, та погрійся,&lt;br /&gt;</w:t>
        <w:br/>
        <w:t>До вогню посунься ближче:&lt;br /&gt;</w:t>
        <w:br/>
        <w:t>Будем разом світу ждати.&lt;br /&gt;</w:t>
        <w:br/>
        <w:t>Ти мені свої розкажеш&lt;br /&gt;</w:t>
        <w:br/>
        <w:t>Дивні зустрічі-пригоди,&lt;br /&gt;</w:t>
        <w:br/>
        <w:t>Я — свої: в житті зробив я&lt;br /&gt;</w:t>
        <w:br/>
        <w:t>Не одне велике діло".</w:t>
      </w:r>
    </w:p>
    <w:p>
      <w:r>
        <w:br/>
        <w:t>Тут він вийняв Люльку Згоди,&lt;br /&gt;</w:t>
        <w:br/>
        <w:t>Дуже дивну, недоладну,&lt;br /&gt;</w:t>
        <w:br/>
        <w:t>Із червоного каміння,&lt;br /&gt;</w:t>
        <w:br/>
        <w:t>З цибухом із очерету.&lt;br /&gt;</w:t>
        <w:br/>
        <w:t>Наложив кори він в люльку,&lt;br /&gt;</w:t>
        <w:br/>
        <w:t>Запалив її поволі&lt;br /&gt;</w:t>
        <w:br/>
        <w:t>І подав чужинцю-гостю,&lt;br /&gt;</w:t>
        <w:br/>
        <w:t>І таку повів розмову:</w:t>
      </w:r>
    </w:p>
    <w:p>
      <w:r>
        <w:br/>
        <w:t>"Варт мені своїм диханням&lt;br /&gt;</w:t>
        <w:br/>
        <w:t>Тільки раз один подути,&lt;br /&gt;</w:t>
        <w:br/>
        <w:t>Як річки свій біг зупинять,&lt;br /&gt;</w:t>
        <w:br/>
        <w:t>Як вода закам'яніє".</w:t>
      </w:r>
    </w:p>
    <w:p>
      <w:r>
        <w:br/>
        <w:t>Гість всміхнувся і говорить:&lt;br /&gt;</w:t>
        <w:br/>
        <w:t>"Варт мені своїм диханням&lt;br /&gt;</w:t>
        <w:br/>
        <w:t>Тільки раз один подути —&lt;br /&gt;</w:t>
        <w:br/>
        <w:t>Зацвітуть квітки в долинах&lt;br /&gt;</w:t>
        <w:br/>
        <w:t>І річки заплещуть знову".</w:t>
      </w:r>
    </w:p>
    <w:p>
      <w:r>
        <w:br/>
        <w:t>"Варт мені від гніву злегка&lt;br /&gt;</w:t>
        <w:br/>
        <w:t>Затрусити головою,—&lt;br /&gt;</w:t>
        <w:br/>
        <w:t>Дід, насуплюючись, каже,—&lt;br /&gt;</w:t>
        <w:br/>
        <w:t>Як весь край сніги укриють,&lt;br /&gt;</w:t>
        <w:br/>
        <w:t>Опаде весь лист пожовклий,&lt;br /&gt;</w:t>
        <w:br/>
        <w:t>Все пов'яне і загине.&lt;br /&gt;</w:t>
        <w:br/>
        <w:t>З багон, з тундр, з річок замерзлих&lt;br /&gt;</w:t>
        <w:br/>
        <w:t>Понесеться чапля й гуска&lt;br /&gt;</w:t>
        <w:br/>
        <w:t>У далекий край Південний.&lt;br /&gt;</w:t>
        <w:br/>
        <w:t>Варт мені з вігваму вийти,—&lt;br /&gt;</w:t>
        <w:br/>
        <w:t>Все почне тікати з жаху,&lt;br /&gt;</w:t>
        <w:br/>
        <w:t>Поховається в печери&lt;br /&gt;</w:t>
        <w:br/>
        <w:t>І земля, як кремінь, стане".</w:t>
      </w:r>
    </w:p>
    <w:p>
      <w:r>
        <w:br/>
        <w:t>"Ледве кучері струсну я,—&lt;br /&gt;</w:t>
        <w:br/>
        <w:t>Одказав юнак, всміхнувшись,—&lt;br /&gt;</w:t>
        <w:br/>
        <w:t>Як весняна тепла злива&lt;br /&gt;</w:t>
        <w:br/>
        <w:t>Скропить поле і долину,&lt;br /&gt;</w:t>
        <w:br/>
        <w:t>Відживить квітки і трави,&lt;br /&gt;</w:t>
        <w:br/>
        <w:t>На озера і на багна&lt;br /&gt;</w:t>
        <w:br/>
        <w:t>Упаде і гуска, й чапля,&lt;br /&gt;</w:t>
        <w:br/>
        <w:t>З Півдня ластівка прилине,&lt;br /&gt;</w:t>
        <w:br/>
        <w:t>І пташки заллються співом!&lt;br /&gt;</w:t>
        <w:br/>
        <w:t>Варт мені з вігваму вийти,—&lt;br /&gt;</w:t>
        <w:br/>
        <w:t>Луг гойдається квітками,&lt;br /&gt;</w:t>
        <w:br/>
        <w:t>Ліс дзвенить, шумить піснями&lt;br /&gt;</w:t>
        <w:br/>
        <w:t>І від листу потемнішав".</w:t>
      </w:r>
    </w:p>
    <w:p>
      <w:r>
        <w:br/>
        <w:t>Ось і ніч пройшла в розмові.&lt;br /&gt;</w:t>
        <w:br/>
        <w:t>Із країн далеких Сходу,</w:t>
      </w:r>
    </w:p>
    <w:p>
      <w:r>
        <w:br/>
        <w:t>Із палат високих, срібних,&lt;br /&gt;</w:t>
        <w:br/>
        <w:t>Як вояк в яскравих барвах,&lt;br /&gt;</w:t>
        <w:br/>
        <w:t>Вийшло сонце і сказало:&lt;br /&gt;</w:t>
        <w:br/>
        <w:t>"Подивіться: ось я — Гізіс,&lt;br /&gt;</w:t>
        <w:br/>
        <w:t>Я — великий Гізіс, сонце!"</w:t>
      </w:r>
    </w:p>
    <w:p>
      <w:r>
        <w:br/>
        <w:t>Онімів, злякався сивий,&lt;br /&gt;</w:t>
        <w:br/>
        <w:t>Від землі теплом дмухнуло,&lt;br /&gt;</w:t>
        <w:br/>
        <w:t>Над вігвамом заспівали&lt;br /&gt;</w:t>
        <w:br/>
        <w:t>І Овейса, і Опечі,&lt;br /&gt;</w:t>
        <w:br/>
        <w:t>Задзвенів струмок в долині,&lt;br /&gt;</w:t>
        <w:br/>
        <w:t>Ніжний дух квіток весняних&lt;br /&gt;</w:t>
        <w:br/>
        <w:t>Із долин в вігвам повіяв,&lt;br /&gt;</w:t>
        <w:br/>
        <w:t>І при сонячному блиску&lt;br /&gt;</w:t>
        <w:br/>
        <w:t>Роздививсь Сегвон ясніше&lt;br /&gt;</w:t>
        <w:br/>
        <w:t>Діда труп холодний, мертвий —&lt;br /&gt;</w:t>
        <w:br/>
        <w:t>То був Пібоан могутній.</w:t>
      </w:r>
    </w:p>
    <w:p>
      <w:r>
        <w:br/>
        <w:t>По щоках його збігали,&lt;br /&gt;</w:t>
        <w:br/>
        <w:t>Як потоки в час весняний,&lt;br /&gt;</w:t>
        <w:br/>
        <w:t>Сльози теплими струмками,&lt;br /&gt;</w:t>
        <w:br/>
        <w:t>Сам же він все меншав, меншав,&lt;br /&gt;</w:t>
        <w:br/>
        <w:t>В сяйві радісного сонця&lt;br /&gt;</w:t>
        <w:br/>
        <w:t>Танув парою на сонці,&lt;br /&gt;</w:t>
        <w:br/>
        <w:t>Тихо всмоктувався в землю.&lt;br /&gt;</w:t>
        <w:br/>
        <w:t>А Сегвон серед вігваму,&lt;br /&gt;</w:t>
        <w:br/>
        <w:t>Де вночі ще мокрий хворост,&lt;br /&gt;</w:t>
        <w:br/>
        <w:t>Ледве тліючи, димівся,&lt;br /&gt;</w:t>
        <w:br/>
        <w:t>Весняну угледів квітку,&lt;br /&gt;</w:t>
        <w:br/>
        <w:t>Міскодіт — красу природи.</w:t>
      </w:r>
    </w:p>
    <w:p>
      <w:r>
        <w:br/>
        <w:t>Так на Північ після снігу,&lt;br /&gt;</w:t>
        <w:br/>
        <w:t>Після лютого морозу&lt;br /&gt;</w:t>
        <w:br/>
        <w:t>Знов прийшла весна, а з нею&lt;br /&gt;</w:t>
        <w:br/>
        <w:t>Зацвіли квітки і трави,&lt;br /&gt;</w:t>
        <w:br/>
        <w:t>І пташки вернулись з Півдня.</w:t>
      </w:r>
    </w:p>
    <w:p>
      <w:r>
        <w:br/>
        <w:t>А на Північ, поруч з вітром,&lt;br /&gt;</w:t>
        <w:br/>
        <w:t>В небі зграями летіли&lt;br /&gt;</w:t>
        <w:br/>
        <w:t>Білі лебеді, як стріли,&lt;br /&gt;</w:t>
        <w:br/>
        <w:t>Як великі стріли в пір'ях,&lt;br /&gt;</w:t>
        <w:br/>
        <w:t>І скликалися, як люде.&lt;br /&gt;</w:t>
        <w:br/>
        <w:t>Ланцюгом неслися гуси,&lt;br /&gt;</w:t>
        <w:br/>
        <w:t>Ланцюгом, що гнувсь стрілою&lt;br /&gt;</w:t>
        <w:br/>
        <w:t>Із оленячої жили,&lt;br /&gt;</w:t>
        <w:br/>
        <w:t>Що порвалася на луці.&lt;br /&gt;</w:t>
        <w:br/>
        <w:t>Поодинці і по парі,&lt;br /&gt;</w:t>
        <w:br/>
        <w:t>З диким свистом крил веселих,&lt;br /&gt;</w:t>
        <w:br/>
        <w:t>В синій млі норці летіли,&lt;br /&gt;</w:t>
        <w:br/>
        <w:t>Мушкодази і Шух-шух-га...</w:t>
      </w:r>
    </w:p>
    <w:p>
      <w:r>
        <w:br/>
        <w:t>В нетрях лісу і в долинах&lt;br /&gt;</w:t>
        <w:br/>
        <w:t>Щебетав Овейса синій,&lt;br /&gt;</w:t>
        <w:br/>
        <w:t>Над вігвамами Опечі&lt;br /&gt;</w:t>
        <w:br/>
        <w:t>Заспівав червоногрудий,&lt;br /&gt;</w:t>
        <w:br/>
        <w:t>Під густим наметом сосон&lt;br /&gt;</w:t>
        <w:br/>
        <w:t>Воркотів Омімі—голуб;&lt;br /&gt;</w:t>
        <w:br/>
        <w:t>І засмучений, прибитий,&lt;br /&gt;</w:t>
        <w:br/>
        <w:t>Онімілий Гаявата&lt;br /&gt;</w:t>
        <w:br/>
        <w:t>їх почув веселий поклик.&lt;br /&gt;</w:t>
        <w:br/>
        <w:t>Він почув і тихо вийшов&lt;br /&gt;</w:t>
        <w:br/>
        <w:t>Із похмурого вігваму&lt;br /&gt;</w:t>
        <w:br/>
        <w:t>На поріг. І вгледів сонце,&lt;br /&gt;</w:t>
        <w:br/>
        <w:t>Всю красу землі і неба.</w:t>
      </w:r>
    </w:p>
    <w:p>
      <w:r>
        <w:br/>
        <w:t>Із далекого походу&lt;br /&gt;</w:t>
        <w:br/>
        <w:t>В царство засвіту ясного,&lt;br /&gt;</w:t>
        <w:br/>
        <w:t>В царство Вебіно, до Сходу&lt;br /&gt;</w:t>
        <w:br/>
        <w:t>Повернувся сивий Ягу,&lt;br /&gt;</w:t>
        <w:br/>
        <w:t>І приніс велику силу&lt;br /&gt;</w:t>
        <w:br/>
        <w:t>Він новин, чудних та дивних.&lt;br /&gt;</w:t>
        <w:br/>
        <w:t>Все село зійшлось почути,&lt;br /&gt;</w:t>
        <w:br/>
        <w:t>Як пригодами своїми&lt;br /&gt;</w:t>
        <w:br/>
        <w:t>Буде хвастатись мій Ягу...&lt;br /&gt;</w:t>
        <w:br/>
        <w:t>І зарані вже сміялись:</w:t>
      </w:r>
    </w:p>
    <w:p>
      <w:r>
        <w:br/>
        <w:t>"Де вже там хто-небудь інший&lt;br /&gt;</w:t>
        <w:br/>
        <w:t>На таке натрапить диво!"</w:t>
      </w:r>
    </w:p>
    <w:p>
      <w:r>
        <w:br/>
        <w:t>Він сказав, що бачив море,&lt;br /&gt;</w:t>
        <w:br/>
        <w:t>Більше, ніж Велике Море,&lt;br /&gt;</w:t>
        <w:br/>
        <w:t>Вдвоє більше Гітчі-Гюмі,&lt;br /&gt;</w:t>
        <w:br/>
        <w:t>А вода така солона,&lt;br /&gt;</w:t>
        <w:br/>
        <w:t>Що ніхто не може пити.&lt;br /&gt;</w:t>
        <w:br/>
        <w:t>Тут усе село всміхнулось,&lt;br /&gt;</w:t>
        <w:br/>
        <w:t>Вояки жінкам всміхнулись,&lt;br /&gt;</w:t>
        <w:br/>
        <w:t>Переглянулися мовчки&lt;br /&gt;</w:t>
        <w:br/>
        <w:t>І сказали: "Забрехався!&lt;br /&gt;</w:t>
        <w:br/>
        <w:t>Ко! — сказали.— Забрехався!"</w:t>
      </w:r>
    </w:p>
    <w:p>
      <w:r>
        <w:br/>
        <w:t>"По тому,— сказав він,— морю&lt;br /&gt;</w:t>
        <w:br/>
        <w:t>Йшла кудись пірога дивна,&lt;br /&gt;</w:t>
        <w:br/>
        <w:t>Плив кудись крилатий човен:&lt;br /&gt;</w:t>
        <w:br/>
        <w:t>Та великий — більше гаю,&lt;br /&gt;</w:t>
        <w:br/>
        <w:t>Та високий — вище сосон!"</w:t>
      </w:r>
    </w:p>
    <w:p>
      <w:r>
        <w:br/>
        <w:t>Тут усе село всміхнулось,&lt;br /&gt;</w:t>
        <w:br/>
        <w:t>Переглянулося мовчки&lt;br /&gt;</w:t>
        <w:br/>
        <w:t>І, киваючи, сказало:&lt;br /&gt;</w:t>
        <w:br/>
        <w:t>"Ко! Чомусь не йметься віри!"</w:t>
      </w:r>
    </w:p>
    <w:p>
      <w:r>
        <w:br/>
        <w:t>"З джерела його,— сказав він,—&lt;br /&gt;</w:t>
        <w:br/>
        <w:t>Враз ударив грім в честь Ягу,&lt;br /&gt;</w:t>
        <w:br/>
        <w:t>Стріли-блискавки блиснули!"&lt;br /&gt;</w:t>
        <w:br/>
        <w:t>Вояки з жінками разом&lt;br /&gt;</w:t>
        <w:br/>
        <w:t>Безсоромно засміялись:&lt;br /&gt;</w:t>
        <w:br/>
        <w:t>"Ко! — сказали.— Ось так казка!"</w:t>
      </w:r>
    </w:p>
    <w:p>
      <w:r>
        <w:br/>
        <w:t>"І плили на човні люде,—&lt;br /&gt;</w:t>
        <w:br/>
        <w:t>Так сказав він,— на пірозі&lt;br /&gt;</w:t>
        <w:br/>
        <w:t>Я сто лицарів угледів,&lt;br /&gt;</w:t>
        <w:br/>
        <w:t>І були, неначе в крейді,&lt;br /&gt;</w:t>
        <w:br/>
        <w:t>Вояків обличчя білі,&lt;br /&gt;</w:t>
        <w:br/>
        <w:t>Підборіддя ж їх, на диво,&lt;br /&gt;</w:t>
        <w:br/>
        <w:t>Покривалося волоссям".&lt;br /&gt;</w:t>
        <w:br/>
        <w:t>Тут уже над бідним Ягу&lt;br /&gt;</w:t>
        <w:br/>
        <w:t>Стали голосно знущатись,&lt;br /&gt;</w:t>
        <w:br/>
        <w:t>Закричали, зашуміли,&lt;br /&gt;</w:t>
        <w:br/>
        <w:t>Як на дереві ворони,&lt;br /&gt;</w:t>
        <w:br/>
        <w:t>Як круки, зареготали:&lt;br /&gt;</w:t>
        <w:br/>
        <w:t>"Ко! — кричали.— Ко! — сміялись.&lt;br /&gt;</w:t>
        <w:br/>
        <w:t>Хто ж тобі повірить, Ягу?"</w:t>
      </w:r>
    </w:p>
    <w:p>
      <w:r>
        <w:br/>
        <w:t>Гаявата не сміявся.&lt;br /&gt;</w:t>
        <w:br/>
        <w:t>Він на жарти і насмішки&lt;br /&gt;</w:t>
        <w:br/>
        <w:t>їм одказує суворо:&lt;br /&gt;</w:t>
        <w:br/>
        <w:t>"Ягу нам говоре правду:&lt;br /&gt;</w:t>
        <w:br/>
        <w:t>Бачив я видіння дивне,&lt;br /&gt;</w:t>
        <w:br/>
        <w:t>Бачив я крилатий човен,&lt;br /&gt;</w:t>
        <w:br/>
        <w:t>Бачив я колись чужинців&lt;br /&gt;</w:t>
        <w:br/>
        <w:t>Блідолицих, бородатих,&lt;br /&gt;</w:t>
        <w:br/>
        <w:t>Із країн далеких Сходу,&lt;br /&gt;</w:t>
        <w:br/>
        <w:t>Царства Засвіту ясного.</w:t>
      </w:r>
    </w:p>
    <w:p>
      <w:r>
        <w:br/>
        <w:t>Гітчі-Маніто могучий,&lt;br /&gt;</w:t>
        <w:br/>
        <w:t>Дух Великий Сотворитель&lt;br /&gt;</w:t>
        <w:br/>
        <w:t>З ними шле свої накази,&lt;br /&gt;</w:t>
        <w:br/>
        <w:t>Посилає нам веління.&lt;br /&gt;</w:t>
        <w:br/>
        <w:t>Де живуть вони, там в'ються&lt;br /&gt;</w:t>
        <w:br/>
        <w:t>Ті, що мед збирають — Амо,&lt;br /&gt;</w:t>
        <w:br/>
        <w:t>Мухи з жалами рояться;&lt;br /&gt;</w:t>
        <w:br/>
        <w:t>Де ідуть вони — усюди&lt;br /&gt;</w:t>
        <w:br/>
        <w:t>Виростає вслід за ними&lt;br /&gt;</w:t>
        <w:br/>
        <w:t>Міскодіт — краса природи.</w:t>
      </w:r>
    </w:p>
    <w:p>
      <w:r>
        <w:br/>
        <w:t>І коли ми їх угледим,&lt;br /&gt;</w:t>
        <w:br/>
        <w:t>Ми повинні, як братів, їх&lt;br /&gt;</w:t>
        <w:br/>
        <w:t>Стріти ласкою, привітом.&lt;br /&gt;</w:t>
        <w:br/>
        <w:t>Гітчі-Маніто могучий&lt;br /&gt;</w:t>
        <w:br/>
        <w:t>Се звелів мені в видінні.</w:t>
      </w:r>
    </w:p>
    <w:p>
      <w:r>
        <w:br/>
        <w:t>Він відкрив мені в видінні&lt;br /&gt;</w:t>
        <w:br/>
        <w:t>І Майбутнє — його тайни,&lt;br /&gt;</w:t>
        <w:br/>
        <w:t>Тайни днів від нас далеких.&lt;br /&gt;</w:t>
        <w:br/>
        <w:t>Бачив я велике військо&lt;br /&gt;</w:t>
        <w:br/>
        <w:t>Невідомих нам народів...&lt;br /&gt;</w:t>
        <w:br/>
        <w:t>Заселивши всі країни,&lt;br /&gt;</w:t>
        <w:br/>
        <w:t>Йшли вони кудись на Захід.</w:t>
      </w:r>
    </w:p>
    <w:p>
      <w:r>
        <w:br/>
        <w:t>Хоч були їх різні мови,&lt;br /&gt;</w:t>
        <w:br/>
        <w:t>Та одно в них серце билось&lt;br /&gt;</w:t>
        <w:br/>
        <w:t>І кипіла неупинно&lt;br /&gt;</w:t>
        <w:br/>
        <w:t>їх палка, весела праця.&lt;br /&gt;</w:t>
        <w:br/>
        <w:t>Полісах гули сокири.&lt;br /&gt;</w:t>
        <w:br/>
        <w:t>По лугах міста димились,&lt;br /&gt;</w:t>
        <w:br/>
        <w:t>По річках і по озерах&lt;br /&gt;</w:t>
        <w:br/>
        <w:t>На окрилених пірогах&lt;br /&gt;</w:t>
        <w:br/>
        <w:t>Грім гримів, блищали стріли.</w:t>
      </w:r>
    </w:p>
    <w:p>
      <w:r>
        <w:br/>
        <w:t>Потім вже видіння інше&lt;br /&gt;</w:t>
        <w:br/>
        <w:t>Проплило передо мною,&lt;br /&gt;</w:t>
        <w:br/>
        <w:t>Як в тумані,— невиразно.&lt;br /&gt;</w:t>
        <w:br/>
        <w:t>Бачив я, що гинуть наші&lt;br /&gt;</w:t>
        <w:br/>
        <w:t>Племена в боях кривавих,&lt;br /&gt;</w:t>
        <w:br/>
        <w:t>В ворожнечі між собою,&lt;br /&gt;</w:t>
        <w:br/>
        <w:t>Всі забувши заповіти,&lt;br /&gt;</w:t>
        <w:br/>
        <w:t>їх недобитки я бачив,&lt;br /&gt;</w:t>
        <w:br/>
        <w:t>Що на Захід подавались,&lt;br /&gt;</w:t>
        <w:br/>
        <w:t>Бігли врозтіч і зникали,&lt;br /&gt;</w:t>
        <w:br/>
        <w:t>Як розбиті вітром хмари.&lt;br /&gt;</w:t>
        <w:br/>
        <w:t>Як у бурю лист осінній".</w:t>
      </w:r>
    </w:p>
    <w:p>
      <w:r>
        <w:br/>
        <w:t>XXII</w:t>
      </w:r>
    </w:p>
    <w:p>
      <w:r>
        <w:br/>
        <w:t>ЕПІЛОГ</w:t>
      </w:r>
    </w:p>
    <w:p>
      <w:r>
        <w:br/>
        <w:t>Там, де вічно б'ється в берег&lt;br /&gt;</w:t>
        <w:br/>
        <w:t>І шумить Велике Море,&lt;br /&gt;</w:t>
        <w:br/>
        <w:t>Рано-вранці, ранком влітку&lt;br /&gt;</w:t>
        <w:br/>
        <w:t>Став і ждав когось в задумі&lt;br /&gt;</w:t>
        <w:br/>
        <w:t>На порозі Гаявата.</w:t>
      </w:r>
    </w:p>
    <w:p>
      <w:r>
        <w:br/>
        <w:t>В холодку ясного ранку&lt;br /&gt;</w:t>
        <w:br/>
        <w:t>Вся земля купалась в щасті,&lt;br /&gt;</w:t>
        <w:br/>
        <w:t>А над нею в сяйві сонця&lt;br /&gt;</w:t>
        <w:br/>
        <w:t>У гаю яснім, зеленім&lt;br /&gt;</w:t>
        <w:br/>
        <w:t>Ясно-злотними роями&lt;br /&gt;</w:t>
        <w:br/>
        <w:t>Пролітали бджоли — Амо&lt;br /&gt;</w:t>
        <w:br/>
        <w:t>І свої пісні співали.</w:t>
      </w:r>
    </w:p>
    <w:p>
      <w:r>
        <w:br/>
        <w:t>Ясно сяла глиб небесна,&lt;br /&gt;</w:t>
        <w:br/>
        <w:t>Не шуміло Гітчі-Гюмі,&lt;br /&gt;</w:t>
        <w:br/>
        <w:t>Тільки часом над водою</w:t>
      </w:r>
    </w:p>
    <w:p>
      <w:r>
        <w:br/>
        <w:t>Викидався з плеском Нама&lt;br /&gt;</w:t>
        <w:br/>
        <w:t>І горів, блищав на сонці.&lt;br /&gt;</w:t>
        <w:br/>
        <w:t>А над морем ліс зелений&lt;br /&gt;</w:t>
        <w:br/>
        <w:t>Вгору високо здіймався&lt;br /&gt;</w:t>
        <w:br/>
        <w:t>І дивився-задивлявся&lt;br /&gt;</w:t>
        <w:br/>
        <w:t>На верхів'я, ним відбиті.</w:t>
      </w:r>
    </w:p>
    <w:p>
      <w:r>
        <w:br/>
        <w:t>Світлий зір у Гаявати!&lt;br /&gt;</w:t>
        <w:br/>
        <w:t>Не помітно більше туги&lt;br /&gt;</w:t>
        <w:br/>
        <w:t>На його яснім обличчі,&lt;br /&gt;</w:t>
        <w:br/>
        <w:t>Як туман, вона розтала.&lt;br /&gt;</w:t>
        <w:br/>
        <w:t>На устах його усмішка...&lt;br /&gt;</w:t>
        <w:br/>
        <w:t>Повний радості і щастя,&lt;br /&gt;</w:t>
        <w:br/>
        <w:t>Наче той, хто баче в мріях&lt;br /&gt;</w:t>
        <w:br/>
        <w:t>Те, що збудеться вже швидко,&lt;br /&gt;</w:t>
        <w:br/>
        <w:t>Він стояв біля вігваму&lt;br /&gt;</w:t>
        <w:br/>
        <w:t>І, ждучи, дивився вдалеч.</w:t>
      </w:r>
    </w:p>
    <w:p>
      <w:r>
        <w:br/>
        <w:t>Він простяг до сонця руки,&lt;br /&gt;</w:t>
        <w:br/>
        <w:t>Обернув свої долоні,&lt;br /&gt;</w:t>
        <w:br/>
        <w:t>І крізь пальці світло й тіні&lt;br /&gt;</w:t>
        <w:br/>
        <w:t>На його обличчі грали,&lt;br /&gt;</w:t>
        <w:br/>
        <w:t>По його раменах голих.&lt;br /&gt;</w:t>
        <w:br/>
        <w:t>Так освітлює проміння&lt;br /&gt;</w:t>
        <w:br/>
        <w:t>Дуба-Велетня крізь листя.</w:t>
      </w:r>
    </w:p>
    <w:p>
      <w:r>
        <w:br/>
        <w:t>По воді, в туманах сизих,&lt;br /&gt;</w:t>
        <w:br/>
        <w:t>Щось біліло, щось летіло,&lt;br /&gt;</w:t>
        <w:br/>
        <w:t>Щось плило і маячіло&lt;br /&gt;</w:t>
        <w:br/>
        <w:t>Вдалині, в туманах сизих;&lt;br /&gt;</w:t>
        <w:br/>
        <w:t>Опускалось і знімалось,&lt;br /&gt;</w:t>
        <w:br/>
        <w:t>І все більше наближалось.</w:t>
      </w:r>
    </w:p>
    <w:p>
      <w:r>
        <w:br/>
        <w:t>Чи не лине то Шух-шух-га,&lt;br /&gt;</w:t>
        <w:br/>
        <w:t>Не гаргара поринає?&lt;br /&gt;</w:t>
        <w:br/>
        <w:t>Чи не плаває то баба?</w:t>
      </w:r>
    </w:p>
    <w:p>
      <w:r>
        <w:br/>
        <w:t>Чи се, може, Во-бі-вава&lt;br /&gt;</w:t>
        <w:br/>
        <w:t>Бризки струшує, скидає&lt;br /&gt;</w:t>
        <w:br/>
        <w:t>З шиї довгої та з пір'я?</w:t>
      </w:r>
    </w:p>
    <w:p>
      <w:r>
        <w:br/>
        <w:t>Ні, не гуска се, не баба,&lt;br /&gt;</w:t>
        <w:br/>
        <w:t>Не норець і не Шух-шух-га&lt;br /&gt;</w:t>
        <w:br/>
        <w:t>По воді пливе, біліє&lt;br /&gt;</w:t>
        <w:br/>
        <w:t>В легкім вранішнім тумані.&lt;br /&gt;</w:t>
        <w:br/>
        <w:t>То березова пірога&lt;br /&gt;</w:t>
        <w:br/>
        <w:t>Все гойдається на хвилях&lt;br /&gt;</w:t>
        <w:br/>
        <w:t>І горить на сонці в бризках;&lt;br /&gt;</w:t>
        <w:br/>
        <w:t>То навчитель блідолицих,&lt;br /&gt;</w:t>
        <w:br/>
        <w:t>їх Пророк в убранні чорнім&lt;br /&gt;</w:t>
        <w:br/>
        <w:t>По воді з товаришами,&lt;br /&gt;</w:t>
        <w:br/>
        <w:t>З поводатарями їде.</w:t>
      </w:r>
    </w:p>
    <w:p>
      <w:r>
        <w:br/>
        <w:t>І простяг до неба руки&lt;br /&gt;</w:t>
        <w:br/>
        <w:t>В знак сердечного привіту,&lt;br /&gt;</w:t>
        <w:br/>
        <w:t>І з усмішкою ясною&lt;br /&gt;</w:t>
        <w:br/>
        <w:t>Ждав їх мудрий Гаявата.&lt;br /&gt;</w:t>
        <w:br/>
        <w:t>Ждав, поки під човном раптом&lt;br /&gt;</w:t>
        <w:br/>
        <w:t>Захрустить піщаний берег,&lt;br /&gt;</w:t>
        <w:br/>
        <w:t>І наставник блідолицих&lt;br /&gt;</w:t>
        <w:br/>
        <w:t>На піщаний берег вийде.</w:t>
      </w:r>
    </w:p>
    <w:p>
      <w:r>
        <w:br/>
        <w:t>А коли пірога стала,&lt;br /&gt;</w:t>
        <w:br/>
        <w:t>Привітавши дужим криком,&lt;br /&gt;</w:t>
        <w:br/>
        <w:t>Так промовив Гаявата:&lt;br /&gt;</w:t>
        <w:br/>
        <w:t>"Стократ день благословенний,&lt;br /&gt;</w:t>
        <w:br/>
        <w:t>День, в який до нас прийшли ви!&lt;br /&gt;</w:t>
        <w:br/>
        <w:t>Все село вас жде, вітає,&lt;br /&gt;</w:t>
        <w:br/>
        <w:t>Всі розчинені вам двері!&lt;br /&gt;</w:t>
        <w:br/>
        <w:t>О, ніколи ще так пишно&lt;br /&gt;</w:t>
        <w:br/>
        <w:t>Не цвіла земля квітками,</w:t>
      </w:r>
    </w:p>
    <w:p>
      <w:r>
        <w:br/>
        <w:t>І ніколи так не сяло&lt;br /&gt;</w:t>
        <w:br/>
        <w:t>В небі сонце, як сьогодні,&lt;br /&gt;</w:t>
        <w:br/>
        <w:t>В день, коли з країни Сходу&lt;br /&gt;</w:t>
        <w:br/>
        <w:t>Ви прийшли у нашу землю!</w:t>
      </w:r>
    </w:p>
    <w:p>
      <w:r>
        <w:br/>
        <w:t>Ще ніколи наше Море&lt;br /&gt;</w:t>
        <w:br/>
        <w:t>Не було таке спокійне&lt;br /&gt;</w:t>
        <w:br/>
        <w:t>І таке ясне, безпечне,&lt;br /&gt;</w:t>
        <w:br/>
        <w:t>Як в сей день благословенний.&lt;br /&gt;</w:t>
        <w:br/>
        <w:t>Де пройшла пірога ваша,&lt;br /&gt;</w:t>
        <w:br/>
        <w:t>Ні піску, ні скель немає!</w:t>
      </w:r>
    </w:p>
    <w:p>
      <w:r>
        <w:br/>
        <w:t>Наш тютюн не був ніколи&lt;br /&gt;</w:t>
        <w:br/>
        <w:t>Запашним таким, приємним,&lt;br /&gt;</w:t>
        <w:br/>
        <w:t>І поля не зеленіли&lt;br /&gt;</w:t>
        <w:br/>
        <w:t>Так ніколи, як сьогодні,&lt;br /&gt;</w:t>
        <w:br/>
        <w:t>В день, коли з країни Сходу&lt;br /&gt;</w:t>
        <w:br/>
        <w:t>Ви прийшли у нашу землю!"</w:t>
      </w:r>
    </w:p>
    <w:p>
      <w:r>
        <w:br/>
        <w:t>І навчитель блідолицих,&lt;br /&gt;</w:t>
        <w:br/>
        <w:t>їх Пророк в убранні чорнім,&lt;br /&gt;</w:t>
        <w:br/>
        <w:t>Одказав йому привітно:&lt;br /&gt;</w:t>
        <w:br/>
        <w:t>"Мир тобі, о Гаявато!&lt;br /&gt;</w:t>
        <w:br/>
        <w:t>Мир твоїй країні рідній,&lt;br /&gt;</w:t>
        <w:br/>
        <w:t>Мир молитви і прощення,&lt;br /&gt;</w:t>
        <w:br/>
        <w:t>Мир Христа і мир Марії".</w:t>
      </w:r>
    </w:p>
    <w:p>
      <w:r>
        <w:br/>
        <w:t>І покликав Гаявата&lt;br /&gt;</w:t>
        <w:br/>
        <w:t>Всіх гостей в свою оселю,&lt;br /&gt;</w:t>
        <w:br/>
        <w:t>Посадив їх там на шкурах&lt;br /&gt;</w:t>
        <w:br/>
        <w:t>Горностаїв і бізонів,&lt;br /&gt;</w:t>
        <w:br/>
        <w:t>А Нокоміс подала їм&lt;br /&gt;</w:t>
        <w:br/>
        <w:t>їжу в мисках із берези,&lt;br /&gt;</w:t>
        <w:br/>
        <w:t>Воду в корчиках із липи&lt;br /&gt;</w:t>
        <w:br/>
        <w:t>І Поквану, Люльку Згоди.</w:t>
      </w:r>
    </w:p>
    <w:p>
      <w:r>
        <w:br/>
        <w:t>Всі пророки — Джосакіди,&lt;br /&gt;</w:t>
        <w:br/>
        <w:t>Характерники — Вебіни,&lt;br /&gt;</w:t>
        <w:br/>
        <w:t>Вояки-діди і Міди —&lt;br /&gt;</w:t>
        <w:br/>
        <w:t>Всі зійшлись перед вігвамом,&lt;br /&gt;</w:t>
        <w:br/>
        <w:t>Щоб чужинців привітати.&lt;br /&gt;</w:t>
        <w:br/>
        <w:t>І у коло посідали&lt;br /&gt;</w:t>
        <w:br/>
        <w:t>На землі біля порога,&lt;br /&gt;</w:t>
        <w:br/>
        <w:t>І люльки палили мовчки.&lt;br /&gt;</w:t>
        <w:br/>
        <w:t>А коли до їх з вігваму&lt;br /&gt;</w:t>
        <w:br/>
        <w:t>Вийшли гості, так сказали:&lt;br /&gt;</w:t>
        <w:br/>
        <w:t>"О брати! Які ми раді,&lt;br /&gt;</w:t>
        <w:br/>
        <w:t>Що навідались до нас ви&lt;br /&gt;</w:t>
        <w:br/>
        <w:t>Із країн далеких Сходу!"</w:t>
      </w:r>
    </w:p>
    <w:p>
      <w:r>
        <w:br/>
        <w:t>І напутник блідолицих&lt;br /&gt;</w:t>
        <w:br/>
        <w:t>Одповів їм, що прийшов він&lt;br /&gt;</w:t>
        <w:br/>
        <w:t>Розказати всім народам&lt;br /&gt;</w:t>
        <w:br/>
        <w:t>Про святу Марію-Діву,&lt;br /&gt;</w:t>
        <w:br/>
        <w:t>Про її Ісуса-Сина,&lt;br /&gt;</w:t>
        <w:br/>
        <w:t>Розказать, як в дні минулі&lt;br /&gt;</w:t>
        <w:br/>
        <w:t>Він прийшов на землю з неба,&lt;br /&gt;</w:t>
        <w:br/>
        <w:t>Як Він жив, навчав, молився,&lt;br /&gt;</w:t>
        <w:br/>
        <w:t>Як народ, проклятий Богом,&lt;br /&gt;</w:t>
        <w:br/>
        <w:t>На хресті розп'яв Ісуса,&lt;br /&gt;</w:t>
        <w:br/>
        <w:t>Як він знов воскрес із мертвих,&lt;br /&gt;</w:t>
        <w:br/>
        <w:t>Знов ходив з учениками&lt;br /&gt;</w:t>
        <w:br/>
        <w:t>І з землі ввійшов у небо.</w:t>
      </w:r>
    </w:p>
    <w:p>
      <w:r>
        <w:br/>
        <w:t>І народ сказав до його:&lt;br /&gt;</w:t>
        <w:br/>
        <w:t>"Ми прослухали уважно&lt;br /&gt;</w:t>
        <w:br/>
        <w:t>Всю твою промову мудру,—&lt;br /&gt;</w:t>
        <w:br/>
        <w:t>Дай подумати про неї.</w:t>
      </w:r>
    </w:p>
    <w:p>
      <w:r>
        <w:br/>
        <w:t>О брати! Які ми раді,&lt;br /&gt;</w:t>
        <w:br/>
        <w:t>Що навідались до нас ви&lt;br /&gt;</w:t>
        <w:br/>
        <w:t>Із країн далеких Сходу!"</w:t>
      </w:r>
    </w:p>
    <w:p>
      <w:r>
        <w:br/>
        <w:t>І, сказавши, попрощались,&lt;br /&gt;</w:t>
        <w:br/>
        <w:t>До своїх пішли вігвамів</w:t>
      </w:r>
    </w:p>
    <w:p>
      <w:r>
        <w:br/>
        <w:t>І на селах розказали&lt;br /&gt;</w:t>
        <w:br/>
        <w:t>Воякам, жінкам і дітям,&lt;br /&gt;</w:t>
        <w:br/>
        <w:t>Що гостей з країни Сходу&lt;br /&gt;</w:t>
        <w:br/>
        <w:t>Гітчі-Маніто прислав їм.</w:t>
      </w:r>
    </w:p>
    <w:p>
      <w:r>
        <w:br/>
        <w:t>Від страшної спеки Півдня&lt;br /&gt;</w:t>
        <w:br/>
        <w:t>Розпікалося повітря,&lt;br /&gt;</w:t>
        <w:br/>
        <w:t>Перешіптувалися сосни.&lt;br /&gt;</w:t>
        <w:br/>
        <w:t>Ледве-ледве за вігвамом&lt;br /&gt;</w:t>
        <w:br/>
        <w:t>На пісок лилися хвилі,&lt;br /&gt;</w:t>
        <w:br/>
        <w:t>Скрекотав у полі коник,&lt;br /&gt;</w:t>
        <w:br/>
        <w:t>Невгомонний Па-пок-кіна...&lt;br /&gt;</w:t>
        <w:br/>
        <w:t>Спали гості Гаявати,&lt;br /&gt;</w:t>
        <w:br/>
        <w:t>Спочивали після втоми&lt;br /&gt;</w:t>
        <w:br/>
        <w:t>В тихій сутіні вігваму.</w:t>
      </w:r>
    </w:p>
    <w:p>
      <w:r>
        <w:br/>
        <w:t>Тихо вечір наближався,&lt;br /&gt;</w:t>
        <w:br/>
        <w:t>Відсвіжав палке повітря,&lt;br /&gt;</w:t>
        <w:br/>
        <w:t>І пускало сонце стріли,&lt;br /&gt;</w:t>
        <w:br/>
        <w:t>Пробивало пущі лісу,&lt;br /&gt;</w:t>
        <w:br/>
        <w:t>В тайники його вривалось&lt;br /&gt;</w:t>
        <w:br/>
        <w:t>І все пильно оглядало.&lt;br /&gt;</w:t>
        <w:br/>
        <w:t>Спали гості Гаявати&lt;br /&gt;</w:t>
        <w:br/>
        <w:t>В тихій сутіні вігваму...&lt;br /&gt;</w:t>
        <w:br/>
        <w:t>І підвівся Гаявата,&lt;br /&gt;</w:t>
        <w:br/>
        <w:t>І з Нокоміс попрощався,&lt;br /&gt;</w:t>
        <w:br/>
        <w:t>І озвався тихо-тихо,&lt;br /&gt;</w:t>
        <w:br/>
        <w:t>Щоб чужинців не збудити:</w:t>
      </w:r>
    </w:p>
    <w:p>
      <w:r>
        <w:br/>
        <w:t>"Ну, прощай, прощай, Нокоміс!&lt;br /&gt;</w:t>
        <w:br/>
        <w:t>Я в далеку йду дорогу,&lt;br /&gt;</w:t>
        <w:br/>
        <w:t>В край Ківайдіна на Захід!&lt;br /&gt;</w:t>
        <w:br/>
        <w:t>Але всіх гостей, Нокоміс,&lt;br /&gt;</w:t>
        <w:br/>
        <w:t>Я на тебе залишаю.&lt;br /&gt;</w:t>
        <w:br/>
        <w:t>Бережи ти їх, турбуйся,&lt;br /&gt;</w:t>
        <w:br/>
        <w:t>Щоб гаразд було чужинцям,&lt;br /&gt;</w:t>
        <w:br/>
        <w:t>Щоб ніщо їх не смутило,&lt;br /&gt;</w:t>
        <w:br/>
        <w:t>Щоб в вігвамі Гаявати&lt;br /&gt;</w:t>
        <w:br/>
        <w:t>Завжди їм були готові&lt;br /&gt;</w:t>
        <w:br/>
        <w:t>І обід, і місце, й захист".</w:t>
      </w:r>
    </w:p>
    <w:p>
      <w:r>
        <w:br/>
        <w:t>Так сказав він і покинув&lt;br /&gt;</w:t>
        <w:br/>
        <w:t>Свій вігвам на вічні віки;&lt;br /&gt;</w:t>
        <w:br/>
        <w:t>Потім він з своїм народом&lt;br /&gt;</w:t>
        <w:br/>
        <w:t>Попрощався і промовив:</w:t>
      </w:r>
    </w:p>
    <w:p>
      <w:r>
        <w:br/>
        <w:t>"Я іду, о мій народе!&lt;br /&gt;</w:t>
        <w:br/>
        <w:t>Я відходжу в край далекий,&lt;br /&gt;</w:t>
        <w:br/>
        <w:t>І багато зим і весен&lt;br /&gt;</w:t>
        <w:br/>
        <w:t>Прийде знов і знову зникне,—&lt;br /&gt;</w:t>
        <w:br/>
        <w:t>А тебе я не угледжу.&lt;br /&gt;</w:t>
        <w:br/>
        <w:t>Та своїх гостей-чужинців&lt;br /&gt;</w:t>
        <w:br/>
        <w:t>Залишив я у вігвамі.&lt;br /&gt;</w:t>
        <w:br/>
        <w:t>Ви їх слухайтесь, о друзі,&lt;br /&gt;</w:t>
        <w:br/>
        <w:t>Слову мудрості навчайтесь,&lt;br /&gt;</w:t>
        <w:br/>
        <w:t>Бо послав їх в нашу землю&lt;br /&gt;</w:t>
        <w:br/>
        <w:t>Гітчі-Маніто могучий".</w:t>
      </w:r>
    </w:p>
    <w:p>
      <w:r>
        <w:br/>
        <w:t>І на березі востаннє&lt;br /&gt;</w:t>
        <w:br/>
        <w:t>Гаявата обернувся&lt;br /&gt;</w:t>
        <w:br/>
        <w:t>І на хвилі зсунув човна,&lt;br /&gt;</w:t>
        <w:br/>
        <w:t>На ясні, блискучі хвилі&lt;br /&gt;</w:t>
        <w:br/>
        <w:t>Одіпхнув свою пірогу,&lt;br /&gt;</w:t>
        <w:br/>
        <w:t>І сказав він їй: "На Захід!"&lt;br /&gt;</w:t>
        <w:br/>
        <w:t>І в дорогу довгу рушив.</w:t>
      </w:r>
    </w:p>
    <w:p>
      <w:r>
        <w:br/>
        <w:t>І огнем червоним хмари&lt;br /&gt;</w:t>
        <w:br/>
        <w:t>Загорілися, і небо,&lt;br /&gt;</w:t>
        <w:br/>
        <w:t>Наче прерії, палало.&lt;br /&gt;</w:t>
        <w:br/>
        <w:t>І розпаленим потоком&lt;br /&gt;</w:t>
        <w:br/>
        <w:t>Відбивався в Гітчі-Гюмі&lt;br /&gt;</w:t>
        <w:br/>
        <w:t>Сонця слід. Все далі й далі,&lt;br /&gt;</w:t>
        <w:br/>
        <w:t>Все на Захід і на Захід,&lt;br /&gt;</w:t>
        <w:br/>
        <w:t>В червоніючі тумани&lt;br /&gt;</w:t>
        <w:br/>
        <w:t>Плив по морю, по потоку,&lt;br /&gt;</w:t>
        <w:br/>
        <w:t>Плив до Сонця Гаявата.</w:t>
      </w:r>
    </w:p>
    <w:p>
      <w:r>
        <w:br/>
        <w:t>Довго з берега дивився&lt;br /&gt;</w:t>
        <w:br/>
        <w:t>І прощавсь народ востаннє.&lt;br /&gt;</w:t>
        <w:br/>
        <w:t>Бачив, як його пірога&lt;br /&gt;</w:t>
        <w:br/>
        <w:t>Піднеслась під саме небо&lt;br /&gt;</w:t>
        <w:br/>
        <w:t>В морі сонячного блиску&lt;br /&gt;</w:t>
        <w:br/>
        <w:t>І сховалася в тумані,&lt;br /&gt;</w:t>
        <w:br/>
        <w:t>Молодик немов, сховалась,&lt;br /&gt;</w:t>
        <w:br/>
        <w:t>Потонула тихо-тихо&lt;br /&gt;</w:t>
        <w:br/>
        <w:t>У півмлі, в червоних далях.</w:t>
      </w:r>
    </w:p>
    <w:p>
      <w:r>
        <w:br/>
        <w:t>І сказав: "Прости навіки,&lt;br /&gt;</w:t>
        <w:br/>
        <w:t>Ти прости, о Гаявато!"&lt;br /&gt;</w:t>
        <w:br/>
        <w:t>І лісів пустельних пущі&lt;br /&gt;</w:t>
        <w:br/>
        <w:t>Затрусились, і понісся&lt;br /&gt;</w:t>
        <w:br/>
        <w:t>Стогін в темряві по лісу:&lt;br /&gt;</w:t>
        <w:br/>
        <w:t>"О, прости, о Гаявато!"</w:t>
      </w:r>
    </w:p>
    <w:p>
      <w:r>
        <w:br/>
        <w:t>І об берег хвилі бились,&lt;br /&gt;</w:t>
        <w:br/>
        <w:t>Розбивались і ридали,&lt;br /&gt;</w:t>
        <w:br/>
        <w:t>І гудів їх стогін дужий:&lt;br /&gt;</w:t>
        <w:br/>
        <w:t>"О, прости, о Гаявато!"&lt;br /&gt;</w:t>
        <w:br/>
        <w:t>І Шух-шух-га на болоті&lt;br /&gt;</w:t>
        <w:br/>
        <w:t>Прокричала сумно-сумно:&lt;br /&gt;</w:t>
        <w:br/>
        <w:t>"О, прости, о Гаявато!"</w:t>
      </w:r>
    </w:p>
    <w:p>
      <w:r>
        <w:br/>
        <w:t>Так в рожевій млі вечірній&lt;br /&gt;</w:t>
        <w:br/>
        <w:t>В сяйві гаснучого сонця&lt;br /&gt;</w:t>
        <w:br/>
        <w:t>Зник навіки Гаявата,&lt;br /&gt;</w:t>
        <w:br/>
        <w:t>Одійшов у край Поніма,&lt;br /&gt;</w:t>
        <w:br/>
        <w:t>В край Ківайдіна далекий,&lt;br /&gt;</w:t>
        <w:br/>
        <w:t>В Землю Праведну Блаженних,&lt;br /&gt;</w:t>
        <w:br/>
        <w:t>У життя щасливе, вічне!</w:t>
      </w:r>
    </w:p>
    <w:p>
      <w:r>
        <w:br/>
        <w:t>СЛОВНИК&lt;br /&gt;</w:t>
        <w:br/>
        <w:t>індіанських слів.&lt;br /&gt;</w:t>
        <w:br/>
        <w:t>що трапляються в поемі</w:t>
      </w:r>
    </w:p>
    <w:p>
      <w:r>
        <w:br/>
        <w:t>Авейсо — ластівка&lt;br /&gt;</w:t>
        <w:br/>
        <w:t>Аджидомо — білка&lt;br /&gt;</w:t>
        <w:br/>
        <w:t>Акозівін — лихоманка&lt;br /&gt;</w:t>
        <w:br/>
        <w:t>Амік — бобер&lt;br /&gt;</w:t>
        <w:br/>
        <w:t>Амо — бджола&lt;br /&gt;</w:t>
        <w:br/>
        <w:t>Аніміка — грім</w:t>
      </w:r>
    </w:p>
    <w:p>
      <w:r>
        <w:br/>
        <w:t>Бем-вава — звук грому&lt;br /&gt;</w:t>
        <w:br/>
        <w:t>Бімагут — виноград&lt;br /&gt;</w:t>
        <w:br/>
        <w:t>Бюкадевін — голод</w:t>
      </w:r>
    </w:p>
    <w:p>
      <w:r>
        <w:br/>
        <w:t>Вабассо — кролик; назва північної країни,</w:t>
      </w:r>
    </w:p>
    <w:p>
      <w:r>
        <w:br/>
        <w:t>де водиться кролик&lt;br /&gt;</w:t>
        <w:br/>
        <w:t>Вава — дика гуска&lt;br /&gt;</w:t>
        <w:br/>
        <w:t>Вава-тейзі — світляк&lt;br /&gt;</w:t>
        <w:br/>
        <w:t>Вавбік — урвище&lt;br /&gt;</w:t>
        <w:br/>
        <w:t>Вавонейса — дрімлюга&lt;br /&gt;</w:t>
        <w:br/>
        <w:t>Вагономін — крик горя&lt;br /&gt;</w:t>
        <w:br/>
        <w:t>Вампум — намисто, пояс і взагалі прикраси з мушлів та скляних намистин&lt;br /&gt;</w:t>
        <w:br/>
        <w:t>Вебіно — чарівник&lt;br /&gt;</w:t>
        <w:br/>
        <w:t>Вебіно-веск — свиріпа&lt;br /&gt;</w:t>
        <w:br/>
        <w:t>Вевесімо — блискавка&lt;br /&gt;</w:t>
        <w:br/>
        <w:t>Вендіго — велетень&lt;br /&gt;</w:t>
        <w:br/>
        <w:t>Вігвам — індіанське житло&lt;br /&gt;</w:t>
        <w:br/>
        <w:t>Ве-мок-квана — гусениця&lt;br /&gt;</w:t>
        <w:br/>
        <w:t>Во-бі-вава — біла гуска&lt;br /&gt;</w:t>
        <w:br/>
        <w:t>Вобівайон — шкіряний плащ</w:t>
      </w:r>
    </w:p>
    <w:p>
      <w:r>
        <w:br/>
        <w:t>Мема — зелений дятел</w:t>
      </w:r>
    </w:p>
    <w:p>
      <w:r>
        <w:br/>
        <w:t>Мешинова — помічник, служник</w:t>
      </w:r>
    </w:p>
    <w:p>
      <w:r>
        <w:br/>
        <w:t>Міди — лікарі</w:t>
      </w:r>
    </w:p>
    <w:p>
      <w:r>
        <w:br/>
        <w:t>Мінога — чорниці</w:t>
      </w:r>
    </w:p>
    <w:p>
      <w:r>
        <w:br/>
        <w:t>Мінджикевон — рукавиці</w:t>
      </w:r>
    </w:p>
    <w:p>
      <w:r>
        <w:br/>
        <w:t>Мінні-вава — шелест лісу</w:t>
      </w:r>
    </w:p>
    <w:p>
      <w:r>
        <w:br/>
        <w:t>Міскодіт — квітка, що зветься "Слід Білого"</w:t>
      </w:r>
    </w:p>
    <w:p>
      <w:r>
        <w:br/>
        <w:t>Міше-Моква — Великий Ведмідь</w:t>
      </w:r>
    </w:p>
    <w:p>
      <w:r>
        <w:br/>
        <w:t>Міше-Нама — Великий Осетр</w:t>
      </w:r>
    </w:p>
    <w:p>
      <w:r>
        <w:br/>
        <w:t>Мондамін — маїс</w:t>
      </w:r>
    </w:p>
    <w:p>
      <w:r>
        <w:br/>
        <w:t>Моно-моні — дикий рис</w:t>
      </w:r>
    </w:p>
    <w:p>
      <w:r>
        <w:br/>
        <w:t>Мускоде — зелений луг</w:t>
      </w:r>
    </w:p>
    <w:p>
      <w:r>
        <w:br/>
        <w:t>Мушкодаза — глухарка</w:t>
      </w:r>
    </w:p>
    <w:p>
      <w:r>
        <w:br/>
        <w:t>Нама — осетр</w:t>
      </w:r>
    </w:p>
    <w:p>
      <w:r>
        <w:br/>
        <w:t>Нама-веск — настойка з зеленої м'яти,</w:t>
      </w:r>
    </w:p>
    <w:p>
      <w:r>
        <w:br/>
        <w:t>зелена м'ята&lt;br /&gt;</w:t>
        <w:br/>
        <w:t>Него-Воджу — дюни Верхнього озера&lt;br /&gt;</w:t>
        <w:br/>
        <w:t>Непавін — Дух Сну&lt;br /&gt;</w:t>
        <w:br/>
        <w:t>Нешка — дивись</w:t>
      </w:r>
    </w:p>
    <w:p>
      <w:r>
        <w:br/>
        <w:t>Нінімуша — милий друже, коханий&lt;br /&gt;</w:t>
        <w:br/>
        <w:t>Ноза — батько</w:t>
      </w:r>
    </w:p>
    <w:p>
      <w:r>
        <w:br/>
        <w:t>Овейса — сиворакша&lt;br /&gt;</w:t>
        <w:br/>
        <w:t>Одамін — суниці</w:t>
      </w:r>
    </w:p>
    <w:p>
      <w:r>
        <w:br/>
        <w:t>Озавобік — мідний диск (фігура для гри&lt;br /&gt;</w:t>
        <w:br/>
        <w:t>в кості)</w:t>
      </w:r>
    </w:p>
    <w:p>
      <w:r>
        <w:br/>
        <w:t>Окагавіс — річковий оселедець</w:t>
      </w:r>
    </w:p>
    <w:p>
      <w:r>
        <w:br/>
        <w:t>Омімі — голуб</w:t>
      </w:r>
    </w:p>
    <w:p>
      <w:r>
        <w:br/>
        <w:t>Оневе — прокинься, встань</w:t>
      </w:r>
    </w:p>
    <w:p>
      <w:r>
        <w:br/>
        <w:t>Опечі — снігур</w:t>
      </w:r>
    </w:p>
    <w:p>
      <w:r>
        <w:br/>
        <w:t>Оссео — син Вечірньої Зорі</w:t>
      </w:r>
    </w:p>
    <w:p>
      <w:r>
        <w:br/>
        <w:t>Па-пок-кіна — коник&lt;br /&gt;</w:t>
        <w:br/>
        <w:t>Пібоан — зима</w:t>
      </w:r>
    </w:p>
    <w:p>
      <w:r>
        <w:br/>
        <w:t>Пімікан — сушене оленяче м'ясо</w:t>
      </w:r>
    </w:p>
    <w:p>
      <w:r>
        <w:br/>
        <w:t>Назви індіанських племен Північної Америки,&lt;br /&gt;</w:t>
        <w:br/>
        <w:t>що трапляються в поемі</w:t>
      </w:r>
    </w:p>
    <w:p>
      <w:r>
        <w:br/>
        <w:t>Гурони, деяавери, докоти, команчі, мендени, могоки, оджибуеї, амоги, поки, чоктоси, чорноногі</w:t>
      </w:r>
    </w:p>
    <w:p>
      <w:r>
        <w:br/>
        <w:t>Назви деяких місяців у поемі</w:t>
      </w:r>
    </w:p>
    <w:p>
      <w:r>
        <w:br/>
        <w:t>Місяць Ясних Ночей — квітень&lt;br /&gt;</w:t>
        <w:br/>
        <w:t>Місяць Листя — травень&lt;br /&gt;</w:t>
        <w:br/>
        <w:t>Місяць Суниці — червень&lt;br /&gt;</w:t>
        <w:br/>
        <w:t>Місяць опадання Листя — вересень&lt;br /&gt;</w:t>
        <w:br/>
        <w:t>Місяць Лиж — листопад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Гайавату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