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відкритого шляху</w:t>
      </w:r>
    </w:p>
    <w:p>
      <w:r>
        <w:br/>
        <w:t xml:space="preserve"> ПІСНЯ ВІДКРИТОГО ШЛЯХУ&lt;br /&gt;</w:t>
        <w:br/>
        <w:t>Переклад Леся Гуменюка&lt;br /&gt;</w:t>
        <w:br/>
        <w:t>1&lt;br /&gt;</w:t>
        <w:br/>
        <w:t>Я ступаю на шлях відкритий безжурно,&lt;br /&gt;</w:t>
        <w:br/>
        <w:t>Здоровий, вільний — весь світ переді мною,&lt;br /&gt;</w:t>
        <w:br/>
        <w:t>Довга тіниста путь веде мене, куди я захочу.&lt;br /&gt;</w:t>
        <w:br/>
        <w:t>Віднині я більш не чекаю, бо сам собі я — нагода щаслива,&lt;br /&gt;</w:t>
        <w:br/>
        <w:t>Віднині більше не скімлю, не зволікаю, нічого не потребую;&lt;br /&gt;</w:t>
        <w:br/>
        <w:t>Годі хатнього нарікання, бібліотек, буркотливого критиканства,—&lt;br /&gt;</w:t>
        <w:br/>
        <w:t>Дужий та вдоволений я ступаю на шлях відкритий.&lt;br /&gt;</w:t>
        <w:br/>
        <w:t>Земля — цього ж мені досить.&lt;br /&gt;</w:t>
        <w:br/>
        <w:t>Я не хочу, щоб сузір'я стали ближчі до нас,&lt;br /&gt;</w:t>
        <w:br/>
        <w:t>Бо знаю, що добре їм на своєму місці,&lt;br /&gt;</w:t>
        <w:br/>
        <w:t>І добре тим, хто до них належить.&lt;br /&gt;</w:t>
        <w:br/>
        <w:t>(А тут я несу свою любу одвічну ношу —&lt;br /&gt;</w:t>
        <w:br/>
        <w:t>Чоловіків і жінок; де не йду — ця ноша зі мною,&lt;br /&gt;</w:t>
        <w:br/>
        <w:t>Клянуся, що не зможу їх позбутись,&lt;br /&gt;</w:t>
        <w:br/>
        <w:t>Бо сам я виповнююсь ними і собою виповнюю їх).&lt;br /&gt;</w:t>
        <w:br/>
        <w:t>2&lt;br /&gt;</w:t>
        <w:br/>
        <w:t>Я ступаю, шляху, на тебе і озираюсь: мабуть, видиме у тобі —&lt;br /&gt;</w:t>
        <w:br/>
        <w:t>це ще не все,&lt;br /&gt;</w:t>
        <w:br/>
        <w:t>Мабуть, є в тобі ще й невидиме.&lt;br /&gt;</w:t>
        <w:br/>
        <w:t>Ось глибокий урок: усе прийняти, нікого не відкинути,&lt;br /&gt;</w:t>
        <w:br/>
        <w:t>переваги не надати нікому,&lt;br /&gt;</w:t>
        <w:br/>
        <w:t>Негр із густим, кучерявим волоссям, злочинець, неписьменний, слабий —&lt;br /&gt;</w:t>
        <w:br/>
        <w:t>всім він відкритий;&lt;br /&gt;</w:t>
        <w:br/>
        <w:t>Пологи, хтось поспішає по лікаря, кульгає жебрак, дибає п'яний,&lt;br /&gt;</w:t>
        <w:br/>
        <w:t>робітники йдуть гуртом і регочуть,&lt;br /&gt;</w:t>
        <w:br/>
        <w:t>Підліток, збіглий з дому, екіпаж багатія, чепурун, коханці-утікачі,&lt;br /&gt;</w:t>
        <w:br/>
        <w:t>Найперший продавець уранці, мари, меблі, що перевозяться в місто,&lt;br /&gt;</w:t>
        <w:br/>
        <w:t>меблі з міста,—&lt;br /&gt;</w:t>
        <w:br/>
        <w:t>Все оте проминає, і я проминаю,— нікому немає зупину,&lt;br /&gt;</w:t>
        <w:br/>
        <w:t>Все мушу прийняти, всім повинен я дорожити.&lt;br /&gt;</w:t>
        <w:br/>
        <w:t>3&lt;br /&gt;</w:t>
        <w:br/>
        <w:t>О повітря, я вдихаю тебе, щоб говорити!&lt;br /&gt;</w:t>
        <w:br/>
        <w:t>О предмети, ви докупи збираєте всі мої значення й надаєте їм форми!&lt;br /&gt;</w:t>
        <w:br/>
        <w:t>О світло, ти огортаєш мене і всі речі потоками ніжними й рівними!&lt;br /&gt;</w:t>
        <w:br/>
        <w:t>О стежини, протоптані в безладних рівчаках обіч шляху!&lt;br /&gt;</w:t>
        <w:br/>
        <w:t>Мабуть, у вас таяться невидимі існування, ви такі дорогі для мене.&lt;br /&gt;</w:t>
        <w:br/>
        <w:t>О хідники міські! о міцні кам'яні краї!&lt;br /&gt;</w:t>
        <w:br/>
        <w:t>О пороми! о дошки й ахтерштевні на верфях! о борти, обшиті деревом!&lt;br /&gt;</w:t>
        <w:br/>
        <w:t>О судна далекі!&lt;br /&gt;</w:t>
        <w:br/>
        <w:t>О будинків ряди! о фасади, пронизані вікнами! о дахи!&lt;br /&gt;</w:t>
        <w:br/>
        <w:t>О під'їзди і двері вхідні! парапетні плити й залізна горожа!&lt;br /&gt;</w:t>
        <w:br/>
        <w:t>О вікна, крізь оболонку вашу прозору так видно багато!&lt;br /&gt;</w:t>
        <w:br/>
        <w:t>О двері та сходи! о арки!&lt;br /&gt;</w:t>
        <w:br/>
        <w:t>О сіре каміння нескінченних бруківок! о перехрестя топтані!&lt;br /&gt;</w:t>
        <w:br/>
        <w:t>Від усіх, мабуть, хто вас торкався, ви щось приймали,&lt;br /&gt;</w:t>
        <w:br/>
        <w:t>I тепер мені потай передаєте,&lt;br /&gt;</w:t>
        <w:br/>
        <w:t>Щось від живих і мертвих заполонило непроникні ваші поверхні,&lt;br /&gt;</w:t>
        <w:br/>
        <w:t>і духи їхні хотіли б мені явитись і подружити зі мною.&lt;br /&gt;</w:t>
        <w:br/>
        <w:t>4&lt;br /&gt;</w:t>
        <w:br/>
        <w:t>Шириться земля праворуч і ліворуч,&lt;br /&gt;</w:t>
        <w:br/>
        <w:t>Ожила картина, кожна її частина освітлена якнайкраще,&lt;br /&gt;</w:t>
        <w:br/>
        <w:t>Музика починає лунати, де вона потрібна, і вщухає — де не потрібна.&lt;br /&gt;</w:t>
        <w:br/>
        <w:t>Бадьорий голос громадського шляху, веселе та свіже відчуття дороги.&lt;br /&gt;</w:t>
        <w:br/>
        <w:t>О битий шляху, яким іду я, чи ти кажеш мені: "Не полишай мене!"?&lt;br /&gt;</w:t>
        <w:br/>
        <w:t>Чи ти кажеш: "Не ризикуй, бо як покинеш мене — загинеш"?&lt;br /&gt;</w:t>
        <w:br/>
        <w:t>Чи ти кажеш: "Я готовий, уторований і несхибний, будь мені вірний"?&lt;br /&gt;</w:t>
        <w:br/>
        <w:t>О великий шляху, я не боюся тебе залишити — така моя відповідь —&lt;br /&gt;</w:t>
        <w:br/>
        <w:t>але я люблю тебе,&lt;br /&gt;</w:t>
        <w:br/>
        <w:t>Ти мене виражаєш краще, ніж я сам на це здатний,&lt;br /&gt;</w:t>
        <w:br/>
        <w:t>Ти означатимеш більше для мене, ніж моя власна поема.&lt;br /&gt;</w:t>
        <w:br/>
        <w:t>Я вважаю, що всі героїчні діяння задумувались просто неба&lt;br /&gt;</w:t>
        <w:br/>
        <w:t>і всі вільні поеми також,&lt;br /&gt;</w:t>
        <w:br/>
        <w:t>Я вважаю, що міг би й собі зупинитись і чудеса повершити,&lt;br /&gt;</w:t>
        <w:br/>
        <w:t>Я вважаю, що на цьому шляху всі, кого стріну, сподобаються мені,&lt;br /&gt;</w:t>
        <w:br/>
        <w:t>й кожний стрічний мене полюбить,&lt;br /&gt;</w:t>
        <w:br/>
        <w:t>Я вважаю, що кожний, кого я бачу, має бути щасливий.&lt;br /&gt;</w:t>
        <w:br/>
        <w:t>5&lt;br /&gt;</w:t>
        <w:br/>
        <w:t>Віднині я проголошую себе вільним від меж і кордонів уявних,&lt;br /&gt;</w:t>
        <w:br/>
        <w:t>Іду, куди заманеться, сам собі цілковитий господар,&lt;br /&gt;</w:t>
        <w:br/>
        <w:t>Слухаю інших, добре зважую чуте,&lt;br /&gt;</w:t>
        <w:br/>
        <w:t>Затримуюсь, шукаю, одержую, міркую,&lt;br /&gt;</w:t>
        <w:br/>
        <w:t>Тихо, але неухильно, я позбуваюся пут, що хотіли б мене втримати.&lt;br /&gt;</w:t>
        <w:br/>
        <w:t>Великими ковтками я ковтаю простір,&lt;br /&gt;</w:t>
        <w:br/>
        <w:t>Схід і захід — мої, північ і південь — мої.&lt;br /&gt;</w:t>
        <w:br/>
        <w:t>Я більший і кращий, ніж думав собі,&lt;br /&gt;</w:t>
        <w:br/>
        <w:t>Я не знав, що стільки в мені доброти.&lt;br /&gt;</w:t>
        <w:br/>
        <w:t>Все здається мені прекрасним,&lt;br /&gt;</w:t>
        <w:br/>
        <w:t>Я можу чоловікам і жінкам повторити: ви зробили мені стільки добра,&lt;br /&gt;</w:t>
        <w:br/>
        <w:t>і я віддам вам тим самим,&lt;br /&gt;</w:t>
        <w:br/>
        <w:t>Я запрошуватиму, ідучи, інших з собою — для себе й для вас,&lt;br /&gt;</w:t>
        <w:br/>
        <w:t>Я, ідучи, розсію себе поміж чоловіків і жінок,&lt;br /&gt;</w:t>
        <w:br/>
        <w:t>Я подарую всім нову радість і простоту,&lt;br /&gt;</w:t>
        <w:br/>
        <w:t>Той, хто мене відрине, мене не стурбує,&lt;br /&gt;</w:t>
        <w:br/>
        <w:t>Той, хто мене прийме, буде блатословен і благословить мене.&lt;br /&gt;</w:t>
        <w:br/>
        <w:t>6&lt;br /&gt;</w:t>
        <w:br/>
        <w:t>Якби й тисяча досконалих чоловіків постала переді мною,&lt;br /&gt;</w:t>
        <w:br/>
        <w:t>мене це не вразило б,&lt;br /&gt;</w:t>
        <w:br/>
        <w:t>Якби й тисяча найвродливіших жінок постала переді мною,&lt;br /&gt;</w:t>
        <w:br/>
        <w:t>мене це не зчудувало б.&lt;br /&gt;</w:t>
        <w:br/>
        <w:t>Нині я збагнув таємницю творення найкращих людей:&lt;br /&gt;</w:t>
        <w:br/>
        <w:t>Треба рости на вільнім повітрі, їсти й спати із землею разом.&lt;br /&gt;</w:t>
        <w:br/>
        <w:t>Тут кожен може звершити подвиг&lt;br /&gt;</w:t>
        <w:br/>
        <w:t>(Такий подвиг полонить серця всього людства,&lt;br /&gt;</w:t>
        <w:br/>
        <w:t>Він стільки сили і волі випромінює з себе, що підкоряє закон,&lt;br /&gt;</w:t>
        <w:br/>
        <w:t>бере на глузи владу і всі аргументи "проти").&lt;br /&gt;</w:t>
        <w:br/>
        <w:t>Тут випробовується мудрість,&lt;br /&gt;</w:t>
        <w:br/>
        <w:t>Мудрість випробовується остаточно не в школах,&lt;br /&gt;</w:t>
        <w:br/>
        <w:t>Мудрість від тих, хто її має, не передається тим, хто її не має,&lt;br /&gt;</w:t>
        <w:br/>
        <w:t>Мудрість іде від душі, її неможливо довести, вона сама собі доказ,&lt;br /&gt;</w:t>
        <w:br/>
        <w:t>Вона прикладається до всіх рівнів, предметів, якостей&lt;br /&gt;</w:t>
        <w:br/>
        <w:t>і цього їй досить,&lt;br /&gt;</w:t>
        <w:br/>
        <w:t>Вона — певність реальності та безсмертя речей, досконалості їхньої;&lt;br /&gt;</w:t>
        <w:br/>
        <w:t>І щось є таке у видимім плині речей, що кличе мудрість&lt;br /&gt;</w:t>
        <w:br/>
        <w:t>із глибини душі.&lt;br /&gt;</w:t>
        <w:br/>
        <w:t>Тепер я знов перегляну філософії та релігії,&lt;br /&gt;</w:t>
        <w:br/>
        <w:t>Може, вони в аудиторіях гарні, але ні на що не придатні під розлогими&lt;br /&gt;</w:t>
        <w:br/>
        <w:t>хмарами, поміж краєвидів і понад потоками бистрими.&lt;br /&gt;</w:t>
        <w:br/>
        <w:t>Тут — здійснення людини,&lt;br /&gt;</w:t>
        <w:br/>
        <w:t>Тут всяк себе перевірить — відкриє собі, що є в ньому,&lt;br /&gt;</w:t>
        <w:br/>
        <w:t>Минуле, майбутнє, велич, кохання,— якщо вони існують без тебе,&lt;br /&gt;</w:t>
        <w:br/>
        <w:t>то в тобі їх нема.&lt;br /&gt;</w:t>
        <w:br/>
        <w:t>У кожній речі поживне тільки зерно;&lt;br /&gt;</w:t>
        <w:br/>
        <w:t>А хто ж за нас із вами поздирає лушпиння?&lt;br /&gt;</w:t>
        <w:br/>
        <w:t>А хто ж за нас із вами розплутає всі лукавства,&lt;br /&gt;</w:t>
        <w:br/>
        <w:t>хто зірве для нас оболонку речей?&lt;br /&gt;</w:t>
        <w:br/>
        <w:t>Тут одне до одного тягнуться люди не за планом, складеним заздалегідь,&lt;br /&gt;</w:t>
        <w:br/>
        <w:t>а самі собою, за примхою серця;&lt;br /&gt;</w:t>
        <w:br/>
        <w:t>Чи знаєш ти, що означає, коли ти шляхом ідеш і в тебе закохуються&lt;br /&gt;</w:t>
        <w:br/>
        <w:t>незнайомці?&lt;br /&gt;</w:t>
        <w:br/>
        <w:t>Чи розумієш ти мову очей, на тебе звернених?&lt;br /&gt;</w:t>
        <w:br/>
        <w:t>7&lt;br /&gt;</w:t>
        <w:br/>
        <w:t>Тут виливають душу,&lt;br /&gt;</w:t>
        <w:br/>
        <w:t>А виливається душа із глибин, через ворота затінені,&lt;br /&gt;</w:t>
        <w:br/>
        <w:t>викликаючи завжди питання:&lt;br /&gt;</w:t>
        <w:br/>
        <w:t>Звідки й навіщо ця туга? звідки й навіщо ці думи в пітьмі?&lt;br /&gt;</w:t>
        <w:br/>
        <w:t>І чому багато чоловіків і жінок, наближаючись до мене,&lt;br /&gt;</w:t>
        <w:br/>
        <w:t>запалюють у крові моїй сонце?&lt;br /&gt;</w:t>
        <w:br/>
        <w:t>Чому, коли вони мене покидають, стяги радості моєї обвисають,&lt;br /&gt;</w:t>
        <w:br/>
        <w:t>кануть безживно?&lt;br /&gt;</w:t>
        <w:br/>
        <w:t>Чому, коли я проходжу під деякими деревами, мені спадають&lt;br /&gt;</w:t>
        <w:br/>
        <w:t>широкі й співучі думки?&lt;br /&gt;</w:t>
        <w:br/>
        <w:t>(Мабуть, вони висять на тих деревах і взимку, і влітку, і щоразу&lt;br /&gt;</w:t>
        <w:br/>
        <w:t>падають плодами, коли я проходжу).&lt;br /&gt;</w:t>
        <w:br/>
        <w:t>Чим я так несподівано обмінююся з декотрими незнайомцями?&lt;br /&gt;</w:t>
        <w:br/>
        <w:t>З яким-небудь візником, коли сиджу поруч нього на передку?&lt;br /&gt;</w:t>
        <w:br/>
        <w:t>Із рибалкою, що витягає на берег сіті, коли я, мимо йдучи,&lt;br /&gt;</w:t>
        <w:br/>
        <w:t>зупиняюсь?&lt;br /&gt;</w:t>
        <w:br/>
        <w:t>Звідки це добре почуття, яке так щедро дарують мені&lt;br /&gt;</w:t>
        <w:br/>
        <w:t>чоловіки й жінки?&lt;br /&gt;</w:t>
        <w:br/>
        <w:t>Звідки у мене таке саме до них почуття?&lt;br /&gt;</w:t>
        <w:br/>
        <w:t>8&lt;br /&gt;</w:t>
        <w:br/>
        <w:t>Виливання душі — це щастя, ось воно, щастя І&lt;br /&gt;</w:t>
        <w:br/>
        <w:t>Я думаю, воно виповнює довкола повітря, чекаючи кожного повсякчас;&lt;br /&gt;</w:t>
        <w:br/>
        <w:t>Нині воно ллється в нас, наповнюючи по вінця.&lt;br /&gt;</w:t>
        <w:br/>
        <w:t>Отут і виникає в нас щось притягальне,&lt;br /&gt;</w:t>
        <w:br/>
        <w:t>Свіжість і лагідність чоловіка і жінки&lt;br /&gt;</w:t>
        <w:br/>
        <w:t>(Зело, що лиш цього ранку пробилось на світ, не таке свіже та лагідне).&lt;br /&gt;</w:t>
        <w:br/>
        <w:t>До того, хто має цю звабу, і молоді, й старі спливають любов'ю,&lt;br /&gt;</w:t>
        <w:br/>
        <w:t>Він-бо чистий чар випромінює, перед яким і краса, і цнота — ніщо,&lt;br /&gt;</w:t>
        <w:br/>
        <w:t>До нього тягнеться, болісна і тремтлива, спрага єднання.&lt;br /&gt;</w:t>
        <w:br/>
        <w:t>9&lt;br /&gt;</w:t>
        <w:br/>
        <w:t>Allons І * хто б ти не був, рушай у мандри зі мною!&lt;br /&gt;</w:t>
        <w:br/>
        <w:t>Йдучи зі мною, те знайдеш, що ніколи не стомлює.&lt;br /&gt;</w:t>
        <w:br/>
        <w:t>Земля не стомить ніколи,&lt;br /&gt;</w:t>
        <w:br/>
        <w:t>Земля — дика, безмовна, незбагненна спочатку, Природа —&lt;br /&gt;</w:t>
        <w:br/>
        <w:t>дика й незбагненна спочатку;&lt;br /&gt;</w:t>
        <w:br/>
        <w:t>Не зневірюйся,— там, далі, є дивні речі, добре приховані,&lt;br /&gt;</w:t>
        <w:br/>
        <w:t>Присягаюся, дивні є речі, красу яких не виразити словами.&lt;br /&gt;</w:t>
        <w:br/>
        <w:t>Allons! не барімось,&lt;br /&gt;</w:t>
        <w:br/>
        <w:t>Хай напхані наші крамниці чудовим товаром, хай зручне житло,&lt;br /&gt;</w:t>
        <w:br/>
        <w:t>ми не можемо тут залишатись,&lt;br /&gt;</w:t>
        <w:br/>
        <w:t>Хай гавань захищає від бур, хай води спокійні, ми не повинні&lt;br /&gt;</w:t>
        <w:br/>
        <w:t>ставати на якір,&lt;br /&gt;</w:t>
        <w:br/>
        <w:t>Хай довкола гостинні люди, та нам дозволено тішитися гостинністю&lt;br /&gt;</w:t>
        <w:br/>
        <w:t>лише коротку хвилину.&lt;br /&gt;</w:t>
        <w:br/>
        <w:t>* Ходімо (фр.).&lt;br /&gt;</w:t>
        <w:br/>
        <w:t>10&lt;br /&gt;</w:t>
        <w:br/>
        <w:t>Allons! зваби ще більші будуть,&lt;br /&gt;</w:t>
        <w:br/>
        <w:t>Ми плистимемо незвіданими та бурхливими морями,&lt;br /&gt;</w:t>
        <w:br/>
        <w:t>Там, де дмуть вітри, плюскочуть хвилі, де кліпер лине,&lt;br /&gt;</w:t>
        <w:br/>
        <w:t>напнувши усі вітрила.&lt;br /&gt;</w:t>
        <w:br/>
        <w:t>Allons! з нами сила, свобода, земля, стихії,&lt;br /&gt;</w:t>
        <w:br/>
        <w:t>Здоров'я, завзяття, веселість, чуття гідності, допитливість;&lt;br /&gt;</w:t>
        <w:br/>
        <w:t>Allons! звільнімося від усіх доктрин!&lt;br /&gt;</w:t>
        <w:br/>
        <w:t>Від ваших доктрин, о кажаноокі бездуховні ченці.&lt;br /&gt;</w:t>
        <w:br/>
        <w:t>Смердючий труп лежить поперек дороги — негайно його поховати.&lt;br /&gt;</w:t>
        <w:br/>
        <w:t>Allons! але застерігаю:&lt;br /&gt;</w:t>
        <w:br/>
        <w:t>Той, хто вирушає зі мною, повинен мати найкращі —&lt;br /&gt;</w:t>
        <w:br/>
        <w:t>вдачу, м'язи та витривалість,&lt;br /&gt;</w:t>
        <w:br/>
        <w:t>Лише того піддавати випробуванням можна, хто сміливість і здоров'я&lt;br /&gt;</w:t>
        <w:br/>
        <w:t>несе з собою,&lt;br /&gt;</w:t>
        <w:br/>
        <w:t>Не приходьте до мене, хто краще усе вже змарнував,&lt;br /&gt;</w:t>
        <w:br/>
        <w:t>Тільки ті хай приходять, у кого тіло іще незіпсуте й несхитне,&lt;br /&gt;</w:t>
        <w:br/>
        <w:t>Ні слабим, ні п'яницям, ні сифілітикам тут не вільно ступати.&lt;br /&gt;</w:t>
        <w:br/>
        <w:t>(Я і мені подібні переконуємо не доказами, не порівняннями,&lt;br /&gt;</w:t>
        <w:br/>
        <w:t>не віршами,&lt;br /&gt;</w:t>
        <w:br/>
        <w:t>Ми переконуємо своїм існуванням).&lt;br /&gt;</w:t>
        <w:br/>
        <w:t>11&lt;br /&gt;</w:t>
        <w:br/>
        <w:t>Слухай! Я хочу бути щирий з тобою,&lt;br /&gt;</w:t>
        <w:br/>
        <w:t>Я не обіцяю давніх легких нагород, я обіцяю тобі нові, грубі,—&lt;br /&gt;</w:t>
        <w:br/>
        <w:t>Ось які дні чекають на тебе:&lt;br /&gt;</w:t>
        <w:br/>
        <w:t>Ти не будеш збирати й накопичувати того, що звуть багатством,&lt;br /&gt;</w:t>
        <w:br/>
        <w:t>Усе, що ти заробиш а чи дістанеш, ти пороздаєш рукою щедрою,&lt;br /&gt;</w:t>
        <w:br/>
        <w:t>Тільки-но прийдеш у місто призначене, ледве натішишся ним,&lt;br /&gt;</w:t>
        <w:br/>
        <w:t>як невідпорний поклик пожене тебе далі в дорогу,&lt;br /&gt;</w:t>
        <w:br/>
        <w:t>Ті, що залишаться, посміхатися будуть і кпити будуть із тебе,&lt;br /&gt;</w:t>
        <w:br/>
        <w:t>На зваби кохання відповіси лише пристрасним поцілунком прощальним&lt;br /&gt;</w:t>
        <w:br/>
        <w:t>І відштовхнеш руки ті, що тебе затримати спробують.&lt;br /&gt;</w:t>
        <w:br/>
        <w:t>12&lt;br /&gt;</w:t>
        <w:br/>
        <w:t>Allons! за великими Супутниками, щоб іти з ними разом!&lt;br /&gt;</w:t>
        <w:br/>
        <w:t>Вони теж у дорозі — це стрімливі й гордовиті чоловіки,&lt;br /&gt;</w:t>
        <w:br/>
        <w:t>це найпрекрасніші жінки,&lt;br /&gt;</w:t>
        <w:br/>
        <w:t>їм і штиль, і шторм до вподоби у морі,&lt;br /&gt;</w:t>
        <w:br/>
        <w:t>Не на одному вітрильнику вони плавали, не одну відміряли милю пішки,&lt;br /&gt;</w:t>
        <w:br/>
        <w:t>Побували в далеких країнах, заходили в різні оселі,&lt;br /&gt;</w:t>
        <w:br/>
        <w:t>їм довіряються всі, вони пильно вивчають міста,&lt;br /&gt;</w:t>
        <w:br/>
        <w:t>вони трударі самотні,&lt;br /&gt;</w:t>
        <w:br/>
        <w:t>Зупиняться раптом і споглядають жмути трави, цвіт,&lt;br /&gt;</w:t>
        <w:br/>
        <w:t>черепашки на березі,&lt;br /&gt;</w:t>
        <w:br/>
        <w:t>Вони танцюють по весіллях, наречених цілують, бавлять ніжно дітей,&lt;br /&gt;</w:t>
        <w:br/>
        <w:t>дітей народжують,&lt;br /&gt;</w:t>
        <w:br/>
        <w:t>Солдати повстань, вони стоять біля зяйливих могил,&lt;br /&gt;</w:t>
        <w:br/>
        <w:t>труни в них опускають,&lt;br /&gt;</w:t>
        <w:br/>
        <w:t>Кожної пори року вони в дорозі, рік у рік, дивовижні роки&lt;br /&gt;</w:t>
        <w:br/>
        <w:t>виростають з років,&lt;br /&gt;</w:t>
        <w:br/>
        <w:t>Вони в путі зі своїми супутниками — з різними порами їхніх життів,&lt;br /&gt;</w:t>
        <w:br/>
        <w:t>З ними дитинство нерозпукле мандрує,&lt;br /&gt;</w:t>
        <w:br/>
        <w:t>Весело їм іти з власною юністю, із бородатим своїм змужнінням,&lt;br /&gt;</w:t>
        <w:br/>
        <w:t>Чи зі своєю жіночністю, всеоб'ємною, неперевершеною, радісною,&lt;br /&gt;</w:t>
        <w:br/>
        <w:t>Ось поруч них — їхня старість велична,&lt;br /&gt;</w:t>
        <w:br/>
        <w:t>Старість — спокійно просториться, шириться разом&lt;br /&gt;</w:t>
        <w:br/>
        <w:t>із думним розмахом всесвіту,&lt;br /&gt;</w:t>
        <w:br/>
        <w:t>Старість — вільно тече із солодким відчуттям близького звільнення —&lt;br /&gt;</w:t>
        <w:br/>
        <w:t>смерті.&lt;br /&gt;</w:t>
        <w:br/>
        <w:t>13&lt;br /&gt;</w:t>
        <w:br/>
        <w:t>Allons! до того, що нескінченне та безначальне,&lt;br /&gt;</w:t>
        <w:br/>
        <w:t>Щоб зазнати труднощів, днів бездомних, нічного спочину,&lt;br /&gt;</w:t>
        <w:br/>
        <w:t>Щоб зосередити все у подорожі, якої прагнемо, у днях і ночах жаданих,&lt;br /&gt;</w:t>
        <w:br/>
        <w:t>Щоб потім вирушити в інші, ще величніші мандри,&lt;br /&gt;</w:t>
        <w:br/>
        <w:t>Де бачити треба тільки мету, щоб досягти її і піти далі,&lt;br /&gt;</w:t>
        <w:br/>
        <w:t>Де думають не про те, чи далеко, чи скоро, а тільки про те,&lt;br /&gt;</w:t>
        <w:br/>
        <w:t>щоб мети досягти і піти далі,&lt;br /&gt;</w:t>
        <w:br/>
        <w:t>Де не озираються навсібіч,— ось лежить цей шлях і чекає,&lt;br /&gt;</w:t>
        <w:br/>
        <w:t>хоч який він довгий, а чекає на тебе,&lt;br /&gt;</w:t>
        <w:br/>
        <w:t>Де не гадають, бог сотворив цю істоту чи хтось інший,&lt;br /&gt;</w:t>
        <w:br/>
        <w:t>а з усіма ідуть до мети,&lt;br /&gt;</w:t>
        <w:br/>
        <w:t>Де все, що бачиш, ти можеш мати, тішитись всім цим&lt;br /&gt;</w:t>
        <w:br/>
        <w:t>без праці тяжкої чи грошей,&lt;br /&gt;</w:t>
        <w:br/>
        <w:t>вбирати зором усю пишноту, не забираючи з собою ні дрібки,&lt;br /&gt;</w:t>
        <w:br/>
        <w:t>Де можна краще взяти з фермерської садиби чи вілли багатія:&lt;br /&gt;</w:t>
        <w:br/>
        <w:t>і цнотливе благословення щасливого подружжя, і плоди садків,&lt;br /&gt;</w:t>
        <w:br/>
        <w:t>і з квітників усі квіти,&lt;br /&gt;</w:t>
        <w:br/>
        <w:t>Де, проходячи забудованим щільно містом, можна взяти усе,&lt;br /&gt;</w:t>
        <w:br/>
        <w:t>що воно може дати,&lt;br /&gt;</w:t>
        <w:br/>
        <w:t>Де можна в дорогу забрати і вулиці всі, і всі будинки на них,&lt;br /&gt;</w:t>
        <w:br/>
        <w:t>Де можна узяти з собою думки всіх стрічних,&lt;br /&gt;</w:t>
        <w:br/>
        <w:t>любов узяти з їхніх сердець,&lt;br /&gt;</w:t>
        <w:br/>
        <w:t>Де можна коханців узяти з собою в дорогу,&lt;br /&gt;</w:t>
        <w:br/>
        <w:t>дарма що лишились вони позаду,&lt;br /&gt;</w:t>
        <w:br/>
        <w:t>Де цей всесвіт пізнаєш як один із шляхів, як багато шляхів,&lt;br /&gt;</w:t>
        <w:br/>
        <w:t>як шляхи для душ мандрівних.&lt;br /&gt;</w:t>
        <w:br/>
        <w:t>Усе дорогу дає душам, що йдуть уперед,&lt;br /&gt;</w:t>
        <w:br/>
        <w:t>Усі релігії, підвалини, мистецтва, уряди, усе, що було чи є на цій&lt;br /&gt;</w:t>
        <w:br/>
        <w:t>чи будь-якій іншій планеті, все ховається в ніші та закутки&lt;br /&gt;</w:t>
        <w:br/>
        <w:t>перед поступом душ по величних дорогах всесвіту.&lt;br /&gt;</w:t>
        <w:br/>
        <w:t>У порівнянні з поступом душ чоловіків і жінок по величних дорогах&lt;br /&gt;</w:t>
        <w:br/>
        <w:t>всесвіту, всі інші поступи — лише необхідні&lt;br /&gt;</w:t>
        <w:br/>
        <w:t>емблема й підтримування життя.&lt;br /&gt;</w:t>
        <w:br/>
        <w:t>Вічно живі, вічно націлені уперед,&lt;br /&gt;</w:t>
        <w:br/>
        <w:t>Статечні, поважні, сумні, знедолені, збиті з плигу, шалені, бентежні,&lt;br /&gt;</w:t>
        <w:br/>
        <w:t>слабі, невдоволені,&lt;br /&gt;</w:t>
        <w:br/>
        <w:t>Зневірені, горді, ніжні, хворі, прийняті людьми, знехтувані людьми,—&lt;br /&gt;</w:t>
        <w:br/>
        <w:t>Вони йдуть! вони йдуть! я знаю, що вони йдуть, лише не знаю куди,&lt;br /&gt;</w:t>
        <w:br/>
        <w:t>Але я знаю, що йдуть вони до кращого — до чогось величного.&lt;br /&gt;</w:t>
        <w:br/>
        <w:t>Тож, хто б ти не був, виходь! Виходь, чоловік чи жінка!&lt;br /&gt;</w:t>
        <w:br/>
        <w:t>Хай ти сам збудував цю домівку — не повинен ти спати й нидіти вдома.&lt;br /&gt;</w:t>
        <w:br/>
        <w:t>Виходь із темряви самоти! відкинь запони!&lt;br /&gt;</w:t>
        <w:br/>
        <w:t>Заперечень ніяких: я все знаю і виявляю.&lt;br /&gt;</w:t>
        <w:br/>
        <w:t>Крізь тебе й крізь інших я бачу однаково добре,&lt;br /&gt;</w:t>
        <w:br/>
        <w:t>Крізь людський сміх, танець, обід, вечерю,&lt;br /&gt;</w:t>
        <w:br/>
        <w:t>Крізь одяг і оздоби, крізь умиті й причепурені лиця&lt;br /&gt;</w:t>
        <w:br/>
        <w:t>Бачу твою таємну мовчазну гидливість і розпач.&lt;br /&gt;</w:t>
        <w:br/>
        <w:t>Ні чоловік, ні дружина, ні друг не почують твого зізнання,&lt;br /&gt;</w:t>
        <w:br/>
        <w:t>Друге твоє "я", двійник твій крадеться і ховається,&lt;br /&gt;</w:t>
        <w:br/>
        <w:t>Безтілесний, безмовний на вулицях міст,&lt;br /&gt;</w:t>
        <w:br/>
        <w:t>ввічливий і шанобливий у вітальнях,&lt;br /&gt;</w:t>
        <w:br/>
        <w:t>У вагонах, на пароплавах, на громадських зібраннях,&lt;br /&gt;</w:t>
        <w:br/>
        <w:t>Свій у домівках чоловіків і жінок, за столом, у спальні, будь-де,&lt;br /&gt;</w:t>
        <w:br/>
        <w:t>Гарно вбраний, усміхнений, бадьорий, смерть у грудях, пекло в черепі,&lt;br /&gt;</w:t>
        <w:br/>
        <w:t>У тонкому сукні й рукавичках, в стрічках, у штучних квітах,&lt;br /&gt;</w:t>
        <w:br/>
        <w:t>У згоді зі звичаями, ані пари з вуст про себе,&lt;br /&gt;</w:t>
        <w:br/>
        <w:t>Говорить про все, та ніколи — про себе.&lt;br /&gt;</w:t>
        <w:br/>
        <w:t>14&lt;br /&gt;</w:t>
        <w:br/>
        <w:t>Allons! через боротьбу і війни!&lt;br /&gt;</w:t>
        <w:br/>
        <w:t>Обраної мети не скасувати нікому ніяким наказом.&lt;br /&gt;</w:t>
        <w:br/>
        <w:t>Чи були битви звитяжні?&lt;br /&gt;</w:t>
        <w:br/>
        <w:t>Хто звитяжець? ти? твій народ? Природа?&lt;br /&gt;</w:t>
        <w:br/>
        <w:t>Тільки добре мене зрозумій: суть речей така, що всяка звитяга&lt;br /&gt;</w:t>
        <w:br/>
        <w:t>веде до ще більшої битви.&lt;br /&gt;</w:t>
        <w:br/>
        <w:t>Мій клич — до бою, до повстання полум'яного заклик,&lt;br /&gt;</w:t>
        <w:br/>
        <w:t>Хто піде зі мною, хай озброїться добре,&lt;br /&gt;</w:t>
        <w:br/>
        <w:t>Хто піде зі мною, матиме обмаль харчів, стріне злидні,&lt;br /&gt;</w:t>
        <w:br/>
        <w:t>ворога лютого, зраду.&lt;br /&gt;</w:t>
        <w:br/>
        <w:t>15&lt;br /&gt;</w:t>
        <w:br/>
        <w:t>Allons! шлях лежить перед нами!&lt;br /&gt;</w:t>
        <w:br/>
        <w:t>Він безпечний — я пройшов його сам, мої ноги випробували його —&lt;br /&gt;</w:t>
        <w:br/>
        <w:t>не барися!&lt;br /&gt;</w:t>
        <w:br/>
        <w:t>Хай папір на столі залишиться чистим і невідкритою —&lt;br /&gt;</w:t>
        <w:br/>
        <w:t>на полиці книжка!&lt;br /&gt;</w:t>
        <w:br/>
        <w:t>Хай залишаться інструменти в майстерні! хай гроші залишаться&lt;br /&gt;</w:t>
        <w:br/>
        <w:t>не зароблені!&lt;br /&gt;</w:t>
        <w:br/>
        <w:t>Хай школа спустіє! не зважай на гнів учителя!&lt;br /&gt;</w:t>
        <w:br/>
        <w:t>Хай проповідує в церкві піп! хай юрист викладає справу в суді&lt;br /&gt;</w:t>
        <w:br/>
        <w:t>й суддя тлумачить закон!&lt;br /&gt;</w:t>
        <w:br/>
        <w:t>Товаришу, я руку тобі простягаю!&lt;br /&gt;</w:t>
        <w:br/>
        <w:t>Я любов тобі віддаю, дорожчу за гроші,&lt;br /&gt;</w:t>
        <w:br/>
        <w:t>Я тобі пропоную себе, а не проповідь чи закон;&lt;br /&gt;</w:t>
        <w:br/>
        <w:t>А ти себе віддаси мені? рушиш зі мною в мандри?&lt;br /&gt;</w:t>
        <w:br/>
        <w:t>Йтимемо з тобою пліч-о-пліч, доки будемо жити?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відкритого шляху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