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Плем'я тода</w:t>
      </w:r>
    </w:p>
    <w:p>
      <w:r>
        <w:br/>
        <w:t xml:space="preserve"> Біда, коли є цитруси і кава,&lt;br /&gt;</w:t>
        <w:br/>
        <w:t>коли в землі є золото, — біда!&lt;br /&gt;</w:t>
        <w:br/>
        <w:t>Біда, коли земля така ласкава,&lt;br /&gt;</w:t>
        <w:br/>
        <w:t>коли така правічна й молода.</w:t>
      </w:r>
    </w:p>
    <w:p>
      <w:r>
        <w:br/>
        <w:t>Тоді її пригорнуть і обнімуть.&lt;br /&gt;</w:t>
        <w:br/>
        <w:t>Тоді її розгорнуть і однімуть...</w:t>
      </w:r>
    </w:p>
    <w:p>
      <w:r>
        <w:br/>
        <w:t>О пестощі Ост-Індської компанії!&lt;br /&gt;</w:t>
        <w:br/>
        <w:t>Залиште їм хоч казку, хоч струну!&lt;br /&gt;</w:t>
        <w:br/>
        <w:t>Вже їх земля — копалини й копальні,&lt;br /&gt;</w:t>
        <w:br/>
        <w:t>залізні кігті шахт у глибину.</w:t>
      </w:r>
    </w:p>
    <w:p>
      <w:r>
        <w:br/>
        <w:t>Уже нема квітучої долини.&lt;br /&gt;</w:t>
        <w:br/>
        <w:t>Не чути в передгір'ях череди.&lt;br /&gt;</w:t>
        <w:br/>
        <w:t>Лиш чорний ієрогліф бадилини&lt;br /&gt;</w:t>
        <w:br/>
        <w:t>щось шелестить до мертвої води.</w:t>
      </w:r>
    </w:p>
    <w:p>
      <w:r>
        <w:br/>
        <w:t>Дівчат красивих тягнуть у гареми.&lt;br /&gt;</w:t>
        <w:br/>
        <w:t>Страх і покора множать недорік.&lt;br /&gt;</w:t>
        <w:br/>
        <w:t>На скелях клинописні теореми&lt;br /&gt;</w:t>
        <w:br/>
        <w:t>вже не вчитає жоден чоловік.</w:t>
      </w:r>
    </w:p>
    <w:p>
      <w:r>
        <w:br/>
        <w:t>Вже все іде у стерлінгах і в центах,&lt;br /&gt;</w:t>
        <w:br/>
        <w:t>І плем'я тода — це вже не народ,&lt;br /&gt;</w:t>
        <w:br/>
        <w:t>і безтурботна молодь без акценту&lt;br /&gt;</w:t>
        <w:br/>
        <w:t>вже розмовляє мовою заброд.</w:t>
      </w:r>
    </w:p>
    <w:p>
      <w:r>
        <w:br/>
        <w:t>Уже своєї слухати не хоче.&lt;br /&gt;</w:t>
        <w:br/>
        <w:t>Здається, все. Здається, вже кінець.&lt;br /&gt;</w:t>
        <w:br/>
        <w:t>... Що він співає, що він там бурмоче,&lt;br /&gt;</w:t>
        <w:br/>
        <w:t>цей передсмертно посивілий жрець?</w:t>
      </w:r>
    </w:p>
    <w:p>
      <w:r>
        <w:br/>
        <w:t>Він прихилився в храмі до одвірка,&lt;br /&gt;</w:t>
        <w:br/>
        <w:t>у тому храмі, де погас вогонь.&lt;br /&gt;</w:t>
        <w:br/>
        <w:t>Стоїть над ним одна-єдина зірка,&lt;br /&gt;</w:t>
        <w:br/>
        <w:t>пливе молитва в човнику долонь.</w:t>
      </w:r>
    </w:p>
    <w:p>
      <w:r>
        <w:br/>
        <w:t>Останній жрець печального народу&lt;br /&gt;</w:t>
        <w:br/>
        <w:t>бурмоче гімни, складені колись.&lt;br /&gt;</w:t>
        <w:br/>
        <w:t>Він пояснив би тодам мову тода,&lt;br /&gt;</w:t>
        <w:br/>
        <w:t>але ж вони вже віри відреклись!</w:t>
      </w:r>
    </w:p>
    <w:p>
      <w:r>
        <w:br/>
        <w:t>І юнаки, верткі від мімікрії,&lt;br /&gt;</w:t>
        <w:br/>
        <w:t>вже перешиті на новий фасон, —&lt;br /&gt;</w:t>
        <w:br/>
        <w:t>хто зна од чого очі щось мокріють,&lt;br /&gt;</w:t>
        <w:br/>
        <w:t>і сниться їм якийсь забутий сон...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Плем'я тода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