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По-лицю-дощ</w:t>
      </w:r>
    </w:p>
    <w:p>
      <w:r>
        <w:br/>
        <w:t xml:space="preserve"> Великий воїн знищених племен,&lt;br /&gt;</w:t>
        <w:br/>
        <w:t>в Америці, в минулому столітті,&lt;br /&gt;</w:t>
        <w:br/>
        <w:t>мав найдивніше із усіх імен,&lt;br /&gt;</w:t>
        <w:br/>
        <w:t>він мав ім'я нечуване у світі:&lt;br /&gt;</w:t>
        <w:br/>
        <w:t>По-Лицю-Дощ, По-Лицю-Дощ,&lt;br /&gt;</w:t>
        <w:br/>
        <w:t>По-Лицю-Дощ!&lt;br /&gt;</w:t>
        <w:br/>
        <w:t>Чи не тому, що в нетрях він схищався&lt;br /&gt;</w:t>
        <w:br/>
        <w:t>і від дощу, мабуть, не захищався, —&lt;br /&gt;</w:t>
        <w:br/>
        <w:t>По-Лицю-Дощ, По-Лицю-Дощ,&lt;br /&gt;</w:t>
        <w:br/>
        <w:t>По-Лицю-Дощ!</w:t>
      </w:r>
    </w:p>
    <w:p>
      <w:r>
        <w:br/>
        <w:t>Не Вовчий Плащ, не Бик і не Ведмідь,&lt;br /&gt;</w:t>
        <w:br/>
        <w:t>не Зуб Мустанга, не Перо Орлине, —&lt;br /&gt;</w:t>
        <w:br/>
        <w:t>він мав ім'я сумне і старовинне,&lt;br /&gt;</w:t>
        <w:br/>
        <w:t>його лице тверде було, як мідь.</w:t>
      </w:r>
    </w:p>
    <w:p>
      <w:r>
        <w:br/>
        <w:t>Він був високий, гордий і красивий,&lt;br /&gt;</w:t>
        <w:br/>
        <w:t>із племені, котре не знало зради.&lt;br /&gt;</w:t>
        <w:br/>
        <w:t>Тоді це плем'я називали "сіу",&lt;br /&gt;</w:t>
        <w:br/>
        <w:t>на мові злості щось близьке до "гади".</w:t>
      </w:r>
    </w:p>
    <w:p>
      <w:r>
        <w:br/>
        <w:t>Він знав про це і не повів бровою.&lt;br /&gt;</w:t>
        <w:br/>
        <w:t>Горіли джунглі, вилягав бамбук.&lt;br /&gt;</w:t>
        <w:br/>
        <w:t>Його вуста були тугі, як лук,&lt;br /&gt;</w:t>
        <w:br/>
        <w:t>натягнутий дзвінкою тятивою.</w:t>
      </w:r>
    </w:p>
    <w:p>
      <w:r>
        <w:br/>
        <w:t>І ті орлині пера на чолі,&lt;br /&gt;</w:t>
        <w:br/>
        <w:t>той знак звитяг його над ворогами...&lt;br /&gt;</w:t>
        <w:br/>
        <w:t>Але було вже рідної землі —&lt;br /&gt;</w:t>
        <w:br/>
        <w:t>ото лиш та, що зараз під ногами.</w:t>
      </w:r>
    </w:p>
    <w:p>
      <w:r>
        <w:br/>
        <w:t>А завтра, завтра!.. Сивіє волосся.&lt;br /&gt;</w:t>
        <w:br/>
        <w:t>Чужинські кроки б'ють у груди площ.&lt;br /&gt;</w:t>
        <w:br/>
        <w:t>Та що ви? Ні. Сльоза?! Це вам здалося.&lt;br /&gt;</w:t>
        <w:br/>
        <w:t>По-Лицю-Дощ... По-Лицю-Дощ...&lt;br /&gt;</w:t>
        <w:br/>
        <w:t>По-Лицю-Дощ...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По-лицю-дощ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