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По-людському</w:t>
      </w:r>
    </w:p>
    <w:p>
      <w:r>
        <w:br/>
        <w:t xml:space="preserve"> &lt;p&gt;Оповідання</w:t>
      </w:r>
    </w:p>
    <w:p>
      <w:r>
        <w:br/>
        <w:t>Весняний вітер стиха віяв над виноградниками й охолоджував загрітих працею робітників. Вогка земля мліла в гарячому золоті сонячного проміння, вільна від тіней і холодків. Голі дерева немов курились сизо-зеленим димом: щось, наче мрія про розкішну літню одіж, обгортало їх сповнені соком віти. Скрізь було так багато світла й радості, так виразно відчувався трепетний віддих поновленої землі, повітря було таке п'яне й повне щебетання, що мимохіть бажалось руху, крику, реготу…</w:t>
      </w:r>
    </w:p>
    <w:p>
      <w:r>
        <w:br/>
        <w:t>Тож на роботі було весело. Ці кілька десятків робітників, що прийшли здалека на чужину заробляти щоденний хліб, немов забули на всі свої турботи під впливом весняної днини і так само щиро нищили чужу працю, як дбали за власну. Навряд хто з них думав, гупаючи важкою трамбовкою по зрубаному й засипаному землею винограднику, про хазяїна знищеного саду. Що їм той молдуван і та філоксера! То не їх діло, вони заробляють.</w:t>
      </w:r>
    </w:p>
    <w:p>
      <w:r>
        <w:br/>
        <w:t>Над виноградником стояв гомін. Здебільшого земляки, вони завжди мали теми до розмов. Вони згадували своє село, своїх людей, наче тільки вчора з ними бачились, — і часто якийсь рух або одне слово, незрозуміле чужому, викликало цілий рій згадок і невпинний регіт.</w:t>
      </w:r>
    </w:p>
    <w:p>
      <w:r>
        <w:br/>
        <w:t>Сонце припікало. То той, то другий, гупнувши трамбовкою, підносив білий рукав до засмаленого обличчя й обтирав упріле чоло, розпростовуючи зігнуту спину. Цей хвилевий антракт у роботі був таким природним, таким конечним, що я мимохіть звернув увагу на робітника, який ні разу не покористувався їм.</w:t>
      </w:r>
    </w:p>
    <w:p>
      <w:r>
        <w:br/>
        <w:t>Цей робітник давно вже цікавив мене. Він одрізнявся од других своєю незвичайною працьовитістю, якоюсь завзятістю в роботі; він запекло викидав з себе силу як щось непотрібне й вороже. Його просто одривали від роботи на обід або спочинок, він завжди останнім і з видимою неохотою кидав її. Мовчазний і похмурий, з блідим нервовим обличчям, він рідко коли підводив очі — чорні, з лиховісним вогником. Я звик його бачити у всяку погоду в куцій чугаїнці, в рудій шапці на збитому волоссі, з короткою люлькою в зубах, з якої він раз у раз пахкав, випускаючи струмок синього диму. Я знав, що його звуть Карпом, що він хороший робітник, і більш нічого. Розмовитися з ним мені не вдавалося.</w:t>
      </w:r>
    </w:p>
    <w:p>
      <w:r>
        <w:br/>
        <w:t>Я підійшов до Максима. Цей був цілком протилежна натура. Високий і білявий, вимуштруваний у військовій службі, од якої лишалась у нього лиш зручність в рухах та брава постать, — він був весь порив і одвертість.</w:t>
      </w:r>
    </w:p>
    <w:p>
      <w:r>
        <w:br/>
        <w:t>— Ви добре знаєте Карпа? — поспитав я.</w:t>
      </w:r>
    </w:p>
    <w:p>
      <w:r>
        <w:br/>
        <w:t>— Атож… Ми з їм з одного села, з одного кутка, сусіди навіть… Тільки ліса й ділить наші дворища.</w:t>
      </w:r>
    </w:p>
    <w:p>
      <w:r>
        <w:br/>
        <w:t>— Чи він зроду такий працьовитий та мовчазний?</w:t>
      </w:r>
    </w:p>
    <w:p>
      <w:r>
        <w:br/>
        <w:t>Максим осміхнувся:</w:t>
      </w:r>
    </w:p>
    <w:p>
      <w:r>
        <w:br/>
        <w:t>— Та він трудяга парубок був… звісно, не такий, як тепер, коли його напало…</w:t>
      </w:r>
    </w:p>
    <w:p>
      <w:r>
        <w:br/>
        <w:t>— Як "напало"? Що напало? — зацікавився я.— Розкажіть, Максиме.</w:t>
      </w:r>
    </w:p>
    <w:p>
      <w:r>
        <w:br/>
        <w:t>Максим спалахнув. Рум'янець залляв його обличчя, і білі вуси стали немов молочними.</w:t>
      </w:r>
    </w:p>
    <w:p>
      <w:r>
        <w:br/>
        <w:t>— Багато розказувати, — запнувся він і зараз же почав: — Він, бачите, письменний, грамоту знає, книжку читає. Ще парубком усе, було, до вчителя ходить. А вчитель наш розумний пан був, не гордий, та щось прошпетився, й загнали його кудись… далеко од нас… Так ото було чи в неділю, чи в свято — Карпо вже й сидить в учителя на бесіді. Парубки на вечорниці збираються, кличуть його до дівчат — не хоче.</w:t>
      </w:r>
    </w:p>
    <w:p>
      <w:r>
        <w:br/>
        <w:t>"Що я,— каже, — почую там розумного, чого навчуся?.. Дурниці, й більш нічого…"</w:t>
      </w:r>
    </w:p>
    <w:p>
      <w:r>
        <w:br/>
        <w:t>"Чи не в ченці часом гадаєш постригатися?" — жартують було.</w:t>
      </w:r>
    </w:p>
    <w:p>
      <w:r>
        <w:br/>
        <w:t>"У ченці я не піду, а худобиною нетямущою вік звікувать не бажаю…"</w:t>
      </w:r>
    </w:p>
    <w:p>
      <w:r>
        <w:br/>
        <w:t>Хлопці й налають його, що він наче худобиною їх нарікає, а він нічого, знов до учителя в гості…</w:t>
      </w:r>
    </w:p>
    <w:p>
      <w:r>
        <w:br/>
        <w:t>Ми з Карпом товаришували — звісно, зросли укупі, разом і горобців дерли, і товар пасли, разом і парубочили… Оце в неділю збираюсь, було, на музики, підійду до ліси й гукаю Карпа, щоб охотніше було поміж челяддю. А він висунеться з хати та й тягне мене у садок.</w:t>
      </w:r>
    </w:p>
    <w:p>
      <w:r>
        <w:br/>
        <w:t>"Ходім, — каже, — до мене, я тобі краще щось розкажу".</w:t>
      </w:r>
    </w:p>
    <w:p>
      <w:r>
        <w:br/>
        <w:t>Не хочеться часом, та так же просить, так просить. Посідаємо в холодку, й почне він говорити, почне оповідати, — про що вже він мені не розкаже! І як люди по чужих землях живуть, і де які звірі водяться, і що всередині у чоловіка робиться, яке серце, з чого кров та як вона по жилах біжить.</w:t>
      </w:r>
    </w:p>
    <w:p>
      <w:r>
        <w:br/>
        <w:t>Говорить, а очі в нього так і блищать, мов жарини… А часом зіб'ється, запутається.</w:t>
      </w:r>
    </w:p>
    <w:p>
      <w:r>
        <w:br/>
        <w:t>"Ні, — каже, — не так, піду спитати в учителя".</w:t>
      </w:r>
    </w:p>
    <w:p>
      <w:r>
        <w:br/>
        <w:t>Недовго й ходив — поїхав учитель…</w:t>
      </w:r>
    </w:p>
    <w:p>
      <w:r>
        <w:br/>
        <w:t>Засмутився Карпо, не їсть, не п'є, як ніч ходить… Глузують наші, на сміх його беруть:</w:t>
      </w:r>
    </w:p>
    <w:p>
      <w:r>
        <w:br/>
        <w:t>"Що ти батька рідного поховав чи тобі коняка здохла, що мов неприкаяний тиняєшся, од вітру валишся?"</w:t>
      </w:r>
    </w:p>
    <w:p>
      <w:r>
        <w:br/>
        <w:t>"Батька!.. що мені рідний батько? Пустив на світ темного, як табака в розі, та й звікуй отак… а цей мені очі одкрив… світ мені тепер не той став, одмінився наче. Тільки не встиг ще про все дізнатися".</w:t>
      </w:r>
    </w:p>
    <w:p>
      <w:r>
        <w:br/>
        <w:t>"А ти б до нової вчительки… вона б тебе довчила", — рають хлопці та моргають один на одного, бо добре знають, що нова учителька така, що й кочергою вижене з школи, коли до неї за чим удасися.</w:t>
      </w:r>
    </w:p>
    <w:p>
      <w:r>
        <w:br/>
        <w:t>Почав Карпо з нудьги до мене вчащати. Нема вже йому вчителя — то він до мене на розвагу та й виливав журбу свою.</w:t>
      </w:r>
    </w:p>
    <w:p>
      <w:r>
        <w:br/>
        <w:t>"Дивлюся я,— каже, — на наше життя, й аж страх мене огортає. Цілий вік у ярмі, мов худобина яка; кожен норовить тебе запрягти, та ще й поганяє… А що з того маєш? Ні спочинку, ні страви людської, куліш та борщ нізчимний… В хатах тісно, поросята та телята укупі з дітьми зимують; грязь, дихати нічим, нездорово. А ми ж люди, а не свині у хліву…"</w:t>
      </w:r>
    </w:p>
    <w:p>
      <w:r>
        <w:br/>
        <w:t>Смішно мені з Карпа.</w:t>
      </w:r>
    </w:p>
    <w:p>
      <w:r>
        <w:br/>
        <w:t>"Хіба ж ти досі не бачив сього, адже ти зріс отут, разом з нами усіма…"</w:t>
      </w:r>
    </w:p>
    <w:p>
      <w:r>
        <w:br/>
        <w:t>"Бачив я, та мов не бачив, а тепер мені розвиднілось, полуда з очей спала…"</w:t>
      </w:r>
    </w:p>
    <w:p>
      <w:r>
        <w:br/>
        <w:t>Та й почне розказувать, як живуть люди по чужих землях, — не знаю, чи правда тому, що в книжках пишуть…</w:t>
      </w:r>
    </w:p>
    <w:p>
      <w:r>
        <w:br/>
        <w:t>"А ми що? Живемо, як кроти, риючись у землі, і байдуже нам, що світить сонце…"</w:t>
      </w:r>
    </w:p>
    <w:p>
      <w:r>
        <w:br/>
        <w:t>Отак нудився парубок з рік, а далі втихомирився трохи, оженився. Ну, як очоловічився вже, тоді, звісно, не до книжок і не до думок. Достатки невеликі, цілий день у роботі. Дитинка знайшлася… Став він як і люди: забув за своє. Тільки часом, коли щось дуже дошкулить йому, — от як випас людський присудили панові або як урядник голову побив мому братові, — він, було, лається в громаді:</w:t>
      </w:r>
    </w:p>
    <w:p>
      <w:r>
        <w:br/>
        <w:t>"Ех ви, заморені, захарчовані! Куди вам заступитися за громаду, коли у вас в жилах юшка з картоплі".</w:t>
      </w:r>
    </w:p>
    <w:p>
      <w:r>
        <w:br/>
        <w:t>Не скажу вам, що з ним було тоді, як мене у москалі взято. Чотири роки одбув, повернувся додому, чую — новина: Карпова тітка померла — десь у городі служила, — стара дівка, самотня, й записала Карпові двісті рублів. "Ого! — думаю собі. — Тепер мій сусідонько забагатів, піду одвідаю його, чи жив-здоров".</w:t>
      </w:r>
    </w:p>
    <w:p>
      <w:r>
        <w:br/>
        <w:t>Щойно я на сінешній поріг, а вже з хати шибнуло на мене духом печеного м'яса, мов на великдень. Ввійшов у хату — в печі горить, молодиця щось присмажує, а за столом сидить червоний, аж піт з його капле, Карпо и уминає страву. Зрадів та так з масними устами й поліз цілуватися. Посідали ми. Дивлюсь — на столі повно полумисків і з печеним, і з вареним, а долі кістки валяються.</w:t>
      </w:r>
    </w:p>
    <w:p>
      <w:r>
        <w:br/>
        <w:t>"Ну, як же тебе бог милує? Чув я, що тобі пощастило… Аж тепер хазяїном станеш…"</w:t>
      </w:r>
    </w:p>
    <w:p>
      <w:r>
        <w:br/>
        <w:t>"Та спасибі богові й тітці покійній: хоч трохи оддишу та поживу по-людському".</w:t>
      </w:r>
    </w:p>
    <w:p>
      <w:r>
        <w:br/>
        <w:t>"Воли собі купиш або десятину поля".</w:t>
      </w:r>
    </w:p>
    <w:p>
      <w:r>
        <w:br/>
        <w:t>"Воли! Що мені з волів? Я сам досі був як віл у плузі. Ні, годі… тепер я поновлю свою кров, наберуся сили. Он у Німеччині або в Англії робочий чоловік кожен день їсть м'ясо. Того він і сміливий, і розумний, людиною нарікається… В йому кров грає… А ми що? Жінко, давай, що там насмажила…"</w:t>
      </w:r>
    </w:p>
    <w:p>
      <w:r>
        <w:br/>
        <w:t>Молодиця поставила печеню.</w:t>
      </w:r>
    </w:p>
    <w:p>
      <w:r>
        <w:br/>
        <w:t>Частують мене. Карпо трощить, аж сопе:</w:t>
      </w:r>
    </w:p>
    <w:p>
      <w:r>
        <w:br/>
        <w:t>"І не хочеться вже їсти, а треба".</w:t>
      </w:r>
    </w:p>
    <w:p>
      <w:r>
        <w:br/>
        <w:t>"То не їж, коли не хочеш".</w:t>
      </w:r>
    </w:p>
    <w:p>
      <w:r>
        <w:br/>
        <w:t>"Ба! А пам'ятаєш, як урядник розбив голову твому Йванові?"</w:t>
      </w:r>
    </w:p>
    <w:p>
      <w:r>
        <w:br/>
        <w:t>"Пам'ятаю…"</w:t>
      </w:r>
    </w:p>
    <w:p>
      <w:r>
        <w:br/>
        <w:t>"І як я скочив рятувати Івана?"</w:t>
      </w:r>
    </w:p>
    <w:p>
      <w:r>
        <w:br/>
        <w:t>"Ну?"</w:t>
      </w:r>
    </w:p>
    <w:p>
      <w:r>
        <w:br/>
        <w:t>"І як на мене гримнув тоді урядник!"</w:t>
      </w:r>
    </w:p>
    <w:p>
      <w:r>
        <w:br/>
        <w:t>"Ну!"</w:t>
      </w:r>
    </w:p>
    <w:p>
      <w:r>
        <w:br/>
        <w:t>"А я ж що? Хіба не злякався? Ні? Отим-то й ба…"</w:t>
      </w:r>
    </w:p>
    <w:p>
      <w:r>
        <w:br/>
        <w:t>Дзвонять по селу: здурів Карпо та й здурів. Люди йдуть у поле орати, а він до попа, та не так до попа, як до попової куховарки дізнатися, що вона батюшці варить. Баба Яличка хвалиться: "Двічі, — каже, — на тиждень глечика йому скидаю, жере без пам'яті, воно йому й вадить з незвички".</w:t>
      </w:r>
    </w:p>
    <w:p>
      <w:r>
        <w:br/>
        <w:t>Минуло отак зо два тижні. Не бачу я щось Карпа та й не бачу. А наші ниви суміжні, орю я свою — і дивно мені, що Карпова стоїть облогом, неорана. Що воно за знак? Чи не слабий часом? Піду одвідаю. Та, повертаючи з поля, й зустрівся з ним.</w:t>
      </w:r>
    </w:p>
    <w:p>
      <w:r>
        <w:br/>
        <w:t>Схуд, пожовк, очі позападали, а сам невеселий.</w:t>
      </w:r>
    </w:p>
    <w:p>
      <w:r>
        <w:br/>
        <w:t>"Що, — питаю, — підновив кров свою трохи?"</w:t>
      </w:r>
    </w:p>
    <w:p>
      <w:r>
        <w:br/>
        <w:t>"Та підновляю… Зразу не можна… Ти думаєш — легко воно нашому братові? Нема в кого ради засягти. Питав у попаді, що вона дає попові, — локшину з яблуками, каже, любить мій батюшка. Зварила мені жінка тої локшини, солодке, нудне, з душі верне, а їм, нічого не вдієш… Часом так погано, що й на світ не дивився б, а часом чую, як кров у мені грає, сміливість в собі почуваю… От тільки не відаю, що корисніш для здоров'я — чай чи пиво?.. Порай, Максиме, ти ж у москалях був, світу бачив, чув, може…"</w:t>
      </w:r>
    </w:p>
    <w:p>
      <w:r>
        <w:br/>
        <w:t>А мені і сміх, і досадно: не витримав я — кажу йому:</w:t>
      </w:r>
    </w:p>
    <w:p>
      <w:r>
        <w:br/>
        <w:t>"Чортзна-чим ти клопочеш свою голову, Карпе! Може, там німці — чи про кого розказуєш — і живуть по-людському, а нам воно не личить…"</w:t>
      </w:r>
    </w:p>
    <w:p>
      <w:r>
        <w:br/>
        <w:t>"Через віщо ж? Хіба ж ми не люди?"</w:t>
      </w:r>
    </w:p>
    <w:p>
      <w:r>
        <w:br/>
        <w:t>"Люди, та не такі…"</w:t>
      </w:r>
    </w:p>
    <w:p>
      <w:r>
        <w:br/>
        <w:t>"А які ж?"</w:t>
      </w:r>
    </w:p>
    <w:p>
      <w:r>
        <w:br/>
        <w:t>"Мужики".</w:t>
      </w:r>
    </w:p>
    <w:p>
      <w:r>
        <w:br/>
        <w:t>"Ну, так що?"</w:t>
      </w:r>
    </w:p>
    <w:p>
      <w:r>
        <w:br/>
        <w:t>"А те, що не для нас усі тії витребеньки…"</w:t>
      </w:r>
    </w:p>
    <w:p>
      <w:r>
        <w:br/>
        <w:t>Глянув на мене Карпо так гостро, крутнув головою, мов бичок, що його муха тне, та так з докором:</w:t>
      </w:r>
    </w:p>
    <w:p>
      <w:r>
        <w:br/>
        <w:t>"Оце й ти проти мене? І ти, може, скажеш, що Карпо дурний, гроші переводить, замість того щоб купити яку хвостяку або свиняку на хозяйство…"</w:t>
      </w:r>
    </w:p>
    <w:p>
      <w:r>
        <w:br/>
        <w:t>"А скажу…"</w:t>
      </w:r>
    </w:p>
    <w:p>
      <w:r>
        <w:br/>
        <w:t>"Ну, не сподівався я од тебе, Максиме, почути таке слово… Не сподівався. Прощай, коли так!"</w:t>
      </w:r>
    </w:p>
    <w:p>
      <w:r>
        <w:br/>
        <w:t>Крутнувсь — і пішов.</w:t>
      </w:r>
    </w:p>
    <w:p>
      <w:r>
        <w:br/>
        <w:t>"Пожди, — гукаю за ним, — не сердься-бо". І не озирнувся.</w:t>
      </w:r>
    </w:p>
    <w:p>
      <w:r>
        <w:br/>
        <w:t>"Прощавай, — відгукує, — ех, шкода, нема вчителя!"</w:t>
      </w:r>
    </w:p>
    <w:p>
      <w:r>
        <w:br/>
        <w:t>Не хочеш говорити — вольному воля.</w:t>
      </w:r>
    </w:p>
    <w:p>
      <w:r>
        <w:br/>
        <w:t>Сумує Карпо. Мені з свого обійстя видко, що у нього в дворі робиться. Ходить він по подвір'ю, никає, то в садок подасться, постоїть під деревом і знов у двір, немов вчорашнього дня шукає. До роботи не береться, до мене не навідується! Жаль мені його… товариші, вкупі зросли, а тепер немов посварились. Свій свойому — тиць солому. Піду до нього в неділю, мислю, нема чого бурмоситись.</w:t>
      </w:r>
    </w:p>
    <w:p>
      <w:r>
        <w:br/>
        <w:t>Довелось раніше. Тесав вісь та якось і вищербив сокиру — пішов до Карпа позичати. Вступив я в сіни, а хатні двері не причинені, мені й чутно, як Карпо вигукує:</w:t>
      </w:r>
    </w:p>
    <w:p>
      <w:r>
        <w:br/>
        <w:t>"Розщібай пазуху!.. Ану, чи влучу?.."</w:t>
      </w:r>
    </w:p>
    <w:p>
      <w:r>
        <w:br/>
        <w:t>Що воно таке, думаю собі, чи йти, чи не йти? Та вже якось одхилив двері й бачу: молодиця сидить на лаві під вікном, розщібнула пазуху, аж перса видко, ще й руками її притримує, а Карпо лежить на постелі і влучає жінці в пазуху цукерками. Кахикнув я.</w:t>
      </w:r>
    </w:p>
    <w:p>
      <w:r>
        <w:br/>
        <w:t>"А, це ти, Максиме? — зрадів Карпо. — Заходь, заходь. Ми тут з жінкою ласощами забавляємося, цукерки їмо… вони, бач, з цукру, а цукор потрібний для тіла, він його нагріває, як дрова піч, і підживляє… На їж і ти…"</w:t>
      </w:r>
    </w:p>
    <w:p>
      <w:r>
        <w:br/>
        <w:t>Сів я, гомонимо. Карпо нічого, наче забув нашу останню розмову. Тільки помічаю я, що він щось мулиться. Говорить він, говорить, та все звертає на тії цукерки.</w:t>
      </w:r>
    </w:p>
    <w:p>
      <w:r>
        <w:br/>
        <w:t>"Я,— каже, — жінки не неволю роботою… Хай оддише. Вона не худобина, не каторжна яка, щоб цілий вік свій працювати. Треба ж їй спочити, треба ж і розважитись чим. Людині по-людському слід жити".</w:t>
      </w:r>
    </w:p>
    <w:p>
      <w:r>
        <w:br/>
        <w:t>"Аякже, аякже",— піддакую, щоб не гнівити вже його.</w:t>
      </w:r>
    </w:p>
    <w:p>
      <w:r>
        <w:br/>
        <w:t>Коли це враз — бом, бом, бом. Я аж жахнувся.</w:t>
      </w:r>
    </w:p>
    <w:p>
      <w:r>
        <w:br/>
        <w:t>"Та то дзигарі, — сміється Карпо, — клятий жид продав мені попсовані: показує два, а б'є тринадцять. Ходи-но, я тобі ще щось покажу".</w:t>
      </w:r>
    </w:p>
    <w:p>
      <w:r>
        <w:br/>
        <w:t>Та взяв мене за руку, підвів до стіни й показує якусь дощечку.</w:t>
      </w:r>
    </w:p>
    <w:p>
      <w:r>
        <w:br/>
        <w:t>"Що ж воно таке?"</w:t>
      </w:r>
    </w:p>
    <w:p>
      <w:r>
        <w:br/>
        <w:t>"Термометром називається. Подивись — і знатимеш, скільки тепла в хаті. А винесеш зимою надвір — показує холод".</w:t>
      </w:r>
    </w:p>
    <w:p>
      <w:r>
        <w:br/>
        <w:t>Чудасія!</w:t>
      </w:r>
    </w:p>
    <w:p>
      <w:r>
        <w:br/>
        <w:t>"Нащо ж він тобі?"</w:t>
      </w:r>
    </w:p>
    <w:p>
      <w:r>
        <w:br/>
        <w:t>"Як "нащо"? Треба ж знати, чи доволі тепла, чи здорово людині в хаті, чи нездорово".</w:t>
      </w:r>
    </w:p>
    <w:p>
      <w:r>
        <w:br/>
        <w:t>Ну, думаю собі, це вже ти почав своєї. Піду краще вісь кінчати. Позичив сокиру та й з хати.</w:t>
      </w:r>
    </w:p>
    <w:p>
      <w:r>
        <w:br/>
        <w:t>Коли так надвечір, — майструю я ще коло стодоли, чую, — в Карповому дворі сварка. Щось так здорово басом лається — і голос по знаку. Прислухаюсь — аж то тесть Карпів, жінчин батько. "За що вони завелися?" — думаю собі, та й приступивсь до ліси.</w:t>
      </w:r>
    </w:p>
    <w:p>
      <w:r>
        <w:br/>
        <w:t>"Оддай мені ті гроші, що ще не проциндрив! — кричить тесть. — Я їх заховаю, поки не прочумаєшся".</w:t>
      </w:r>
    </w:p>
    <w:p>
      <w:r>
        <w:br/>
        <w:t>"Яке вам діло до мого життя й до моїх грошей? Не ви мені їх дали!" — сердиться Карпо.</w:t>
      </w:r>
    </w:p>
    <w:p>
      <w:r>
        <w:br/>
        <w:t>"Опам'ятайся, Карпе! Що ти вигадав: по-панському схотів жити, кров свою одмінити? Чи ти сповна розуму? Ей, накласти б тобі на бідність, щоб знав, як переводити важкою працею загароване добро".</w:t>
      </w:r>
    </w:p>
    <w:p>
      <w:r>
        <w:br/>
        <w:t>"Не по-панському, раз вам сказав, а по-людському! Ну, та що з вами балакати, однаково як з тим кілком!"</w:t>
      </w:r>
    </w:p>
    <w:p>
      <w:r>
        <w:br/>
        <w:t>"Що ти мені сказав?"</w:t>
      </w:r>
    </w:p>
    <w:p>
      <w:r>
        <w:br/>
        <w:t>"Те, що чули".</w:t>
      </w:r>
    </w:p>
    <w:p>
      <w:r>
        <w:br/>
        <w:t>"Та-ак?"</w:t>
      </w:r>
    </w:p>
    <w:p>
      <w:r>
        <w:br/>
        <w:t>"А так".</w:t>
      </w:r>
    </w:p>
    <w:p>
      <w:r>
        <w:br/>
        <w:t>"Ну, то бувай здоров, небоже!"</w:t>
      </w:r>
    </w:p>
    <w:p>
      <w:r>
        <w:br/>
        <w:t>"Щасливо".</w:t>
      </w:r>
    </w:p>
    <w:p>
      <w:r>
        <w:br/>
        <w:t>Розсердився старий, гримнув дверима, пішов. А Карпо й собі надувся, мов індик.</w:t>
      </w:r>
    </w:p>
    <w:p>
      <w:r>
        <w:br/>
        <w:t>"Йди, — каже, — під три чорти, обрид".</w:t>
      </w:r>
    </w:p>
    <w:p>
      <w:r>
        <w:br/>
        <w:t>Овва! Думаю: розбили глек, а воно недобре, бо тесть таки частенько запомагав Карпа. Прийде коза до воза.</w:t>
      </w:r>
    </w:p>
    <w:p>
      <w:r>
        <w:br/>
        <w:t>Минула осінь. Зима в нас того року стала зразу — рівна, сніжна. А у селі не забувають Карпа, усе його ймення мелеться й шеретується. Одні кажуть, що він уже проїв ті гроші, що тітка одписала, а другі присягають, що в нього чимало ще лишилось. Усе, кажуть, возить щось з міста, загорнене папером. Та й коня сторгував у іванівського попа, ще й не абиякого, а за сто карбованців. Півсотні оддав уже, а півсотні позичає в нашого-таки чоловіка, багатенького хазяїна. Бач, думаю, й не похвалився, дарма що товариш і сусід. Коли се справді — приводить коня. Кінь гарний, расовий, басує, що й не вдержиш, сказано — огер. Хвалиться Карпо, радий такий.</w:t>
      </w:r>
    </w:p>
    <w:p>
      <w:r>
        <w:br/>
        <w:t>"Правда, — каже, — дешево купив?"</w:t>
      </w:r>
    </w:p>
    <w:p>
      <w:r>
        <w:br/>
        <w:t>"Воно-то недорого, так інший за ті гроші пару купить".</w:t>
      </w:r>
    </w:p>
    <w:p>
      <w:r>
        <w:br/>
        <w:t>"Е, я люблю хоч небагато, так гарного".</w:t>
      </w:r>
    </w:p>
    <w:p>
      <w:r>
        <w:br/>
        <w:t>Того ж таки дня запріг він буланого в санчата й повіз жінку кататися. Зглядаються люди, все село дивує з нового багатиря.</w:t>
      </w:r>
    </w:p>
    <w:p>
      <w:r>
        <w:br/>
        <w:t>На другий день зайшов я за чимсь до Карпа, не застаю, сама йно молодиця.</w:t>
      </w:r>
    </w:p>
    <w:p>
      <w:r>
        <w:br/>
        <w:t>"Нема, — каже, — мого вдома: повіз іванівському попові за коня гроші".</w:t>
      </w:r>
    </w:p>
    <w:p>
      <w:r>
        <w:br/>
        <w:t>Тонко ж ти прядеш, голубе, коли на позичені гроші такі коні купуєш. А проте повіз, то повіз. Сам знаєш, що робиш, мені байдуже.</w:t>
      </w:r>
    </w:p>
    <w:p>
      <w:r>
        <w:br/>
        <w:t>Коли це вночі, спимо ми, щось у вікно — стук!</w:t>
      </w:r>
    </w:p>
    <w:p>
      <w:r>
        <w:br/>
        <w:t>Схопився я:</w:t>
      </w:r>
    </w:p>
    <w:p>
      <w:r>
        <w:br/>
        <w:t>"Хто там?"</w:t>
      </w:r>
    </w:p>
    <w:p>
      <w:r>
        <w:br/>
        <w:t>"То я, Карпиха".</w:t>
      </w:r>
    </w:p>
    <w:p>
      <w:r>
        <w:br/>
        <w:t>"Чого вам?"</w:t>
      </w:r>
    </w:p>
    <w:p>
      <w:r>
        <w:br/>
        <w:t>"Вийдіть на час".</w:t>
      </w:r>
    </w:p>
    <w:p>
      <w:r>
        <w:br/>
        <w:t>"Ну, що там?" — питаю з порога.</w:t>
      </w:r>
    </w:p>
    <w:p>
      <w:r>
        <w:br/>
        <w:t>"Ой лишечко, біда — коня вкрадено, чоловіка привезли п'яного, без пам'яті, ще й гроші у нього витягли — п'ятдесят рублів. Йдіть до нас, давайте яку раду".</w:t>
      </w:r>
    </w:p>
    <w:p>
      <w:r>
        <w:br/>
        <w:t>От тобі й маєш, думаю, та скоріш на себе кожушанку і йду. Вступив у хату — лежить Карпо на лаві плазом, мов зарізаний кабан, і пальцем не ворухне, одно постогнує. Розхристаний, розперезаний, без чобіт — гидко глянути. Коло нього сидить чоловік, таки з нашого села, що привіз його. А молодиця що не гляне на Карпа, то так і заголосить, аж тіпається, бідна.</w:t>
      </w:r>
    </w:p>
    <w:p>
      <w:r>
        <w:br/>
        <w:t>"Що ти наробив, клятий? Пропали ми тепер на віки вічні. Де ти гроші подів, ледащо, кажи — де?.."</w:t>
      </w:r>
    </w:p>
    <w:p>
      <w:r>
        <w:br/>
        <w:t>Та сіпає його, та торсає за плече. А він тільки лупне очима та й мукне. Звісно, людина непитуща, його й розібрало.</w:t>
      </w:r>
    </w:p>
    <w:p>
      <w:r>
        <w:br/>
        <w:t>"Обшукайте його, — раю, — скрізь, може, де знайдете".</w:t>
      </w:r>
    </w:p>
    <w:p>
      <w:r>
        <w:br/>
        <w:t>"Нема, — каже, — я вже скрізь оглянула, навіть устілки з чобіт повикидала, бодай його з пам'яті викинуло!"</w:t>
      </w:r>
    </w:p>
    <w:p>
      <w:r>
        <w:br/>
        <w:t>"Де ж це він начастувався?"</w:t>
      </w:r>
    </w:p>
    <w:p>
      <w:r>
        <w:br/>
        <w:t>Чоловік той і розповів: "Їхав він, — каже, — до іванівського попа і вступив по дорозі до мальованої корчми, не знати за чим. А там пили якісь — хто його розбере, чи воно панки, чи цигани… От він з ними й почав про своє: і як треба по-людському жити, і чому неправда у світі повелася. Добалакались до того, що Карпо під стіл ізвалився… Бачу, — каже, — діло погане, вивів його з корчми, глип — аж нема коня. Ну, наробив я галасу… Сюди-туди — шукай вітра в полі… Тоді я його на свої сани й привіз…"</w:t>
      </w:r>
    </w:p>
    <w:p>
      <w:r>
        <w:br/>
        <w:t>"Давайте раду",— благає Карпиха.</w:t>
      </w:r>
    </w:p>
    <w:p>
      <w:r>
        <w:br/>
        <w:t>Стягли ми з Карпа свиту, поклали на постіль — хай проспиться, а самі на коней і майнули на розвідки.</w:t>
      </w:r>
    </w:p>
    <w:p>
      <w:r>
        <w:br/>
        <w:t>Повернули аж на другий день, з полудня вже було, ні з чим, звісно…</w:t>
      </w:r>
    </w:p>
    <w:p>
      <w:r>
        <w:br/>
        <w:t>Тільки я в хату — суне Карпо до нас, а сам схуд, зчорнів, як з хреста знятий.</w:t>
      </w:r>
    </w:p>
    <w:p>
      <w:r>
        <w:br/>
        <w:t>Ere,— кажу, — отак наші по-людському живуть…"</w:t>
      </w:r>
    </w:p>
    <w:p>
      <w:r>
        <w:br/>
        <w:t>Глянув він на мене — та так жалібно, аж за серце вхопив.</w:t>
      </w:r>
    </w:p>
    <w:p>
      <w:r>
        <w:br/>
        <w:t>"Ні, — каже, — це вже по-свинячому вийшло… не вмів я по-людському жити… Не для нас воно…"</w:t>
      </w:r>
    </w:p>
    <w:p>
      <w:r>
        <w:br/>
        <w:t>"Хіба ж я не казав?"</w:t>
      </w:r>
    </w:p>
    <w:p>
      <w:r>
        <w:br/>
        <w:t>Повісив голову, мовчить.</w:t>
      </w:r>
    </w:p>
    <w:p>
      <w:r>
        <w:br/>
        <w:t>А тут біда: піп править п'ятдесят карбованців за коня, той чоловік, що позичив гроші, теж напосів, у суд хоче позивати, а до тестя й не рипайся — такий сердитий.</w:t>
      </w:r>
    </w:p>
    <w:p>
      <w:r>
        <w:br/>
        <w:t>"Що, — каже, — пожив по-людському, одмінив кров? От нехай пущу йому кров з носа, тоді побачу, яка вона в нього тепер…"</w:t>
      </w:r>
    </w:p>
    <w:p>
      <w:r>
        <w:br/>
        <w:t>Довелось телицю спродати і новий кожух. Звівся нінащо, а довгів не сплатив… Коняка, правда, знайшлася — так окалічена на всі чотири ноги, за вісім карбованців продали жидам воду возити.</w:t>
      </w:r>
    </w:p>
    <w:p>
      <w:r>
        <w:br/>
        <w:t>Питаєте, чи запоміг хто? Де там! Глузують іно з Карпа, сміються:</w:t>
      </w:r>
    </w:p>
    <w:p>
      <w:r>
        <w:br/>
        <w:t>"Маємо, — кажуть, — заступника… Дарма, що в нас не кров, а юшка з картоплі, зате в Карпових жилах тече аж двісті тітчиних рублів і попова коняка…"</w:t>
      </w:r>
    </w:p>
    <w:p>
      <w:r>
        <w:br/>
        <w:t>Навіть діти з-за тинів дражнять:</w:t>
      </w:r>
    </w:p>
    <w:p>
      <w:r>
        <w:br/>
        <w:t>"Дядьку Карпе! Яка кров з пива? Чи така, як з гороху?"</w:t>
      </w:r>
    </w:p>
    <w:p>
      <w:r>
        <w:br/>
        <w:t>Отоді на Карпа й напало. Спохмурнів він, мовчазним став, вовкуватим. Поки бряжчали ще тітчині карбованці, було, й за холодну воду не візьметься, — думали, навіки зледащіє людина, а то так зразу запаливсь до роботи, що аж горить йому з-під рук. Цілий день — од світання до смеркання — товче собою, та все з люльки пахкає, та все пахкає, мов паровик… Цілу зиму то в попа, то в пана ціпом махав, не нахваляться їм, такий робітний, а на весну пішли ми на зарібки… Вже він і довги сплатив, і процент вернув, вже й корова стоїть на оборі, а й досі вештається по зарібках. І так-то вже щиро працює, так завзято береться до роботи, мов що пече його всередині… Он гляньте, — закінчив Максим своє оповідання, показуючи на Карпа, — як старається!..</w:t>
      </w:r>
    </w:p>
    <w:p>
      <w:r>
        <w:br/>
        <w:t>Я глянув на Карпа. Не розгинаючись, гупав він трамбовкою, і за кожним разом, як важка колодка спадала на землю, з грудей його вилітав короткий і різкий свист. Буйні краплі поту котилися з-під рудої шапки по його чолу й падали на землю, як горох. На крутому чолі набрякла жила, — виявляючи велику напруженість; якась дика, непогамована енергія керувала його руками, якийсь вогонь, здавалось, палає всередині цієї людини, об'являючись синім димком з короткої люльки.</w:t>
      </w:r>
    </w:p>
    <w:p>
      <w:r>
        <w:br/>
        <w:t>— Гей, Карпе, — гукнув жартовливо Максим,— старайся мені, не лінуйся… Роби п о-л ю д с ь к о м у…</w:t>
      </w:r>
    </w:p>
    <w:p>
      <w:r>
        <w:br/>
        <w:t>Карпо зупинився на хвилину, глянув з докором на Максима й нічого не одповів. Він тільки крутнув кудлатою головою і ще з більшим завзяттям загупав трамбовкою, немов хотів забити в землю щось йому докучливе й вороже…</w:t>
      </w:r>
    </w:p>
    <w:p>
      <w:r>
        <w:br/>
        <w:t>Я замислився.</w:t>
      </w:r>
    </w:p>
    <w:p>
      <w:r>
        <w:br/>
        <w:t>А навкруги було так гарно, так радісно. У чистій і ніжній, як лоно коханки, блакиті, в могутній хвилі життя, що ледве виявлялось таємним тріпотінням соків, на теплому й запашному диханню весни було так багато радості, почувалась така повна гармонія.</w:t>
      </w:r>
    </w:p>
    <w:p>
      <w:r>
        <w:br/>
        <w:t>"Чи скоро ж діждемо гармонії й в людському житті?" — витала надо мною думка…</w:t>
      </w:r>
    </w:p>
    <w:p>
      <w:r>
        <w:br/>
        <w:t>1900,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По-людському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