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селах</w:t>
      </w:r>
    </w:p>
    <w:p>
      <w:r>
        <w:br/>
        <w:t xml:space="preserve"> І</w:t>
      </w:r>
    </w:p>
    <w:p>
      <w:r>
        <w:br/>
        <w:t>На Підгір'ї села невеселі&lt;br /&gt;</w:t>
        <w:br/>
        <w:t>Простяглися долом-долинами,&lt;br /&gt;</w:t>
        <w:br/>
        <w:t>Мов край шляху на твердій постелі&lt;br /&gt;</w:t>
        <w:br/>
        <w:t>Сплять старці, обвішані торбами.</w:t>
      </w:r>
    </w:p>
    <w:p>
      <w:r>
        <w:br/>
        <w:t>Понад річку верби головаті&lt;br /&gt;</w:t>
        <w:br/>
        <w:t>Довгі віти в воду похиляють;&lt;br /&gt;</w:t>
        <w:br/>
        <w:t>Журавель поскрипує при хаті,&lt;br /&gt;</w:t>
        <w:br/>
        <w:t>Босі діти по двору гуляють.</w:t>
      </w:r>
    </w:p>
    <w:p>
      <w:r>
        <w:br/>
        <w:t>З-поміж верб, та груш, та яворини&lt;br /&gt;</w:t>
        <w:br/>
        <w:t>Чорні стріхи глипають, нагнувшись,&lt;br /&gt;</w:t>
        <w:br/>
        <w:t>Мохом вкриті, корчами калини,&lt;br /&gt;</w:t>
        <w:br/>
        <w:t>Мов на вітер ті сичі, надувшись.</w:t>
      </w:r>
    </w:p>
    <w:p>
      <w:r>
        <w:br/>
        <w:t>Похилились смерекові стіни,&lt;br /&gt;</w:t>
        <w:br/>
        <w:t>Там і сям стемпльовані дрючками,&lt;br /&gt;</w:t>
        <w:br/>
        <w:t>Мов каліки, ждуть собі заміни,&lt;br /&gt;</w:t>
        <w:br/>
        <w:t>Щоб спочить розбитими кістками.</w:t>
      </w:r>
    </w:p>
    <w:p>
      <w:r>
        <w:br/>
        <w:t>Сліповаті та тісні віконця&lt;br /&gt;</w:t>
        <w:br/>
        <w:t>В старосвітських засувах ще ходять.&lt;br /&gt;</w:t>
        <w:br/>
        <w:t>Чи лякаються ясного сонця&lt;br /&gt;</w:t>
        <w:br/>
        <w:t>Ті, що вік свій в тих хатах проводять?</w:t>
      </w:r>
    </w:p>
    <w:p>
      <w:r>
        <w:br/>
        <w:t>Не видати комина на хаті;&lt;br /&gt;</w:t>
        <w:br/>
        <w:t>Вранці дим всю хату заповняє,&lt;br /&gt;</w:t>
        <w:br/>
        <w:t>З стріхи буха, в'ється по загаті,&lt;br /&gt;</w:t>
        <w:br/>
        <w:t>Хапле очі, сльози витискає.</w:t>
      </w:r>
    </w:p>
    <w:p>
      <w:r>
        <w:br/>
        <w:t>В хаті піч трохи не в півкімнати&lt;br /&gt;</w:t>
        <w:br/>
        <w:t>З запічком і припічком із глини,&lt;br /&gt;</w:t>
        <w:br/>
        <w:t>Вічно тепла — то жолудок хати,&lt;br /&gt;</w:t>
        <w:br/>
        <w:t>Величезний, як живіт дитини.</w:t>
      </w:r>
    </w:p>
    <w:p>
      <w:r>
        <w:br/>
        <w:t>Хліб і страва — тут найстарша справа,&lt;br /&gt;</w:t>
        <w:br/>
        <w:t>Ціль всіх змагань, замислів, турботи,&lt;br /&gt;</w:t>
        <w:br/>
        <w:t>Мов родивсь сей люд лиш для роботи,&lt;br /&gt;</w:t>
        <w:br/>
        <w:t>А на хліб вся праця йде кровава.</w:t>
      </w:r>
    </w:p>
    <w:p>
      <w:r>
        <w:br/>
        <w:t>Ліжко газди — п'ять дощок незбитих,&lt;br /&gt;</w:t>
        <w:br/>
        <w:t>Сніп соломи і верета зрібна;&lt;br /&gt;</w:t>
        <w:br/>
        <w:t>Тепла піч є для дітей невкритих,&lt;br /&gt;</w:t>
        <w:br/>
        <w:t>А для старших постіль непотрібна.</w:t>
      </w:r>
    </w:p>
    <w:p>
      <w:r>
        <w:br/>
        <w:t>Слуги в стайні сплять — їх коні гріють,&lt;br /&gt;</w:t>
        <w:br/>
        <w:t>А дівки на лаві, на запічку;&lt;br /&gt;</w:t>
        <w:br/>
        <w:t>Про вигоду й думати не сміють,&lt;br /&gt;</w:t>
        <w:br/>
        <w:t>Щоб лиш крижі випрямить за нічку.</w:t>
      </w:r>
    </w:p>
    <w:p>
      <w:r>
        <w:br/>
        <w:t>І про одіж мало дбають нині:&lt;br /&gt;</w:t>
        <w:br/>
        <w:t>Як кожух є й чоботи пасові,&lt;br /&gt;</w:t>
        <w:br/>
        <w:t>Для газдині шнур коралів в скрині,&lt;br /&gt;</w:t>
        <w:br/>
        <w:t>Для дівчат хустята шалінові,</w:t>
      </w:r>
    </w:p>
    <w:p>
      <w:r>
        <w:br/>
        <w:t>Капелюхи хлопцям повстянії,-&lt;br /&gt;</w:t>
        <w:br/>
        <w:t>То й весь празник є на довгі літа;&lt;br /&gt;</w:t>
        <w:br/>
        <w:t>Буднішня одежа в хаті шита&lt;br /&gt;</w:t>
        <w:br/>
        <w:t>З полотна, що вироблять хатнії.</w:t>
      </w:r>
    </w:p>
    <w:p>
      <w:r>
        <w:br/>
        <w:t>На стіні розвішані довкола&lt;br /&gt;</w:t>
        <w:br/>
        <w:t>Дерев'яні давні богомази:&lt;br /&gt;</w:t>
        <w:br/>
        <w:t>Страшний суд, Варвара і Микола,&lt;br /&gt;</w:t>
        <w:br/>
        <w:t>Чорні вже від диму, мов від мази.</w:t>
      </w:r>
    </w:p>
    <w:p>
      <w:r>
        <w:br/>
        <w:t>Тільки й всього християнства в хаті,-&lt;br /&gt;</w:t>
        <w:br/>
        <w:t>Але є й письменства в ній познаки.:&lt;br /&gt;</w:t>
        <w:br/>
        <w:t>Там під сволоком, завитий в шматі,&lt;br /&gt;</w:t>
        <w:br/>
        <w:t>Лист небесний — писаний бог зна ким,</w:t>
      </w:r>
    </w:p>
    <w:p>
      <w:r>
        <w:br/>
        <w:t>Йосифінський наказ панщизняний,&lt;br /&gt;</w:t>
        <w:br/>
        <w:t>Прадідівський квит на тридцять буків,&lt;br /&gt;</w:t>
        <w:br/>
        <w:t>Діда скарга за ґрунтець забраний,&lt;br /&gt;</w:t>
        <w:br/>
        <w:t>Батьків акт ліцитаційний драний,-</w:t>
      </w:r>
    </w:p>
    <w:p>
      <w:r>
        <w:br/>
        <w:t>Ось весь спадок, що лишивсь для внуків.</w:t>
      </w:r>
    </w:p>
    <w:p>
      <w:r>
        <w:br/>
        <w:t>II</w:t>
      </w:r>
    </w:p>
    <w:p>
      <w:r>
        <w:br/>
        <w:t>В шинку шумить, в шинку гуде,&lt;br /&gt;</w:t>
        <w:br/>
        <w:t>Аж гомін геть селом іде.&lt;br /&gt;</w:t>
        <w:br/>
        <w:t>І не питайте, що се є:&lt;br /&gt;</w:t>
        <w:br/>
        <w:t>Старий Пазюк горілку п'є.&lt;br /&gt;</w:t>
        <w:br/>
        <w:t>Вже третю ніч він п'є ось так,&lt;br /&gt;</w:t>
        <w:br/>
        <w:t>Та не гадай, що він пияк.&lt;br /&gt;</w:t>
        <w:br/>
        <w:t>Він буде ще три ночі пить&lt;br /&gt;</w:t>
        <w:br/>
        <w:t>І ані цента не платить.&lt;br /&gt;</w:t>
        <w:br/>
        <w:t>О, бо Пазюк розумний дід,&lt;br /&gt;</w:t>
        <w:br/>
        <w:t>З кропиви він збирає мід:&lt;br /&gt;</w:t>
        <w:br/>
        <w:t>Він у селі над всіх моцар,&lt;br /&gt;</w:t>
        <w:br/>
        <w:t>Бо він собі багач-лихвар.</w:t>
      </w:r>
    </w:p>
    <w:p>
      <w:r>
        <w:br/>
        <w:t>І не гадай, що за процент&lt;br /&gt;</w:t>
        <w:br/>
        <w:t>Він п'є й не заплатить і центі&lt;br /&gt;</w:t>
        <w:br/>
        <w:t>Ось глянь у коршму. За столом&lt;br /&gt;</w:t>
        <w:br/>
        <w:t>Сидить Пазюк, співа псалом,&lt;br /&gt;</w:t>
        <w:br/>
        <w:t>Бо він письменний — знай і се!&lt;br /&gt;</w:t>
        <w:br/>
        <w:t>І бога в серці має все.&lt;br /&gt;</w:t>
        <w:br/>
        <w:t>Він бороду на руку спер&lt;br /&gt;</w:t>
        <w:br/>
        <w:t>І сиві очі в двері впер,&lt;br /&gt;</w:t>
        <w:br/>
        <w:t>Волосся сиве і густе&lt;br /&gt;</w:t>
        <w:br/>
        <w:t>Лице вкрива його товсте,&lt;br /&gt;</w:t>
        <w:br/>
        <w:t>А голос дзвінко, мов із блях,&lt;br /&gt;</w:t>
        <w:br/>
        <w:t>Гукає: "Господи воззвах!"</w:t>
      </w:r>
    </w:p>
    <w:p>
      <w:r>
        <w:br/>
        <w:t>А обік нього кум сидить&lt;br /&gt;</w:t>
        <w:br/>
        <w:t>І Пазюку в лице глядить,&lt;br /&gt;</w:t>
        <w:br/>
        <w:t>В очах його читати б рад,&lt;br /&gt;</w:t>
        <w:br/>
        <w:t>Чи все тут є старому в лад,&lt;br /&gt;</w:t>
        <w:br/>
        <w:t>Чи все зробив він так як слід,&lt;br /&gt;</w:t>
        <w:br/>
        <w:t>Щоб ласкав був брикливий дід.&lt;br /&gt;</w:t>
        <w:br/>
        <w:t>А як старий скінчив свій спів,&lt;br /&gt;</w:t>
        <w:br/>
        <w:t>То кум несміло річ повів:&lt;br /&gt;</w:t>
        <w:br/>
        <w:t>"Спасибі, кумцю, вам за гласі&lt;br /&gt;</w:t>
        <w:br/>
        <w:t>Та щиро я благаю вас,&lt;br /&gt;</w:t>
        <w:br/>
        <w:t>Вділіть ту позичку мені,-&lt;br /&gt;</w:t>
        <w:br/>
        <w:t>Я все віддам уосені".</w:t>
      </w:r>
    </w:p>
    <w:p>
      <w:r>
        <w:br/>
        <w:t>Пазюк о стіл б'є кулаком.&lt;br /&gt;</w:t>
        <w:br/>
        <w:t>"Чи дармо в тебе я дяком?&lt;br /&gt;</w:t>
        <w:br/>
        <w:t>Не штука то мій глас хвалить!&lt;br /&gt;</w:t>
        <w:br/>
        <w:t>Кажи горівки ще долить!"&lt;br /&gt;</w:t>
        <w:br/>
        <w:t>Скрутився кум, неначе в'юн,&lt;br /&gt;</w:t>
        <w:br/>
        <w:t>Горівку в жида і тютюн&lt;br /&gt;</w:t>
        <w:br/>
        <w:t>Наборг бере, на стіл кладе,&lt;br /&gt;</w:t>
        <w:br/>
        <w:t>Знов Пазюка просить іде:&lt;br /&gt;</w:t>
        <w:br/>
        <w:t>"Вже ж, кумцю, вас я третю ніч&lt;br /&gt;</w:t>
        <w:br/>
        <w:t>Частую за пустую річ,&lt;br /&gt;</w:t>
        <w:br/>
        <w:t>Щоб сотку в позичку дістать,-&lt;br /&gt;</w:t>
        <w:br/>
        <w:t>Ви ж обіцяли нині дать".</w:t>
      </w:r>
    </w:p>
    <w:p>
      <w:r>
        <w:br/>
        <w:t>Розгнівався на се Пазюк&lt;br /&gt;</w:t>
        <w:br/>
        <w:t>І повну чарку кинув з рук.&lt;br /&gt;</w:t>
        <w:br/>
        <w:t>"От ще голяк! От ще жебрак!&lt;br /&gt;</w:t>
        <w:br/>
        <w:t>До мене промовляє так!&lt;br /&gt;</w:t>
        <w:br/>
        <w:t>Сто срібла — се великий гріш!&lt;br /&gt;</w:t>
        <w:br/>
        <w:t>Узять візьмеш, віддать— хоч ріж!" —&lt;br /&gt;</w:t>
        <w:br/>
        <w:t>"Я ж, кумцю, позичав у вас&lt;br /&gt;</w:t>
        <w:br/>
        <w:t>І, тямите, віддав на час".-&lt;br /&gt;</w:t>
        <w:br/>
        <w:t>"Віддав! Віддав! А може, й ні.&lt;br /&gt;</w:t>
        <w:br/>
        <w:t>А кілько то було гризні!&lt;br /&gt;</w:t>
        <w:br/>
        <w:t>Та що вже там! Хай страчу сам!&lt;br /&gt;</w:t>
        <w:br/>
        <w:t>Як обіцяв, то певно дам".</w:t>
      </w:r>
    </w:p>
    <w:p>
      <w:r>
        <w:br/>
        <w:t>І мовить кум:"То дайте ж тут!&lt;br /&gt;</w:t>
        <w:br/>
        <w:t>Ось свідки є, горівку п'ють".&lt;br /&gt;</w:t>
        <w:br/>
        <w:t>Пазюк на те: "Нехай же п'ють,&lt;br /&gt;</w:t>
        <w:br/>
        <w:t>У мене гроші є ось тут!"&lt;br /&gt;</w:t>
        <w:br/>
        <w:t>І вийняв з череса платок,&lt;br /&gt;</w:t>
        <w:br/>
        <w:t>А в нім завитих сім соток,&lt;br /&gt;</w:t>
        <w:br/>
        <w:t>І перед свідками цілі&lt;br /&gt;</w:t>
        <w:br/>
        <w:t>їх розкладає на столі.&lt;br /&gt;</w:t>
        <w:br/>
        <w:t>"Отеє мій плуг, отеє мій стіг,&lt;br /&gt;</w:t>
        <w:br/>
        <w:t>Моя рілля, мій оборіг,&lt;br /&gt;</w:t>
        <w:br/>
        <w:t>Мої воли, моє Гумно,&lt;br /&gt;</w:t>
        <w:br/>
        <w:t>Моя рідня, моє майно".</w:t>
      </w:r>
    </w:p>
    <w:p>
      <w:r>
        <w:br/>
        <w:t>І поскладав, поцілував&lt;br /&gt;</w:t>
        <w:br/>
        <w:t>І в черес всі сотки сховав.&lt;br /&gt;</w:t>
        <w:br/>
        <w:t>А кум стоїть, гне в собі злість,&lt;br /&gt;</w:t>
        <w:br/>
        <w:t>Очима тії гроші їсть.&lt;br /&gt;</w:t>
        <w:br/>
        <w:t>"Та, кумцю, змилуйтесь-бо раз,&lt;br /&gt;</w:t>
        <w:br/>
        <w:t>Пай дармо не благаю вас!" —&lt;br /&gt;</w:t>
        <w:br/>
        <w:t>"Ні, синку, пізня вже пора,&lt;br /&gt;</w:t>
        <w:br/>
        <w:t>Додому час! Заснути тра!&lt;br /&gt;</w:t>
        <w:br/>
        <w:t>Ще кварту став, людей відправ,&lt;br /&gt;</w:t>
        <w:br/>
        <w:t>А завтра рано, щоб ти знав —&lt;br /&gt;</w:t>
        <w:br/>
        <w:t>Коли діждати дасть господь,&lt;br /&gt;</w:t>
        <w:br/>
        <w:t>За грішми з свідками приходь".</w:t>
      </w:r>
    </w:p>
    <w:p>
      <w:r>
        <w:br/>
        <w:t>Село шумить, село гуде,&lt;br /&gt;</w:t>
        <w:br/>
        <w:t>Пазюк з шинку додому йде,&lt;br /&gt;</w:t>
        <w:br/>
        <w:t>При ньому кум, мов в'юн той, в'єсь,&lt;br /&gt;</w:t>
        <w:br/>
        <w:t>А свідки йдуть то вскісь, то всклесь.&lt;br /&gt;</w:t>
        <w:br/>
        <w:t>Боками йдуть, пісень ревуть.&lt;br /&gt;</w:t>
        <w:br/>
        <w:t>Аж ось Пазюк промовив: "Тут!&lt;br /&gt;</w:t>
        <w:br/>
        <w:t>На розі хрест, з тернами тин...&lt;br /&gt;</w:t>
        <w:br/>
        <w:t>Тут в хаті мій драбуга син.&lt;br /&gt;</w:t>
        <w:br/>
        <w:t>Го-го, то злодій, зна біду!&lt;br /&gt;</w:t>
        <w:br/>
        <w:t>До хати спати я не йду.&lt;br /&gt;</w:t>
        <w:br/>
        <w:t>Гей, кумеї куме! Де ти втік?&lt;br /&gt;</w:t>
        <w:br/>
        <w:t>Ти спать мене веди на тік!"</w:t>
      </w:r>
    </w:p>
    <w:p>
      <w:r>
        <w:br/>
        <w:t>ІІІ</w:t>
      </w:r>
    </w:p>
    <w:p>
      <w:r>
        <w:br/>
        <w:t>Вранці-рано по селі&lt;br /&gt;</w:t>
        <w:br/>
        <w:t>То не пчоли, не чмелі&lt;br /&gt;</w:t>
        <w:br/>
        <w:t>Глухо зажурчали,&lt;br /&gt;</w:t>
        <w:br/>
        <w:t>Не шумів розбитий спуст,&lt;br /&gt;</w:t>
        <w:br/>
        <w:t>А йшло слово з уст до уст:&lt;br /&gt;</w:t>
        <w:br/>
        <w:t>"Вкрали! Вкрали! Вкрали!"</w:t>
      </w:r>
    </w:p>
    <w:p>
      <w:r>
        <w:br/>
        <w:t>Що? Хто? Відки? Вість така:&lt;br /&gt;</w:t>
        <w:br/>
        <w:t>Вкрали гроші в Пазюка!&lt;br /&gt;</w:t>
        <w:br/>
        <w:t>Як вернув із шинку,&lt;br /&gt;</w:t>
        <w:br/>
        <w:t>П'яний у стодолі спав,&lt;br /&gt;</w:t>
        <w:br/>
        <w:t>Злодій черес з нього зняв&lt;br /&gt;</w:t>
        <w:br/>
        <w:t>І потяг шматинку.</w:t>
      </w:r>
    </w:p>
    <w:p>
      <w:r>
        <w:br/>
        <w:t>Хто був злодій? Відки знать?&lt;br /&gt;</w:t>
        <w:br/>
        <w:t>Сам Пазюк не зна сказать,&lt;br /&gt;</w:t>
        <w:br/>
        <w:t>Хоч щось твердо дума.&lt;br /&gt;</w:t>
        <w:br/>
        <w:t>Далі скрикнув: "От на глум!&lt;br /&gt;</w:t>
        <w:br/>
        <w:t>Вів мене в стодолу кум!&lt;br /&gt;</w:t>
        <w:br/>
        <w:t>Се ніхто, крім кума!"</w:t>
      </w:r>
    </w:p>
    <w:p>
      <w:r>
        <w:br/>
        <w:t>Кум почув се, весь дрижить,&lt;br /&gt;</w:t>
        <w:br/>
        <w:t>Мов опечений біжить:&lt;br /&gt;</w:t>
        <w:br/>
        <w:t>"Змилуйтеся, діду!&lt;br /&gt;</w:t>
        <w:br/>
        <w:t>Я вас до хреста довів&lt;br /&gt;</w:t>
        <w:br/>
        <w:t>Та й пішов вісьта домів!&lt;br /&gt;</w:t>
        <w:br/>
        <w:t>Присягати піду!"</w:t>
      </w:r>
    </w:p>
    <w:p>
      <w:r>
        <w:br/>
        <w:t>"Не бреши! Де гроші дів?&lt;br /&gt;</w:t>
        <w:br/>
        <w:t>Ти мене вигоном вів —&lt;br /&gt;</w:t>
        <w:br/>
        <w:t>Тямлю весь інтерес:&lt;br /&gt;</w:t>
        <w:br/>
        <w:t>У стодолі дрюк відпер,&lt;br /&gt;</w:t>
        <w:br/>
        <w:t>Сіна з зруба на тік зверг,-&lt;br /&gt;</w:t>
        <w:br/>
        <w:t>Зняв із мене черес!"</w:t>
      </w:r>
    </w:p>
    <w:p>
      <w:r>
        <w:br/>
        <w:t>"Тут мене гадюка їдж,&lt;br /&gt;</w:t>
        <w:br/>
        <w:t>Як я з вами був сю ніч&lt;br /&gt;</w:t>
        <w:br/>
        <w:t>На гумні, в стодолі!" —&lt;br /&gt;</w:t>
        <w:br/>
        <w:t>"Не бреши! — кричить Пазюк.-&lt;br /&gt;</w:t>
        <w:br/>
        <w:t>Гроші тут мені до рук,&lt;br /&gt;</w:t>
        <w:br/>
        <w:t>Бо діждеш недолі!"</w:t>
      </w:r>
    </w:p>
    <w:p>
      <w:r>
        <w:br/>
        <w:t>IV</w:t>
      </w:r>
    </w:p>
    <w:p>
      <w:r>
        <w:br/>
        <w:t>Зразу сварилися,&lt;br /&gt;</w:t>
        <w:br/>
        <w:t>Далі побилися&lt;br /&gt;</w:t>
        <w:br/>
        <w:t>Кум з Пазюком.&lt;br /&gt;</w:t>
        <w:br/>
        <w:t>Батькові син помагає,&lt;br /&gt;</w:t>
        <w:br/>
        <w:t>Син держить, батько шмагає&lt;br /&gt;</w:t>
        <w:br/>
        <w:t>Кума ціпком.</w:t>
      </w:r>
    </w:p>
    <w:p>
      <w:r>
        <w:br/>
        <w:t>Гамору! Галасу!&lt;br /&gt;</w:t>
        <w:br/>
        <w:t>Баб назбігалося&lt;br /&gt;</w:t>
        <w:br/>
        <w:t>Повний вигін.&lt;br /&gt;</w:t>
        <w:br/>
        <w:t>Ті Пазюка проклинають,&lt;br /&gt;</w:t>
        <w:br/>
        <w:t>Інші про кума вже знають:&lt;br /&gt;</w:t>
        <w:br/>
        <w:t>"Певно, се він!"</w:t>
      </w:r>
    </w:p>
    <w:p>
      <w:r>
        <w:br/>
        <w:t>Свідків, хоч гать гати!&lt;br /&gt;</w:t>
        <w:br/>
        <w:t>Сей вже мав спать іти,&lt;br /&gt;</w:t>
        <w:br/>
        <w:t>Вийшов надвір,&lt;br /&gt;</w:t>
        <w:br/>
        <w:t>Чув, як Пазюк до стодоли&lt;br /&gt;</w:t>
        <w:br/>
        <w:t>З кумом чалапав поволи&lt;br /&gt;</w:t>
        <w:br/>
        <w:t>Попри шпихлір.</w:t>
      </w:r>
    </w:p>
    <w:p>
      <w:r>
        <w:br/>
        <w:t>Другий виразно чув:&lt;br /&gt;</w:t>
        <w:br/>
        <w:t>Кума Пазюк гукнув:&lt;br /&gt;</w:t>
        <w:br/>
        <w:t>"Куме, ходи!&lt;br /&gt;</w:t>
        <w:br/>
        <w:t>Пізно вже лізти до хати,&lt;br /&gt;</w:t>
        <w:br/>
        <w:t>Я на тоці буду спати,-&lt;br /&gt;</w:t>
        <w:br/>
        <w:t>Ну, заведи!"</w:t>
      </w:r>
    </w:p>
    <w:p>
      <w:r>
        <w:br/>
        <w:t>Здогади, заміти...&lt;br /&gt;</w:t>
        <w:br/>
        <w:t>Тут шукать! Там іти...&lt;br /&gt;</w:t>
        <w:br/>
        <w:t>Властей чекать...&lt;br /&gt;</w:t>
        <w:br/>
        <w:t>Справді ж нікому не жалко.&lt;br /&gt;</w:t>
        <w:br/>
        <w:t>"Так тобі треба, ти, п'явко!&lt;br /&gt;</w:t>
        <w:br/>
        <w:t>Хоч ти пропадь!"</w:t>
      </w:r>
    </w:p>
    <w:p>
      <w:r>
        <w:br/>
        <w:t>V</w:t>
      </w:r>
    </w:p>
    <w:p>
      <w:r>
        <w:br/>
        <w:t>Того рана з криком, шумом&lt;br /&gt;</w:t>
        <w:br/>
        <w:t>Серед тлуму дід із кумом&lt;br /&gt;</w:t>
        <w:br/>
        <w:t>На попівство враз ішли.&lt;br /&gt;</w:t>
        <w:br/>
        <w:t>Чи шукать поради, може?&lt;br /&gt;</w:t>
        <w:br/>
        <w:t>Ні, за злодія на боже&lt;br /&gt;</w:t>
        <w:br/>
        <w:t>По короні понесли.</w:t>
      </w:r>
    </w:p>
    <w:p>
      <w:r>
        <w:br/>
        <w:t>У обох напухлі пики,&lt;br /&gt;</w:t>
        <w:br/>
        <w:t>А у серці гнів великий,&lt;br /&gt;</w:t>
        <w:br/>
        <w:t>В кума весь кривавий ніс.&lt;br /&gt;</w:t>
        <w:br/>
        <w:t>"Правте, отче, два молебнії.&lt;br /&gt;</w:t>
        <w:br/>
        <w:t>Щоб злодюга той ганебний&lt;br /&gt;</w:t>
        <w:br/>
        <w:t>Без пощади нагло тріс!"</w:t>
      </w:r>
    </w:p>
    <w:p>
      <w:r>
        <w:br/>
        <w:t>Вийшли. Кум домів кленучи,&lt;br /&gt;</w:t>
        <w:br/>
        <w:t>А Пазюк нові онучі&lt;br /&gt;</w:t>
        <w:br/>
        <w:t>В постоли, до торби хліб,&lt;br /&gt;</w:t>
        <w:br/>
        <w:t>П'ятку в черес, палку в руки&lt;br /&gt;</w:t>
        <w:br/>
        <w:t>Та й для ліпшої поруки&lt;br /&gt;</w:t>
        <w:br/>
        <w:t>До ворожки до Дуліб.</w:t>
      </w:r>
    </w:p>
    <w:p>
      <w:r>
        <w:br/>
        <w:t>VI</w:t>
      </w:r>
    </w:p>
    <w:p>
      <w:r>
        <w:br/>
        <w:t>Ворожка мовить:</w:t>
      </w:r>
    </w:p>
    <w:p>
      <w:r>
        <w:br/>
        <w:t>"Ти, чоловіче, не бійся нічого!&lt;br /&gt;</w:t>
        <w:br/>
        <w:t>Гроші повернуться, ждати не довго.</w:t>
      </w:r>
    </w:p>
    <w:p>
      <w:r>
        <w:br/>
        <w:t>Злодій від тебе сидить за три межі,&lt;br /&gt;</w:t>
        <w:br/>
        <w:t>Знаєш його по відмінній одежі.</w:t>
      </w:r>
    </w:p>
    <w:p>
      <w:r>
        <w:br/>
        <w:t>Вус має чорний і сірії очі,&lt;br /&gt;</w:t>
        <w:br/>
        <w:t>Підстерігав тебе три дні й три ночі.</w:t>
      </w:r>
    </w:p>
    <w:p>
      <w:r>
        <w:br/>
        <w:t>Господу дякуй, що гроші забрав він,&lt;br /&gt;</w:t>
        <w:br/>
        <w:t>Що не збудився ти в хвилі, як крав він.</w:t>
      </w:r>
    </w:p>
    <w:p>
      <w:r>
        <w:br/>
        <w:t>Мав він ножаку і хтів тобі, батьку,&lt;br /&gt;</w:t>
        <w:br/>
        <w:t>Якби збудивсь ти, всадить під лопатку.</w:t>
      </w:r>
    </w:p>
    <w:p>
      <w:r>
        <w:br/>
        <w:t>Є в тебе грушка по кінець причілка,&lt;br /&gt;</w:t>
        <w:br/>
        <w:t>Є в ній маленька дуплавая щілка...</w:t>
      </w:r>
    </w:p>
    <w:p>
      <w:r>
        <w:br/>
        <w:t>Там ти дивися щодня, щогодини,&lt;br /&gt;</w:t>
        <w:br/>
        <w:t>Там тобі злодій ті гроші підкине".</w:t>
      </w:r>
    </w:p>
    <w:p>
      <w:r>
        <w:br/>
        <w:t>VII</w:t>
      </w:r>
    </w:p>
    <w:p>
      <w:r>
        <w:br/>
        <w:t>Іде Пазюк від ворожки&lt;br /&gt;</w:t>
        <w:br/>
        <w:t>Та йдучи міркує:&lt;br /&gt;</w:t>
        <w:br/>
        <w:t>"Виразнісінько 'на кума&lt;br /&gt;</w:t>
        <w:br/>
        <w:t>Ворожка віщує.</w:t>
      </w:r>
    </w:p>
    <w:p>
      <w:r>
        <w:br/>
        <w:t>За три межі! Кум від мене&lt;br /&gt;</w:t>
        <w:br/>
        <w:t>За чотири межі!&lt;br /&gt;</w:t>
        <w:br/>
        <w:t>По якій я його знаю&lt;br /&gt;</w:t>
        <w:br/>
        <w:t>Відмінній одежі?</w:t>
      </w:r>
    </w:p>
    <w:p>
      <w:r>
        <w:br/>
        <w:t>Не в постоли, а в личаки&lt;br /&gt;</w:t>
        <w:br/>
        <w:t>Обуває ноги&lt;br /&gt;</w:t>
        <w:br/>
        <w:t>І на гуні не зелені,&lt;br /&gt;</w:t>
        <w:br/>
        <w:t>А чорні вилоги.</w:t>
      </w:r>
    </w:p>
    <w:p>
      <w:r>
        <w:br/>
        <w:t>Чорний вус. — Рудий у кума.&lt;br /&gt;</w:t>
        <w:br/>
        <w:t>Гм! Не вір рудому!&lt;br /&gt;</w:t>
        <w:br/>
        <w:t>Сірі очі — дійсна правда!&lt;br /&gt;</w:t>
        <w:br/>
        <w:t>Коб швидше додомуі</w:t>
      </w:r>
    </w:p>
    <w:p>
      <w:r>
        <w:br/>
        <w:t>А божився, дав на боже!..&lt;br /&gt;</w:t>
        <w:br/>
        <w:t>Плакав наостатку!&lt;br /&gt;</w:t>
        <w:br/>
        <w:t>А сам ніж мав і мене хтів&lt;br /&gt;</w:t>
        <w:br/>
        <w:t>Пхнути під лопатку!</w:t>
      </w:r>
    </w:p>
    <w:p>
      <w:r>
        <w:br/>
        <w:t>Почекай же!.. Де та в біса&lt;br /&gt;</w:t>
        <w:br/>
        <w:t>Грушка при причілку?&lt;br /&gt;</w:t>
        <w:br/>
        <w:t>В мене є верба. Все одно,&lt;br /&gt;</w:t>
        <w:br/>
        <w:t>Заглянемо в щілку".</w:t>
      </w:r>
    </w:p>
    <w:p>
      <w:r>
        <w:br/>
        <w:t>VIII</w:t>
      </w:r>
    </w:p>
    <w:p>
      <w:r>
        <w:br/>
        <w:t>Ой-ой! Метушня і тривога в селі,&lt;br /&gt;</w:t>
        <w:br/>
        <w:t>Із вулиці діти тікають малі,&lt;br /&gt;</w:t>
        <w:br/>
        <w:t>Старі покидають у полі роботу,&lt;br /&gt;</w:t>
        <w:br/>
        <w:t>Додому дралюють, немов на пожар!&lt;br /&gt;</w:t>
        <w:br/>
        <w:t>На лицях побачиш і страх, і турботу:&lt;br /&gt;</w:t>
        <w:br/>
        <w:t>В селі є шандар!</w:t>
      </w:r>
    </w:p>
    <w:p>
      <w:r>
        <w:br/>
        <w:t>Сей сіті рибацькі під стріху ховає,&lt;br /&gt;</w:t>
        <w:br/>
        <w:t>Той в сіно рушницю стару обвиває&lt;br /&gt;</w:t>
        <w:br/>
        <w:t>І пхає в шувар,&lt;br /&gt;</w:t>
        <w:br/>
        <w:t>Сей крадену пряче дубову колоду,&lt;br /&gt;</w:t>
        <w:br/>
        <w:t>Той в бочку пожарну щодуху ллє воду:&lt;br /&gt;</w:t>
        <w:br/>
        <w:t>В селі є шандар!</w:t>
      </w:r>
    </w:p>
    <w:p>
      <w:r>
        <w:br/>
        <w:t>Шандар і начальник рушають на слідство.&lt;br /&gt;</w:t>
        <w:br/>
        <w:t>Соток Пазюкових шукати,&lt;br /&gt;</w:t>
        <w:br/>
        <w:t>Трясли вже у кума, трясуть ще сусідство,&lt;br /&gt;</w:t>
        <w:br/>
        <w:t>Стайні, і стодоли, і хати.&lt;br /&gt;</w:t>
        <w:br/>
        <w:t>І свідків питають, мов в пітьмі блукають.&lt;br /&gt;</w:t>
        <w:br/>
        <w:t>А грошей нема та й нема.&lt;br /&gt;</w:t>
        <w:br/>
        <w:t>"Ну, куме коханий, дай руки в кайдани!&lt;br /&gt;</w:t>
        <w:br/>
        <w:t>Тут слідство, для тебе тюрма".</w:t>
      </w:r>
    </w:p>
    <w:p>
      <w:r>
        <w:br/>
        <w:t>ІХ</w:t>
      </w:r>
    </w:p>
    <w:p>
      <w:r>
        <w:br/>
        <w:t>Три неділі вже кум у арешті сидів,&lt;br /&gt;</w:t>
        <w:br/>
        <w:t>А селом якийсь шум, наче рій той, гудів.</w:t>
      </w:r>
    </w:p>
    <w:p>
      <w:r>
        <w:br/>
        <w:t>Ось Пазюк молодий у попа, неборак,&lt;br /&gt;</w:t>
        <w:br/>
        <w:t>Кладе п'ятку на стіл і говорить ось так:</w:t>
      </w:r>
    </w:p>
    <w:p>
      <w:r>
        <w:br/>
        <w:t>"Єгомостику, горе на мене найшло!&lt;br /&gt;</w:t>
        <w:br/>
        <w:t>"Ти вкрав тата сотки! — так гуде все село.-</w:t>
      </w:r>
    </w:p>
    <w:p>
      <w:r>
        <w:br/>
        <w:t>Бідний кум через тебе в арешті терлить".&lt;br /&gt;</w:t>
        <w:br/>
        <w:t>Єгомостику, радьте, що маю робить?"</w:t>
      </w:r>
    </w:p>
    <w:p>
      <w:r>
        <w:br/>
        <w:t>Піп плечима стиснув: "То, небоже, біда!"&lt;br /&gt;</w:t>
        <w:br/>
        <w:t>А Пазюк молодий хитро так повіда:</w:t>
      </w:r>
    </w:p>
    <w:p>
      <w:r>
        <w:br/>
        <w:t>"У неділю на хрест і на слово святе&lt;br /&gt;</w:t>
        <w:br/>
        <w:t>Перед всіми людьми я присягну на те,</w:t>
      </w:r>
    </w:p>
    <w:p>
      <w:r>
        <w:br/>
        <w:t>Що татуньових грошей не маю".&lt;br /&gt;</w:t>
        <w:br/>
        <w:t>"Добре, сину! Присягу тобі проведу.</w:t>
      </w:r>
    </w:p>
    <w:p>
      <w:r>
        <w:br/>
        <w:t>Та гляди, щоб не впав ти в велику біду!&lt;br /&gt;</w:t>
        <w:br/>
        <w:t>Бо присяга страшна! Лиш одну мені річ</w:t>
      </w:r>
    </w:p>
    <w:p>
      <w:r>
        <w:br/>
        <w:t>Відповідж: чи ти взяв тії гроші в ту ніч?&lt;br /&gt;</w:t>
        <w:br/>
        <w:t>Як на сповіді, правди жадаю".</w:t>
      </w:r>
    </w:p>
    <w:p>
      <w:r>
        <w:br/>
        <w:t>"Як на сповіді! Отче... Та взяв чи не взяв,&lt;br /&gt;</w:t>
        <w:br/>
        <w:t>А бігме, що нерушані вчора віддав.&lt;br /&gt;</w:t>
        <w:br/>
        <w:t>І присягну, най встиду між хлопством не маю".</w:t>
      </w:r>
    </w:p>
    <w:p>
      <w:r>
        <w:br/>
        <w:t>Х</w:t>
      </w:r>
    </w:p>
    <w:p>
      <w:r>
        <w:br/>
        <w:t>НА ПАСТІВНИКУ</w:t>
      </w:r>
    </w:p>
    <w:p>
      <w:r>
        <w:br/>
        <w:t>Сховалось сонце за Ділом могучим,&lt;br /&gt;</w:t>
        <w:br/>
        <w:t>Пожар вечірній запалав на небі&lt;br /&gt;</w:t>
        <w:br/>
        <w:t>І згас. Стемніло. Оповите млою&lt;br /&gt;</w:t>
        <w:br/>
        <w:t>Дріма Підгір'я. Лиш де-де в хатах&lt;br /&gt;</w:t>
        <w:br/>
        <w:t>Ще світло блима. Літня ніч коротка,&lt;br /&gt;</w:t>
        <w:br/>
        <w:t>То вчасно спати йдуть робучі люди,&lt;br /&gt;</w:t>
        <w:br/>
        <w:t>Щоб завтра, скоро світ, вже бути в полі.</w:t>
      </w:r>
    </w:p>
    <w:p>
      <w:r>
        <w:br/>
        <w:t>Ген за селом, під лісом на долині,&lt;br /&gt;</w:t>
        <w:br/>
        <w:t>З густої мли, мов цвяшок золотий,&lt;br /&gt;</w:t>
        <w:br/>
        <w:t>Вирізуєсь миготання кроваве:&lt;br /&gt;</w:t>
        <w:br/>
        <w:t>Се хлопці-конюхи огонь кладуть,&lt;br /&gt;</w:t>
        <w:br/>
        <w:t>Їх на всю ніч післали коні пасти.&lt;br /&gt;</w:t>
        <w:br/>
        <w:t>Попутавшії скотину, розложили&lt;br /&gt;</w:t>
        <w:br/>
        <w:t>Огонь, бо майка тне.&lt;br /&gt;</w:t>
        <w:br/>
        <w:t>Ось при огні&lt;br /&gt;</w:t>
        <w:br/>
        <w:t>Сидять гуртом: хто в гуньці, в подігачці,&lt;br /&gt;</w:t>
        <w:br/>
        <w:t>Хто в кожушанці, хто лиш грубий міх&lt;br /&gt;</w:t>
        <w:br/>
        <w:t>Нап'яв на плечі.&lt;br /&gt;</w:t>
        <w:br/>
        <w:t>— Побратиме Сеню,&lt;br /&gt;</w:t>
        <w:br/>
        <w:t>Дай тютюну!&lt;br /&gt;</w:t>
        <w:br/>
        <w:t>— Чи бач, який прудкий!&lt;br /&gt;</w:t>
        <w:br/>
        <w:t>Чи я тютюн саджу?&lt;br /&gt;</w:t>
        <w:br/>
        <w:t>— Та не жартуй-бо!&lt;br /&gt;</w:t>
        <w:br/>
        <w:t>Тобі господар нині скрутець дав,&lt;br /&gt;</w:t>
        <w:br/>
        <w:t>То уділи! Проклята майка тне,&lt;br /&gt;</w:t>
        <w:br/>
        <w:t>А тютюновий дим — найліпший спосіб&lt;br /&gt;</w:t>
        <w:br/>
        <w:t>На неї.&lt;br /&gt;</w:t>
        <w:br/>
        <w:t>Сень видобува тютюн,&lt;br /&gt;</w:t>
        <w:br/>
        <w:t>І крає ножиком, і ділить всім,&lt;br /&gt;</w:t>
        <w:br/>
        <w:t>В кого немає. Вже така натура&lt;br /&gt;</w:t>
        <w:br/>
        <w:t>У того Сеня: зразу воркне гризько,&lt;br /&gt;</w:t>
        <w:br/>
        <w:t>А потім хоч сорочку з себе дасть.&lt;br /&gt;</w:t>
        <w:br/>
        <w:t>Недаром придурковатим зовуть&lt;br /&gt;</w:t>
        <w:br/>
        <w:t>! підіймають всім селом на сміх.&lt;br /&gt;</w:t>
        <w:br/>
        <w:t>Куди ж пак! Парубіка вже старий,&lt;br /&gt;</w:t>
        <w:br/>
        <w:t>Вже поза тридцять літ, і до роботи&lt;br /&gt;</w:t>
        <w:br/>
        <w:t>Нема над нього, і не п'є, не тратить,&lt;br /&gt;</w:t>
        <w:br/>
        <w:t>А ходить мов жебрак. Не раз йому&lt;br /&gt;</w:t>
        <w:br/>
        <w:t>Графлялося пристайство — не хотів.&lt;br /&gt;</w:t>
        <w:br/>
        <w:t>Волить тинятись в наймах, на чужих&lt;br /&gt;</w:t>
        <w:br/>
        <w:t>Робити і чужій коритись волі.&lt;br /&gt;</w:t>
        <w:br/>
        <w:t>"То вже у них так в роді,— говорили&lt;br /&gt;</w:t>
        <w:br/>
        <w:t>В селі.— Отець його мав поле й хату,&lt;br /&gt;</w:t>
        <w:br/>
        <w:t>Та все пустив, роботу занедбав,&lt;br /&gt;</w:t>
        <w:br/>
        <w:t>Лише по відпустах, святих місцях,&lt;br /&gt;</w:t>
        <w:br/>
        <w:t>Мов старець, волочився. А прийшла&lt;br /&gt;</w:t>
        <w:br/>
        <w:t>Недуга, старість, далі сліпота,&lt;br /&gt;</w:t>
        <w:br/>
        <w:t>То не було де голови приткнути, —&lt;br /&gt;</w:t>
        <w:br/>
        <w:t>Взяв ліру та й пішов просити хліба.&lt;br /&gt;</w:t>
        <w:br/>
        <w:t>І сина на таке саме навчав:&lt;br /&gt;</w:t>
        <w:br/>
        <w:t>Все лиш набожних співанок співає,&lt;br /&gt;</w:t>
        <w:br/>
        <w:t>Все лиш балакає, що світ зіпсутий&lt;br /&gt;</w:t>
        <w:br/>
        <w:t>І страшний суд надходить — що твій піп!"&lt;br /&gt;</w:t>
        <w:br/>
        <w:t>Отак в селі балакали про Сеня,&lt;br /&gt;</w:t>
        <w:br/>
        <w:t>Сміялись з нього, хоч усі й любили,&lt;br /&gt;</w:t>
        <w:br/>
        <w:t>Бо щирий був, для всякого ввічливий.&lt;br /&gt;</w:t>
        <w:br/>
        <w:t>Та він байдуже, мов се й не про нього,&lt;br /&gt;</w:t>
        <w:br/>
        <w:t>Всі насміхи пускає мимо вуха,&lt;br /&gt;</w:t>
        <w:br/>
        <w:t>Прихильності немов недобачає.&lt;br /&gt;</w:t>
        <w:br/>
        <w:t>Хоч тридцять літ від роду, він найрадше&lt;br /&gt;</w:t>
        <w:br/>
        <w:t>З дітьми малими пристає, готов&lt;br /&gt;</w:t>
        <w:br/>
        <w:t>І порохом пересипатись з ними.&lt;br /&gt;</w:t>
        <w:br/>
        <w:t>Та й діти ж то над все любили слухать&lt;br /&gt;</w:t>
        <w:br/>
        <w:t>Його пісень і оповідань! Діти&lt;br /&gt;</w:t>
        <w:br/>
        <w:t>Одні над ним не насміхались.&lt;br /&gt;</w:t>
        <w:br/>
        <w:t>Ось&lt;br /&gt;</w:t>
        <w:br/>
        <w:t>І нині купка їх зібралась — хлопці&lt;br /&gt;</w:t>
        <w:br/>
        <w:t>Все підростки. На Сеня поглядають,&lt;br /&gt;</w:t>
        <w:br/>
        <w:t>Як на старшого; деякі й самі&lt;br /&gt;</w:t>
        <w:br/>
        <w:t>Просились з кіньми на ніч, знаючи,&lt;br /&gt;</w:t>
        <w:br/>
        <w:t>Що й Сень тут буде.&lt;br /&gt;</w:t>
        <w:br/>
        <w:t>Закурили. Тихо&lt;br /&gt;</w:t>
        <w:br/>
        <w:t>Десь обік в трощах деркає деркач.&lt;br /&gt;</w:t>
        <w:br/>
        <w:t>Сова у лісі заскиглила — цур їй!&lt;br /&gt;</w:t>
        <w:br/>
        <w:t>І більш не чуть нічого, тільки мірно&lt;br /&gt;</w:t>
        <w:br/>
        <w:t>Дзеленькають залізним путом коні&lt;br /&gt;</w:t>
        <w:br/>
        <w:t>Та хрупають траву росисту.&lt;br /&gt;</w:t>
        <w:br/>
        <w:t>— Ну-ко,&lt;br /&gt;</w:t>
        <w:br/>
        <w:t>Скажіть хто байки! — обізвавсь несміло&lt;br /&gt;</w:t>
        <w:br/>
        <w:t>Один і скоса позирнув на Сеня.&lt;br /&gt;</w:t>
        <w:br/>
        <w:t>— Е, кат там з нею! — другий відізвавсь. —&lt;br /&gt;</w:t>
        <w:br/>
        <w:t>Я за весь день охляв, не чую костей,&lt;br /&gt;</w:t>
        <w:br/>
        <w:t>І очі вже злипаються до сну.&lt;br /&gt;</w:t>
        <w:br/>
        <w:t>— Ну, що ж, то ти йди спати! Годі ж всім&lt;br /&gt;</w:t>
        <w:br/>
        <w:t>Поснути. Знаєте, пора непевна.&lt;br /&gt;</w:t>
        <w:br/>
        <w:t>Говорять, що з Сідого приятелі&lt;br /&gt;</w:t>
        <w:br/>
        <w:t>Волочаться по толоках. То треба&lt;br /&gt;</w:t>
        <w:br/>
        <w:t>Вважати!&lt;br /&gt;</w:t>
        <w:br/>
        <w:t>— Мій господар, за грибами&lt;br /&gt;</w:t>
        <w:br/>
        <w:t>Ходивши вчора, каже: бачив вовка.&lt;br /&gt;</w:t>
        <w:br/>
        <w:t>То й остро наказав мені з лошат&lt;br /&gt;</w:t>
        <w:br/>
        <w:t>І ока не спускать. Та де вони?&lt;br /&gt;</w:t>
        <w:br/>
        <w:t>— Не бійсь, дурний! Якби, хрань боже, вовк,&lt;br /&gt;</w:t>
        <w:br/>
        <w:t>То коні би самі дали нам знати:&lt;br /&gt;</w:t>
        <w:br/>
        <w:t>Зафоркали б і збились би докупи.&lt;br /&gt;</w:t>
        <w:br/>
        <w:t>Ось слухай, рже твоя каштановата,&lt;br /&gt;</w:t>
        <w:br/>
        <w:t>А он лоша їй обзиваєсь!&lt;br /&gt;</w:t>
        <w:br/>
        <w:t>Справді,&lt;br /&gt;</w:t>
        <w:br/>
        <w:t>По всій долині розляглось іржання,&lt;br /&gt;</w:t>
        <w:br/>
        <w:t>Мов тремоло важке, могучим смиком&lt;br /&gt;</w:t>
        <w:br/>
        <w:t>Потягнене по струні металевій.&lt;br /&gt;</w:t>
        <w:br/>
        <w:t>— Ну, байки! Сеню, ти на черзі нині!&lt;br /&gt;</w:t>
        <w:br/>
        <w:t>— Якої ж я вам байки розповім?&lt;br /&gt;</w:t>
        <w:br/>
        <w:t>Тут, браття, йде таке на наші села,&lt;br /&gt;</w:t>
        <w:br/>
        <w:t>Що швидко нам відхочеться байок.&lt;br /&gt;</w:t>
        <w:br/>
        <w:t>— Що, що таке?&lt;br /&gt;</w:t>
        <w:br/>
        <w:t>— Війна! Хіба не чули?&lt;br /&gt;</w:t>
        <w:br/>
        <w:t>— Війна? Та з ким?&lt;br /&gt;</w:t>
        <w:br/>
        <w:t>— Ну, звісно, з москалем.&lt;br /&gt;</w:t>
        <w:br/>
        <w:t>— Що, з москалем? О, то нещастя наше!&lt;br /&gt;</w:t>
        <w:br/>
        <w:t>Москаль твердий, не встоять наші хлопці&lt;br /&gt;</w:t>
        <w:br/>
        <w:t>Супроти нього.&lt;br /&gt;</w:t>
        <w:br/>
        <w:t>— То-то, браття, й є.&lt;br /&gt;</w:t>
        <w:br/>
        <w:t>Наш конче хоче з москалем побитись,&lt;br /&gt;</w:t>
        <w:br/>
        <w:t>Та видить сам, що сил замало має.&lt;br /&gt;</w:t>
        <w:br/>
        <w:t>От він казав усюди голосити,&lt;br /&gt;</w:t>
        <w:br/>
        <w:t>Що відтепер не буде так, як досі&lt;br /&gt;</w:t>
        <w:br/>
        <w:t>До війська брати та перебирати,&lt;br /&gt;</w:t>
        <w:br/>
        <w:t>А всіх загорне загалом: малих,&lt;br /&gt;</w:t>
        <w:br/>
        <w:t>Що від землі лиш відросли, й дідів,&lt;br /&gt;</w:t>
        <w:br/>
        <w:t>Що до землі вже хиляться, сліпих,&lt;br /&gt;</w:t>
        <w:br/>
        <w:t>Кривих, безногих і горбатих, навіть&lt;br /&gt;</w:t>
        <w:br/>
        <w:t>Дівок.&lt;br /&gt;</w:t>
        <w:br/>
        <w:t>— Ха, ха! То, може, й нашу Феську&lt;br /&gt;</w:t>
        <w:br/>
        <w:t>Візьмуть?&lt;br /&gt;</w:t>
        <w:br/>
        <w:t>— Го-го, тота на гранатира&lt;br /&gt;</w:t>
        <w:br/>
        <w:t>Придасться.&lt;br /&gt;</w:t>
        <w:br/>
        <w:t>— То не сміх, я то віддавна&lt;br /&gt;</w:t>
        <w:br/>
        <w:t>Гадаю вже: чому беруть до війська&lt;br /&gt;</w:t>
        <w:br/>
        <w:t>Лиш парубків? Чи то дівок нема&lt;br /&gt;</w:t>
        <w:br/>
        <w:t>Таких здорових, рослих і відважних?&lt;br /&gt;</w:t>
        <w:br/>
        <w:t>Чи дівка не такий же чоловік,&lt;br /&gt;</w:t>
        <w:br/>
        <w:t>Як парубок?&lt;br /&gt;</w:t>
        <w:br/>
        <w:t>— Та слухайте лишень,&lt;br /&gt;</w:t>
        <w:br/>
        <w:t>Що сталося в Урожі! Тиждень тому&lt;br /&gt;</w:t>
        <w:br/>
        <w:t>Там війт під церквою цілій громаді&lt;br /&gt;</w:t>
        <w:br/>
        <w:t>Читав той наказ, що почнуть усіх&lt;br /&gt;</w:t>
        <w:br/>
        <w:t>До війська брати. Слухає народ,&lt;br /&gt;</w:t>
        <w:br/>
        <w:t>Об поли б'єсь руками. Аж нараз&lt;br /&gt;</w:t>
        <w:br/>
        <w:t>Одна вдова як не заломить руки&lt;br /&gt;</w:t>
        <w:br/>
        <w:t>Над головою, як не заголосить:&lt;br /&gt;</w:t>
        <w:br/>
        <w:t>"Я-яй! Я-яй!" Так протяжно, так страшно,&lt;br /&gt;</w:t>
        <w:br/>
        <w:t>Мов за покійником. Усі до неї,&lt;br /&gt;</w:t>
        <w:br/>
        <w:t>Гадали, може, зуб. Та де тобі!&lt;br /&gt;</w:t>
        <w:br/>
        <w:t>Посиніла, у лобі очі кров'ю&lt;br /&gt;</w:t>
        <w:br/>
        <w:t>Їй заплили, і руки все держить&lt;br /&gt;</w:t>
        <w:br/>
        <w:t>Над головою закленуті, й стогне,&lt;br /&gt;</w:t>
        <w:br/>
        <w:t>Голосить, що аж серце розриваєсь.&lt;br /&gt;</w:t>
        <w:br/>
        <w:t>Що мир до неї, примовляють, тішать,&lt;br /&gt;</w:t>
        <w:br/>
        <w:t>Води дають, хрестять і шепчуть — де там!&lt;br /&gt;</w:t>
        <w:br/>
        <w:t>Не чує, ані бачить, не говорить,&lt;br /&gt;</w:t>
        <w:br/>
        <w:t>Не їсть, не п'є, ніщо не розуміє,&lt;br /&gt;</w:t>
        <w:br/>
        <w:t>Лиш яйкає від того дня і досі.&lt;br /&gt;</w:t>
        <w:br/>
        <w:t>Вже з цвинтару не трафила й до хати,&lt;br /&gt;</w:t>
        <w:br/>
        <w:t>Пішла долів селом: "Я-яй! Я-яй!"&lt;br /&gt;</w:t>
        <w:br/>
        <w:t>А мир за нею,-мов на похороні.&lt;br /&gt;</w:t>
        <w:br/>
        <w:t>Три рази довкіль обійшла село.&lt;br /&gt;</w:t>
        <w:br/>
        <w:t>Під ніч насилу завели її&lt;br /&gt;</w:t>
        <w:br/>
        <w:t>До хати, силою й нагодували.&lt;br /&gt;</w:t>
        <w:br/>
        <w:t>Та не могла вона сидіти дома.&lt;br /&gt;</w:t>
        <w:br/>
        <w:t>Вночі и пропала. І від того дня&lt;br /&gt;</w:t>
        <w:br/>
        <w:t>По селах ходить. Вже її в Лужку,&lt;br /&gt;</w:t>
        <w:br/>
        <w:t>І в Ступниці, і в Мокрянах видали,&lt;br /&gt;</w:t>
        <w:br/>
        <w:t>Була аж в Страшевичах і на Сприні.&lt;br /&gt;</w:t>
        <w:br/>
        <w:t>Розхристана, — говорять, — чорна-чорна,&lt;br /&gt;</w:t>
        <w:br/>
        <w:t>Лиш очі світяться. І день, і ніч&lt;br /&gt;</w:t>
        <w:br/>
        <w:t>Блукає по полю, до хат не йде&lt;br /&gt;</w:t>
        <w:br/>
        <w:t>І все кричить, голосить, плаче й стогне.&lt;br /&gt;</w:t>
        <w:br/>
        <w:t>— От покаяніє! Най бог боронитьі&lt;br /&gt;</w:t>
        <w:br/>
        <w:t>— Я б, бачиться, на місці вмер з страху,&lt;br /&gt;</w:t>
        <w:br/>
        <w:t>Якби її голосіння почув.&lt;br /&gt;</w:t>
        <w:br/>
        <w:t>— Іди, дурний! Вона ж се не від злого!&lt;br /&gt;</w:t>
        <w:br/>
        <w:t>Се найдобріша жінка у селі&lt;br /&gt;</w:t>
        <w:br/>
        <w:t>Була. їй бог так дав, щоб віщувала&lt;br /&gt;</w:t>
        <w:br/>
        <w:t>Народові якесь велике горе.&lt;br /&gt;</w:t>
        <w:br/>
        <w:t>— Ой-ой! І що ж то за такеє горе&lt;br /&gt;</w:t>
        <w:br/>
        <w:t>Вона віщує?&lt;br /&gt;</w:t>
        <w:br/>
        <w:t>— Чуєш, що війну?&lt;br /&gt;</w:t>
        <w:br/>
        <w:t>Вже то як наш із москалем задреся,&lt;br /&gt;</w:t>
        <w:br/>
        <w:t>То тут не жди добра!&lt;br /&gt;</w:t>
        <w:br/>
        <w:t>— А я гадаю,&lt;br /&gt;</w:t>
        <w:br/>
        <w:t>Що то не те! Велика річ — війна!&lt;br /&gt;</w:t>
        <w:br/>
        <w:t>Всіх не поріжуть. Москалі ж також&lt;br /&gt;</w:t>
        <w:br/>
        <w:t>Не є вовки, а люди, як і ми,&lt;br /&gt;</w:t>
        <w:br/>
        <w:t>Небіжчик дід не раз про них, бувало,&lt;br /&gt;</w:t>
        <w:br/>
        <w:t>Розказують, не можуть нахвалитись.&lt;br /&gt;</w:t>
        <w:br/>
        <w:t>— І я гадаю, браття, що москаль би&lt;br /&gt;</w:t>
        <w:br/>
        <w:t>Нам кривди не зробив. Господар мій —&lt;br /&gt;</w:t>
        <w:br/>
        <w:t>На що розумний чоловік, а часто&lt;br /&gt;</w:t>
        <w:br/>
        <w:t>Говорить: "Господи! коли б вже раз&lt;br /&gt;</w:t>
        <w:br/>
        <w:t>Москаль прийшов! Таке вже всюди здирство&lt;br /&gt;</w:t>
        <w:br/>
        <w:t>Пішло: москаль би все те скасував,&lt;br /&gt;</w:t>
        <w:br/>
        <w:t>Зробив порядок, полекшу якусь&lt;br /&gt;</w:t>
        <w:br/>
        <w:t>На бідний люд".&lt;br /&gt;</w:t>
        <w:br/>
        <w:t>— Ой, певно що би треба&lt;br /&gt;</w:t>
        <w:br/>
        <w:t>Твердої тут, московської руки!&lt;br /&gt;</w:t>
        <w:br/>
        <w:t>Чи чули ви, пани ото заводять&lt;br /&gt;</w:t>
        <w:br/>
        <w:t>Якісь там шарварки нові. То ніби&lt;br /&gt;</w:t>
        <w:br/>
        <w:t>Говорять хлопам: "Штири дні до року&lt;br /&gt;</w:t>
        <w:br/>
        <w:t>Повинен кождий нумер відробити&lt;br /&gt;</w:t>
        <w:br/>
        <w:t>Коло гостинця". А то все брехня.&lt;br /&gt;</w:t>
        <w:br/>
        <w:t>їм не гостинець в голові. Плювати&lt;br /&gt;</w:t>
        <w:br/>
        <w:t>їм на гостинець! Як лиш люди вийдуть&lt;br /&gt;</w:t>
        <w:br/>
        <w:t>На ті гостинці, то пани пошлють&lt;br /&gt;</w:t>
        <w:br/>
        <w:t>Свою двірню з палками, нагайками,&lt;br /&gt;</w:t>
        <w:br/>
        <w:t>І всіх на панський лан переженуть,&lt;br /&gt;</w:t>
        <w:br/>
        <w:t>І панщину навернуть: штири дні&lt;br /&gt;</w:t>
        <w:br/>
        <w:t>Щотижня кождий мусить відробляти.&lt;br /&gt;</w:t>
        <w:br/>
        <w:t>— Не може бути! Хто тобі казав?&lt;br /&gt;</w:t>
        <w:br/>
        <w:t>— Плети, дурний, не може бути! Вже то&lt;br /&gt;</w:t>
        <w:br/>
        <w:t>Я чув про се від розумніших трохи,&lt;br /&gt;</w:t>
        <w:br/>
        <w:t>Ніж я та й ти. Пани дістодь-то навіть&lt;br /&gt;</w:t>
        <w:br/>
        <w:t>Вже й цісаря підпали, й цісар їм&lt;br /&gt;</w:t>
        <w:br/>
        <w:t>Усе те затвердив і підписав.&lt;br /&gt;</w:t>
        <w:br/>
        <w:t>— Ой лишенько! Тепер-то ми пропали!&lt;br /&gt;</w:t>
        <w:br/>
        <w:t>— Воно-то бач: пропали або ні.&lt;br /&gt;</w:t>
        <w:br/>
        <w:t>Пани ще досі криються з тим дуже,&lt;br /&gt;</w:t>
        <w:br/>
        <w:t>Не признаються, щоб народ відразу&lt;br /&gt;</w:t>
        <w:br/>
        <w:t>Не роздразнити, а найголовніше:&lt;br /&gt;</w:t>
        <w:br/>
        <w:t>Бояться москаля.&lt;br /&gt;</w:t>
        <w:br/>
        <w:t>Тут Сень вмішався&lt;br /&gt;</w:t>
        <w:br/>
        <w:t>В розмову. Досі він сидів понурий&lt;br /&gt;</w:t>
        <w:br/>
        <w:t>І звільна пакав люльку, похилившись.&lt;br /&gt;</w:t>
        <w:br/>
        <w:t>Мов слухав голосів якихсь далеких.&lt;br /&gt;</w:t>
        <w:br/>
        <w:t>І враз промовив: — Е, яка там річ&lt;br /&gt;</w:t>
        <w:br/>
        <w:t>За нами впоминатись москалеві?&lt;br /&gt;</w:t>
        <w:br/>
        <w:t>Що ми йому, чи сват, чи брат який?&lt;br /&gt;</w:t>
        <w:br/>
        <w:t>А мислите, що в нього мало й своїх&lt;br /&gt;</w:t>
        <w:br/>
        <w:t>Панів і бідних?&lt;br /&gt;</w:t>
        <w:br/>
        <w:t>— А про що ж би мала&lt;br /&gt;</w:t>
        <w:br/>
        <w:t>Війна вестися?&lt;br /&gt;</w:t>
        <w:br/>
        <w:t>— Ні про що! й війни&lt;br /&gt;</w:t>
        <w:br/>
        <w:t>Ніякої не буде!&lt;br /&gt;</w:t>
        <w:br/>
        <w:t>— А пощо ж&lt;br /&gt;</w:t>
        <w:br/>
        <w:t>До війська пруть старого і малого?&lt;br /&gt;</w:t>
        <w:br/>
        <w:t>— Е, прутьі Ніхто ще того не видав.&lt;br /&gt;</w:t>
        <w:br/>
        <w:t>От ми які вже парубки, а хто нас&lt;br /&gt;</w:t>
        <w:br/>
        <w:t>До війська кликав? Може, ще коли&lt;br /&gt;</w:t>
        <w:br/>
        <w:t>І будуть брати, та хтозна, се, може,&lt;br /&gt;</w:t>
        <w:br/>
        <w:t>Аж в той час буде, як народ на світі&lt;br /&gt;</w:t>
        <w:br/>
        <w:t>Здрібніє так, що в нашій печі буде&lt;br /&gt;</w:t>
        <w:br/>
        <w:t>Сім хлопа молотити.&lt;br /&gt;</w:t>
        <w:br/>
        <w:t>— Мудрий ти&lt;br /&gt;</w:t>
        <w:br/>
        <w:t>На бештефранти! А чому ж ота&lt;br /&gt;</w:t>
        <w:br/>
        <w:t>Урізька ходить та голосить? Чень же&lt;br /&gt;</w:t>
        <w:br/>
        <w:t>Се не добро віщує?&lt;br /&gt;</w:t>
        <w:br/>
        <w:t>— То-то й є,&lt;br /&gt;</w:t>
        <w:br/>
        <w:t>Що народ темний чує плач її&lt;br /&gt;</w:t>
        <w:br/>
        <w:t>І бачить сам, що се якийсь знак божий,&lt;br /&gt;</w:t>
        <w:br/>
        <w:t>Та не дошукує, що він значить,&lt;br /&gt;</w:t>
        <w:br/>
        <w:t>А сам собі спліта химери всякі:&lt;br /&gt;</w:t>
        <w:br/>
        <w:t>Війна, і панщина, й бог зна ще що.&lt;br /&gt;</w:t>
        <w:br/>
        <w:t>Гадаєте, що бог про теє дбає,&lt;br /&gt;</w:t>
        <w:br/>
        <w:t>Чи там сто люда заб'ють або двісті,&lt;br /&gt;</w:t>
        <w:br/>
        <w:t>Чи хлоп о три дні більш робити буде?&lt;br /&gt;</w:t>
        <w:br/>
        <w:t>Якраз господь перед таким би ділом&lt;br /&gt;</w:t>
        <w:br/>
        <w:t>Знаки такі нам посилав! Та й що то&lt;br /&gt;</w:t>
        <w:br/>
        <w:t>Війна? Війни й заповідать не треба,&lt;br /&gt;</w:t>
        <w:br/>
        <w:t>Вона вже є, ми родимось, живем,&lt;br /&gt;</w:t>
        <w:br/>
        <w:t>Мремо в війні. Хіба ж не чули пісню:&lt;br /&gt;</w:t>
        <w:br/>
        <w:t>"Нема добра та й не буде,&lt;br /&gt;</w:t>
        <w:br/>
        <w:t>Була війна та й ще буде,&lt;br /&gt;</w:t>
        <w:br/>
        <w:t>Брат на брата ворогує,&lt;br /&gt;</w:t>
        <w:br/>
        <w:t>Сестра сестрі смерть готує,&lt;br /&gt;</w:t>
        <w:br/>
        <w:t>Син на батька ніж підносить,&lt;br /&gt;</w:t>
        <w:br/>
        <w:t>Донька мамі смерті просить".&lt;br /&gt;</w:t>
        <w:br/>
        <w:t>От де війна правдива, найстрашніша,&lt;br /&gt;</w:t>
        <w:br/>
        <w:t>Щоденна, люта! Що там против неї&lt;br /&gt;</w:t>
        <w:br/>
        <w:t>Всі війни з турком, німцем, москалем!&lt;br /&gt;</w:t>
        <w:br/>
        <w:t>Замовкли всі й понурились. Так нагло&lt;br /&gt;</w:t>
        <w:br/>
        <w:t>Звернув розмову Сень на другий бік.&lt;br /&gt;</w:t>
        <w:br/>
        <w:t>І хоч не раз подібні вже слова&lt;br /&gt;</w:t>
        <w:br/>
        <w:t>Вони від нього чули, то, проте,&lt;br /&gt;</w:t>
        <w:br/>
        <w:t>Тим дужче їх ударили вони.&lt;br /&gt;</w:t>
        <w:br/>
        <w:t>І не до сміху їм було, бо кождий&lt;br /&gt;</w:t>
        <w:br/>
        <w:t>На собі сам їх правди досвідив.&lt;br /&gt;</w:t>
        <w:br/>
        <w:t>— Се правда! Як вовки голодні в лісі,&lt;br /&gt;</w:t>
        <w:br/>
        <w:t>Так мир хрещений сам з собою їсться.&lt;br /&gt;</w:t>
        <w:br/>
        <w:t>Одні хапають з-перед других, рвуть,&lt;br /&gt;</w:t>
        <w:br/>
        <w:t>І друть, і кривдять. От і мій господар,&lt;br /&gt;</w:t>
        <w:br/>
        <w:t>Хоч і який багач, а злакомився&lt;br /&gt;</w:t>
        <w:br/>
        <w:t>На моїх п'ять кровавих ринських: взяв&lt;br /&gt;</w:t>
        <w:br/>
        <w:t>І відтягнув мені з заслуженини,&lt;br /&gt;</w:t>
        <w:br/>
        <w:t>За те, що скочило теля в полонку&lt;br /&gt;</w:t>
        <w:br/>
        <w:t>І затонуло.&lt;br /&gt;</w:t>
        <w:br/>
        <w:t>— А що буків я&lt;br /&gt;</w:t>
        <w:br/>
        <w:t>Прийняв за ліс! Господар сам післав&lt;br /&gt;</w:t>
        <w:br/>
        <w:t>Мене украсти з лісу копаниці,&lt;br /&gt;</w:t>
        <w:br/>
        <w:t>А як зловив лісничий і подав&lt;br /&gt;</w:t>
        <w:br/>
        <w:t>На штроф, прийшлось платити — він тоді&lt;br /&gt;</w:t>
        <w:br/>
        <w:t>Давай мене періщити!&lt;br /&gt;</w:t>
        <w:br/>
        <w:t>й пішли&lt;br /&gt;</w:t>
        <w:br/>
        <w:t>Нагадувать та розводити, що&lt;br /&gt;</w:t>
        <w:br/>
        <w:t>У кождого віддавна наболіло.&lt;br /&gt;</w:t>
        <w:br/>
        <w:t>Лиш Сень мовчав, не жалувавсь ніколи.&lt;br /&gt;</w:t>
        <w:br/>
        <w:t>А як скінчили другі, знов почав:&lt;br /&gt;</w:t>
        <w:br/>
        <w:t>— Так бачите, яка се в нас війна&lt;br /&gt;</w:t>
        <w:br/>
        <w:t>Ведесь! І що нам віщувать війну?&lt;br /&gt;</w:t>
        <w:br/>
        <w:t>Таж ся війна сама та щось віщує.&lt;br /&gt;</w:t>
        <w:br/>
        <w:t>— А що таке віщує?&lt;br /&gt;</w:t>
        <w:br/>
        <w:t>— Страшний суд! —&lt;br /&gt;</w:t>
        <w:br/>
        <w:t>Слова ті Сень сказав глухим, таємним&lt;br /&gt;</w:t>
        <w:br/>
        <w:t>Полушептом, аж другі мимоволі&lt;br /&gt;</w:t>
        <w:br/>
        <w:t>Склонили голови. В тій хвилі в лісі&lt;br /&gt;</w:t>
        <w:br/>
        <w:t>Сова плачливо застогнала. Тихо&lt;br /&gt;</w:t>
        <w:br/>
        <w:t>На хвилю стало, і нараз, немов&lt;br /&gt;</w:t>
        <w:br/>
        <w:t>Десь з-під землі, протяжний і різкий,&lt;br /&gt;</w:t>
        <w:br/>
        <w:t>Проймаючий роздався стогін людський:&lt;br /&gt;</w:t>
        <w:br/>
        <w:t>— Я-яй! Я-яй! Я-яй!..&lt;br /&gt;</w:t>
        <w:br/>
        <w:t>— Дух божий з нами! — скрикнули відразу&lt;br /&gt;</w:t>
        <w:br/>
        <w:t>Всі конюхи і почали хреститись.&lt;br /&gt;</w:t>
        <w:br/>
        <w:t>— Я-яй! Я-яй! Я-яй! —лунало в дебрях&lt;br /&gt;</w:t>
        <w:br/>
        <w:t>Так жалібно, так важко, що аж серце&lt;br /&gt;</w:t>
        <w:br/>
        <w:t>Мороз проймав. Сконало. Тихо стало.&lt;br /&gt;</w:t>
        <w:br/>
        <w:t>Недвижні всі сиділи круг огню,&lt;br /&gt;</w:t>
        <w:br/>
        <w:t>Тремтячи. Дух захопило у всіх,&lt;br /&gt;</w:t>
        <w:br/>
        <w:t>Так що ніхто і слова не промовив,&lt;br /&gt;</w:t>
        <w:br/>
        <w:t>Ба, навіть коні наострили вуха&lt;br /&gt;</w:t>
        <w:br/>
        <w:t>І стали мовчки.&lt;br /&gt;</w:t>
        <w:br/>
        <w:t>Тільки Сень сидів&lt;br /&gt;</w:t>
        <w:br/>
        <w:t>Спокійний, шепчучи молитву. Врешті&lt;br /&gt;</w:t>
        <w:br/>
        <w:t>Промовив:&lt;br /&gt;</w:t>
        <w:br/>
        <w:t>— От ви й чули віщування.&lt;br /&gt;</w:t>
        <w:br/>
        <w:t>Не бійтесь, се не є нечистий дух,&lt;br /&gt;</w:t>
        <w:br/>
        <w:t>Се та урізька жінка, що пішла&lt;br /&gt;</w:t>
        <w:br/>
        <w:t>По божій волі. Бог їй так казав&lt;br /&gt;</w:t>
        <w:br/>
        <w:t>Плачем і криком грішному народу&lt;br /&gt;</w:t>
        <w:br/>
        <w:t>Оголосити близький суд страшний.&lt;br /&gt;</w:t>
        <w:br/>
        <w:t>— Ну, що се ти говориш, бійся бога,&lt;br /&gt;</w:t>
        <w:br/>
        <w:t>Під ніч таке страхіття? Суд страшний!&lt;br /&gt;</w:t>
        <w:br/>
        <w:t>Хіба ж не чув, що перед страшним судом&lt;br /&gt;</w:t>
        <w:br/>
        <w:t>Повинен ще на світ прийти антихрист?&lt;br /&gt;</w:t>
        <w:br/>
        <w:t>Ну, а про нього, клятого, ще якось&lt;br /&gt;</w:t>
        <w:br/>
        <w:t>Не чути досі.&lt;br /&gt;</w:t>
        <w:br/>
        <w:t>— Не впевняйся дуже! —&lt;br /&gt;</w:t>
        <w:br/>
        <w:t>Сказав поважно, строго якось Сень. —&lt;br /&gt;</w:t>
        <w:br/>
        <w:t>Глухий не чує навіть, як гримить!&lt;br /&gt;</w:t>
        <w:br/>
        <w:t>А я ось що скажу вам, що я чув,&lt;br /&gt;</w:t>
        <w:br/>
        <w:t>Та ні, не я, мої татуньо чули.&lt;br /&gt;</w:t>
        <w:br/>
        <w:t>Вони ось на Кальварії недавно&lt;br /&gt;</w:t>
        <w:br/>
        <w:t>Були, там є чернець один старенький,&lt;br /&gt;</w:t>
        <w:br/>
        <w:t>Що знає їх вже більш як тридцять літ.&lt;br /&gt;</w:t>
        <w:br/>
        <w:t>Так от вони у нього й ночували,&lt;br /&gt;</w:t>
        <w:br/>
        <w:t>І він їм много повідав з книжок.&lt;br /&gt;</w:t>
        <w:br/>
        <w:t>"Моліться, — каже, — люди! Близький часі&lt;br /&gt;</w:t>
        <w:br/>
        <w:t>П'ять гір трави вже віл великий спас.&lt;br /&gt;</w:t>
        <w:br/>
        <w:t>Як шосту буде допасати — ждіть,&lt;br /&gt;</w:t>
        <w:br/>
        <w:t>Тоді антихрист родиться на світ.&lt;br /&gt;</w:t>
        <w:br/>
        <w:t>А як на сьому в півтори дійде,&lt;br /&gt;</w:t>
        <w:br/>
        <w:t>Тоді на землю Ілія прийде".&lt;br /&gt;</w:t>
        <w:br/>
        <w:t>— Дух божий з нами! — скрикнули а тривозі&lt;br /&gt;</w:t>
        <w:br/>
        <w:t>Всі конюхи.— П'ять гір вже, кажеш, спас,&lt;br /&gt;</w:t>
        <w:br/>
        <w:t>Що ж се за гори, що за віл такий?&lt;br /&gt;</w:t>
        <w:br/>
        <w:t>— Хіба ж не знаєте, що в книгах пишуть?&lt;br /&gt;</w:t>
        <w:br/>
        <w:t>Далеко десь, на самім краю світу,&lt;br /&gt;</w:t>
        <w:br/>
        <w:t>Є віл такий: родився він в той день,&lt;br /&gt;</w:t>
        <w:br/>
        <w:t>Коли Христа розп'ято. Має він&lt;br /&gt;</w:t>
        <w:br/>
        <w:t>Сім гір. Коли прийде на світ антихрист,&lt;br /&gt;</w:t>
        <w:br/>
        <w:t>Щоб всіх людей від бога відвернути,&lt;br /&gt;</w:t>
        <w:br/>
        <w:t>То против нього появиться з неба&lt;br /&gt;</w:t>
        <w:br/>
        <w:t>Святий Ілля і буде бунтувати&lt;br /&gt;</w:t>
        <w:br/>
        <w:t>Народ, щоби антихриста цурався.&lt;br /&gt;</w:t>
        <w:br/>
        <w:t>А той антихрист буде цар всесильний.&lt;br /&gt;</w:t>
        <w:br/>
        <w:t>Пішле своїх вояків і шандарів&lt;br /&gt;</w:t>
        <w:br/>
        <w:t>Против пророка. Бог йому допустить&lt;br /&gt;</w:t>
        <w:br/>
        <w:t>Іллю зловити, він його на смерть&lt;br /&gt;</w:t>
        <w:br/>
        <w:t>Засудить. Але знає він, проклятий,&lt;br /&gt;</w:t>
        <w:br/>
        <w:t>Що як з Іллі одна краплина крові&lt;br /&gt;</w:t>
        <w:br/>
        <w:t>На землю впаде — вся земля займеться&lt;br /&gt;</w:t>
        <w:br/>
        <w:t>Й згорить. От він на хитрощі візьметься:&lt;br /&gt;</w:t>
        <w:br/>
        <w:t>Пішле своїх вояків і шандарів&lt;br /&gt;</w:t>
        <w:br/>
        <w:t>На край землі, на тих сім гір, і скаже&lt;br /&gt;</w:t>
        <w:br/>
        <w:t>Вола отого взяти, і зарізать,&lt;br /&gt;</w:t>
        <w:br/>
        <w:t>І з нього шкуру зняти. Розпріструть&lt;br /&gt;</w:t>
        <w:br/>
        <w:t>Вони ту шкуру і на ній почнуть&lt;br /&gt;</w:t>
        <w:br/>
        <w:t>Пророка мучити і катувати.&lt;br /&gt;</w:t>
        <w:br/>
        <w:t>Та поразить господь нечисту силу.&lt;br /&gt;</w:t>
        <w:br/>
        <w:t>Є десь такий комарик, що напився&lt;br /&gt;</w:t>
        <w:br/>
        <w:t>Христової крові, як капала&lt;br /&gt;</w:t>
        <w:br/>
        <w:t>З хреста. Отой комарик саме в хвилі,&lt;br /&gt;</w:t>
        <w:br/>
        <w:t>Як будуть мали різати вола,&lt;br /&gt;</w:t>
        <w:br/>
        <w:t>Його в хребет укусить і в тім місці&lt;br /&gt;</w:t>
        <w:br/>
        <w:t>Маленьку дірочку проколе в шкурі,&lt;br /&gt;</w:t>
        <w:br/>
        <w:t>Таку, що оком і доглянуть годі.&lt;br /&gt;</w:t>
        <w:br/>
        <w:t>Крізь ту то дірочку з крові пророка&lt;br /&gt;</w:t>
        <w:br/>
        <w:t>Малесенька на землю крапля впаде,&lt;br /&gt;</w:t>
        <w:br/>
        <w:t>І загориться вся земля від неї.&lt;br /&gt;</w:t>
        <w:br/>
        <w:t>Спалить антихриста и його все царство,&lt;br /&gt;</w:t>
        <w:br/>
        <w:t>Спалить усі гріхи людські й терпіння,&lt;br /&gt;</w:t>
        <w:br/>
        <w:t>Очистить землю, як від ржі залізо.&lt;br /&gt;</w:t>
        <w:br/>
        <w:t>Тоді господь прийде на суд страшний.&lt;br /&gt;</w:t>
        <w:br/>
        <w:t>Вже геть було за північ. Віз звернув&lt;br /&gt;</w:t>
        <w:br/>
        <w:t>Додолу дишлем, Косарі стояли&lt;br /&gt;</w:t>
        <w:br/>
        <w:t>Посеред неба. Холодно. Огонь&lt;br /&gt;</w:t>
        <w:br/>
        <w:t>Погас. Зітхаючи глибоко, мовчки&lt;br /&gt;</w:t>
        <w:br/>
        <w:t>Ще раз обходять коней конюхи.&lt;br /&gt;</w:t>
        <w:br/>
        <w:t>Спокійно скрізь. Глибоке, темне небо&lt;br /&gt;</w:t>
        <w:br/>
        <w:t>Горить над ними тисячами звізд.&lt;br /&gt;</w:t>
        <w:br/>
        <w:t>Дрімає ліс в тумані. Наче мрія,&lt;br /&gt;</w:t>
        <w:br/>
        <w:t>У сизій пітьмі клаптем чорним там&lt;br /&gt;</w:t>
        <w:br/>
        <w:t>Лежить село.&lt;br /&gt;</w:t>
        <w:br/>
        <w:t>І хлопці полягали —&lt;br /&gt;</w:t>
        <w:br/>
        <w:t>Хто на соломі, що приніс з собою,&lt;br /&gt;</w:t>
        <w:br/>
        <w:t>А хто й попросту на траві росистій,&lt;br /&gt;</w:t>
        <w:br/>
        <w:t>Лиш міх товстий під себе простеливши.&lt;br /&gt;</w:t>
        <w:br/>
        <w:t>Лиш Сень не ліг. При вигаслім огнищі&lt;br /&gt;</w:t>
        <w:br/>
        <w:t>Сидить він, скулившись від холоду,&lt;br /&gt;</w:t>
        <w:br/>
        <w:t>Недвижний, у якійсь глибокій думі.&lt;br /&gt;</w:t>
        <w:br/>
        <w:t>— О господи! — зітхне часом. — Не дай&lt;br /&gt;</w:t>
        <w:br/>
        <w:t>Сліпому і глухому в світі жити,&lt;br /&gt;</w:t>
        <w:br/>
        <w:t>Щоб не заскочив неготових нас&lt;br /&gt;</w:t>
        <w:br/>
        <w:t>Великий день, страшний день суду твого!&lt;br /&gt;</w:t>
        <w:br/>
        <w:t>І він здригнувся.&lt;br /&gt;</w:t>
        <w:br/>
        <w:t>— Господи помилуй!&lt;br /&gt;</w:t>
        <w:br/>
        <w:t>Се смерть у очі заглядає! — шепнув&lt;br /&gt;</w:t>
        <w:br/>
        <w:t>І знов почав молитись, ще щиріше,&lt;br /&gt;</w:t>
        <w:br/>
        <w:t>Ще гарячіше. Тихо сяють зорі,&lt;br /&gt;</w:t>
        <w:br/>
        <w:t>Немов манять до себе. Дух якийсь&lt;br /&gt;</w:t>
        <w:br/>
        <w:t>Могучий і таємний пролітає&lt;br /&gt;</w:t>
        <w:br/>
        <w:t>Понад землею. Чує лет його&lt;br /&gt;</w:t>
        <w:br/>
        <w:t>Усяке серце добре та чутливе&lt;br /&gt;</w:t>
        <w:br/>
        <w:t>И тріпочесь тужно, наче пташка в кліті.&lt;br /&gt;</w:t>
        <w:br/>
        <w:t>Чого? Куди? Пошто? Дарма питати.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селах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