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Поетова весна</w:t>
      </w:r>
    </w:p>
    <w:p>
      <w:r>
        <w:br/>
        <w:t xml:space="preserve"> Ну що ж, поете безіменних мрій?&lt;br /&gt;</w:t>
        <w:br/>
        <w:t>В твоїй чернетці пишних віршів рій&lt;br /&gt;</w:t>
        <w:br/>
        <w:t>дзвінкими римами впиває, як вино.</w:t>
      </w:r>
    </w:p>
    <w:p>
      <w:r>
        <w:br/>
        <w:t>Ти крізь вікно&lt;br /&gt;</w:t>
        <w:br/>
        <w:t>у далечінь глядиш:&lt;br /&gt;</w:t>
        <w:br/>
        <w:t>виприскують сріблясті стебла трав,&lt;br /&gt;</w:t>
        <w:br/>
        <w:t>небавом бризнуть яблуні бруньками&lt;br /&gt;</w:t>
        <w:br/>
        <w:t>і край дороги виросте спориш.&lt;br /&gt;</w:t>
        <w:br/>
        <w:t>На березовій скрипці вітер грав&lt;br /&gt;</w:t>
        <w:br/>
        <w:t>і, наче шовком, витер кожний камінь.&lt;br /&gt;</w:t>
        <w:br/>
        <w:t>Ти піснею розпалене чоло&lt;br /&gt;</w:t>
        <w:br/>
        <w:t>в долоні похилив.&lt;br /&gt;</w:t>
        <w:br/>
        <w:t>Ось ярою весною зацвіло,&lt;br /&gt;</w:t>
        <w:br/>
        <w:t>і ти ще раз щаслив.&lt;br /&gt;</w:t>
        <w:br/>
        <w:t>Твоє перо, думкам слухняне,&lt;br /&gt;</w:t>
        <w:br/>
        <w:t>нових пісень ладнає гармонійний стрій.&lt;br /&gt;</w:t>
        <w:br/>
        <w:t>Тремтить захоплення струною голос твій,&lt;br /&gt;</w:t>
        <w:br/>
        <w:t>і з неба ждеш вечірньої роси,&lt;br /&gt;</w:t>
        <w:br/>
        <w:t>і ловиш оком п’яним&lt;br /&gt;</w:t>
        <w:br/>
        <w:t>на синім обрії хмаринки біло-льняні&lt;br /&gt;</w:t>
        <w:br/>
        <w:t>у завороженому перстені краси.&lt;br /&gt;</w:t>
        <w:br/>
        <w:t>Не знаєш сам, чи весело тобі, чи сумно,&lt;br /&gt;</w:t>
        <w:br/>
        <w:t>і б’є весна до голови.&lt;br /&gt;</w:t>
        <w:br/>
        <w:t>………………………………………………………&lt;br /&gt;</w:t>
        <w:br/>
        <w:t>А за вікном юнацтво горде та безумне&lt;br /&gt;</w:t>
        <w:br/>
        <w:t>готується на зрив новий.</w:t>
      </w:r>
    </w:p>
    <w:p>
      <w:r>
        <w:br/>
        <w:t>Середа, 29 березня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Поетова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