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Погляд у криницю</w:t>
      </w:r>
    </w:p>
    <w:p>
      <w:r>
        <w:br/>
        <w:t xml:space="preserve"> Я розумію світло. Це — душа.&lt;br /&gt;</w:t>
        <w:br/>
        <w:t>Любові й космосу глибини. Жертва.&lt;br /&gt;</w:t>
        <w:br/>
        <w:t>Блиск розуму. Благословіння миру.&lt;br /&gt;</w:t>
        <w:br/>
        <w:t>Палання рук. Веселощі трави.</w:t>
      </w:r>
    </w:p>
    <w:p>
      <w:r>
        <w:br/>
        <w:t>А що таке темноти? Я не знаю.&lt;br /&gt;</w:t>
        <w:br/>
        <w:t>Можливо, це — самотності печаль.&lt;br /&gt;</w:t>
        <w:br/>
        <w:t>Дух каменя. Жало злоби. Липкі&lt;br /&gt;</w:t>
        <w:br/>
        <w:t>Пов'язки мумій. Заздрість ненаситна.</w:t>
      </w:r>
    </w:p>
    <w:p>
      <w:r>
        <w:br/>
        <w:t>Але без темряви свою снагу&lt;br /&gt;</w:t>
        <w:br/>
        <w:t>Не може сяйво людям об'явити;&lt;br /&gt;</w:t>
        <w:br/>
        <w:t>Потрібна ніч знесиленим очам.</w:t>
      </w:r>
    </w:p>
    <w:p>
      <w:r>
        <w:br/>
        <w:t>Тьма смерті очищає джерело&lt;br /&gt;</w:t>
        <w:br/>
        <w:t>Людського зору, як пісок підземний —&lt;br /&gt;</w:t>
        <w:br/>
        <w:t>Ті води, що прозріють у криниці.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Погляд у криницю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