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Покора</w:t>
      </w:r>
    </w:p>
    <w:p>
      <w:r>
        <w:br/>
        <w:t xml:space="preserve"> &lt;p&gt;Повно масної, ясної зелені і сміх сонця.</w:t>
      </w:r>
    </w:p>
    <w:p>
      <w:r>
        <w:br/>
        <w:t>Чотирикутний сад, замкнений мовчаливими панськими будинками, пишався в барвах.</w:t>
      </w:r>
    </w:p>
    <w:p>
      <w:r>
        <w:br/>
        <w:t>Весняні цвіти цвіли. Ще рано, в сірім світлі під холодними краплями роси розвивалися нанині.</w:t>
      </w:r>
    </w:p>
    <w:p>
      <w:r>
        <w:br/>
        <w:t>І розвинулися.</w:t>
      </w:r>
    </w:p>
    <w:p>
      <w:r>
        <w:br/>
        <w:t>Турецький боз... білий боз... повні кругляві тюльпани, нарциси — біліючі, мов на зелених стеблах попричіплювані метелики...</w:t>
      </w:r>
    </w:p>
    <w:p>
      <w:r>
        <w:br/>
        <w:t>Зелені кущі з густо і лукувато до землі спадаючими вінками галузок, обсипані дрібним звіздовато-жовтим цвітом...</w:t>
      </w:r>
    </w:p>
    <w:p>
      <w:r>
        <w:br/>
        <w:t>Сильно пахучі аврікли ситої, понсової краски, і братки.</w:t>
      </w:r>
    </w:p>
    <w:p>
      <w:r>
        <w:br/>
        <w:t>Ціла маса прерізних братків і ще інші цвіти.</w:t>
      </w:r>
    </w:p>
    <w:p>
      <w:r>
        <w:br/>
        <w:t>Білявим піском повисипувані стежки окружали, кокетливо вигинаючися, клумби і арабески і губилися в корчах, що росли густо під холодним муром...</w:t>
      </w:r>
    </w:p>
    <w:p>
      <w:r>
        <w:br/>
        <w:t>Около десятої перед полуднем вибирався артист з дому і взявся спускати заслону над відчиненим вікном.</w:t>
      </w:r>
    </w:p>
    <w:p>
      <w:r>
        <w:br/>
        <w:t>В тій хвилі підступила молода циганка до нього — двадцятилітня, може,— з двома дівчатками в чотирьох... п'ятьох роках до вікна і стала просити милостині.</w:t>
      </w:r>
    </w:p>
    <w:p>
      <w:r>
        <w:br/>
        <w:t>Говорила побожні, покірні слова, а малі наслідували її, простягаючи і собі рученята до нього вгору. Сумовито, а заразом лакомо були звернені всіх очі на нього. Великі, жадібні очі, в котрих тліла несвідома пристрасть полудневих рас.</w:t>
      </w:r>
    </w:p>
    <w:p>
      <w:r>
        <w:br/>
        <w:t>Кинув гріш вікном, і вони його зручно зловили.</w:t>
      </w:r>
    </w:p>
    <w:p>
      <w:r>
        <w:br/>
        <w:t>Стояли дальше.</w:t>
      </w:r>
    </w:p>
    <w:p>
      <w:r>
        <w:br/>
        <w:t>Хотіли ще чого-то. Мати просила дальше. Яку злишню, зношену одіж... стару яку хустку... або і що інше. Все одно що: лише щоб ще чого-небудь... не мали нічого. Прибули здалека і мусили знов дальше... далеко... страх далеко!</w:t>
      </w:r>
    </w:p>
    <w:p>
      <w:r>
        <w:br/>
        <w:t>І знов звернулися очі всіх, як передше, на нього. Великі, з лакомим... дожидаючим виразом... Мати зложила руки навхрест на грудях і склонилась покірно до землі.</w:t>
      </w:r>
    </w:p>
    <w:p>
      <w:r>
        <w:br/>
        <w:t>Хтось зсередини закликав його. Звучний, рівний голос жіночий, наказуючий зачиняти сей час вікно...</w:t>
      </w:r>
    </w:p>
    <w:p>
      <w:r>
        <w:br/>
        <w:t>Кілька хвиль минуло.</w:t>
      </w:r>
    </w:p>
    <w:p>
      <w:r>
        <w:br/>
        <w:t>Пішли вже собі?</w:t>
      </w:r>
    </w:p>
    <w:p>
      <w:r>
        <w:br/>
        <w:t>Пішли.</w:t>
      </w:r>
    </w:p>
    <w:p>
      <w:r>
        <w:br/>
        <w:t>Вона оставила тут під його вікном щось зі своєї покори і пішла білою широкою стежкою, що вилася між весняними цвітами, між кущами, обсипаними жовтим дрібним цвітом, в золотім блиску сонця... до других замешкуваних будинків.</w:t>
      </w:r>
    </w:p>
    <w:p>
      <w:r>
        <w:br/>
        <w:t>Ішла звільна... несміливим кроком... зі звисаючими по боках руками... городом... прямо, неначеб несла на голові повний дзбан. А однак... скільки-то ритму лежало в її рівнім ході... які шляхетні були в неї лінії, яка струнка і ніжна її стать, котрої краси не могла лишити і мізерна одіж, а зраджувала при кождім руху грацію і красу!</w:t>
      </w:r>
    </w:p>
    <w:p>
      <w:r>
        <w:br/>
        <w:t>Глядів за нею. Артист...</w:t>
      </w:r>
    </w:p>
    <w:p>
      <w:r>
        <w:br/>
        <w:t>Побачила когось з мешканців в панських сінях — і склала, як перше перед ним, тепер там руки навхрест і — повернула покора. Викінчено і скромно. Склонилася глибоко з повагою тихо до землі...</w:t>
      </w:r>
    </w:p>
    <w:p>
      <w:r>
        <w:br/>
        <w:t>Засоромився.</w:t>
      </w:r>
    </w:p>
    <w:p>
      <w:r>
        <w:br/>
        <w:t>Що було се таке? О що вона його перед хвилею просила, чого не міг дати, і вона надармо оставила щось зі своєї покори?</w:t>
      </w:r>
    </w:p>
    <w:p>
      <w:r>
        <w:br/>
        <w:t>Що було се таке?</w:t>
      </w:r>
    </w:p>
    <w:p>
      <w:r>
        <w:br/>
        <w:t>Соромився.</w:t>
      </w:r>
    </w:p>
    <w:p>
      <w:r>
        <w:br/>
        <w:t>Відтак відшукав щось і збіг з тим вдолину.</w:t>
      </w:r>
    </w:p>
    <w:p>
      <w:r>
        <w:br/>
        <w:t>Вона була зайшла там в сіни, а малі осталися в городі.</w:t>
      </w:r>
    </w:p>
    <w:p>
      <w:r>
        <w:br/>
        <w:t>До них кивнув він рукою, вимахуючи дарунком високо, приманюючи їх до себе.</w:t>
      </w:r>
    </w:p>
    <w:p>
      <w:r>
        <w:br/>
        <w:t>Прилетіли.</w:t>
      </w:r>
    </w:p>
    <w:p>
      <w:r>
        <w:br/>
        <w:t>З утішним, щасливим щебетом — як птахи злетіли.</w:t>
      </w:r>
    </w:p>
    <w:p>
      <w:r>
        <w:br/>
        <w:t>Темно-сині любі ластів'ята — розсіяні одною вже хвилиною...</w:t>
      </w:r>
    </w:p>
    <w:p>
      <w:r>
        <w:br/>
        <w:t>Старше пірвало бурливо дарунок собі і, розкішно сміючись, вхопило його руку і притиснуло до неї свої уста. Але не там, де цілується звичайно, а трохи вище, майже під рукав.</w:t>
      </w:r>
    </w:p>
    <w:p>
      <w:r>
        <w:br/>
        <w:t>В тій хвилі сходила мати по сходах і побачила все. Зложила руки навхрест і склонилася...</w:t>
      </w:r>
    </w:p>
    <w:p>
      <w:r>
        <w:br/>
        <w:t>Поспішив в хату — з тайним щастям в грудях...</w:t>
      </w:r>
    </w:p>
    <w:p>
      <w:r>
        <w:br/>
        <w:t>Не любив цілування. Але сей поцілуй дитинячих уст відчув він аж в душі. Лежав він йому на руці, немов прилипший до неї браток... один з тих оксамитно-м'яких з темними очима... яких саме багато цвіло он там в зелені і в світлі... Або ще лучче. Він лишив по собі виразний слід полудневого тепла...</w:t>
      </w:r>
    </w:p>
    <w:p>
      <w:r>
        <w:br/>
        <w:t>І забув він все — артист.</w:t>
      </w:r>
    </w:p>
    <w:p>
      <w:r>
        <w:br/>
        <w:t>І з тої хвилі минув довгий час і настала осінь.</w:t>
      </w:r>
    </w:p>
    <w:p>
      <w:r>
        <w:br/>
        <w:t>В природі ішло все до посліднього викінчення. Тут і там добачувалося в ній послідні рештки сіяючої краси. В лісі... на нивах... в парку, а найбільше між гордими осінніми цвітами без запаху.</w:t>
      </w:r>
    </w:p>
    <w:p>
      <w:r>
        <w:br/>
        <w:t>Тижні минають, як стоїть йому циганя перед душею.</w:t>
      </w:r>
    </w:p>
    <w:p>
      <w:r>
        <w:br/>
        <w:t>І він бачить його, як тогді стояло... в мізерній одежині... головка сповита на манер матрони... в хустку неозначеної барви... смагляве личко з чорними очима... щастям розсіяними, напрочуд гарними очима... сумно вони закроєні — одинокі!!</w:t>
      </w:r>
    </w:p>
    <w:p>
      <w:r>
        <w:br/>
        <w:t>І він хотів би, щоб воно знов прийшло.</w:t>
      </w:r>
    </w:p>
    <w:p>
      <w:r>
        <w:br/>
        <w:t>Але не тепер — в маю.</w:t>
      </w:r>
    </w:p>
    <w:p>
      <w:r>
        <w:br/>
        <w:t>Як все буде облите золотом сонця, буде розкошувати в свіжій зелені і в цвіті, в запаху і красі, в новості і утісі, і як повернуть ластівки,— щоб воно знов прийшло.</w:t>
      </w:r>
    </w:p>
    <w:p>
      <w:r>
        <w:br/>
        <w:t>І він підняв би його високо вгору, а відтак дав би милостиню.</w:t>
      </w:r>
    </w:p>
    <w:p>
      <w:r>
        <w:br/>
        <w:t>За те нехай би поцілувало його. Але не в руку і під рукав — лише в уста. Своїми дрібонькими, непорочними, теплими устами — нехай би поцілувало його. Тими пречистими оксамитно-м'якими братками... раз, і другий, і третій, а відтак нехай би ішло собі.</w:t>
      </w:r>
    </w:p>
    <w:p>
      <w:r>
        <w:br/>
        <w:t>* * *</w:t>
      </w:r>
    </w:p>
    <w:p>
      <w:r>
        <w:br/>
        <w:t>Але воно не прийде.</w:t>
      </w:r>
    </w:p>
    <w:p>
      <w:r>
        <w:br/>
        <w:t>Попливло кудись далеко, гуляє під голим небом — і не прийде...</w:t>
      </w:r>
    </w:p>
    <w:p>
      <w:r>
        <w:br/>
        <w:t>І виросте з нього така сама пальма, як його мати — висока, поважна... з сумовито закроєними очима — і буде клонитися.</w:t>
      </w:r>
    </w:p>
    <w:p>
      <w:r>
        <w:br/>
        <w:t>Вивчиться руки навхрест складати і при кождій хаті і кождім порозі в просьбі о зношену одіж оставляти щось зі своєї покори...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