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Поле бою</w:t>
      </w:r>
    </w:p>
    <w:p>
      <w:r>
        <w:br/>
        <w:t xml:space="preserve"> 1</w:t>
      </w:r>
    </w:p>
    <w:p>
      <w:r>
        <w:br/>
        <w:t>А поле бою все чека&lt;br /&gt;</w:t>
        <w:br/>
        <w:t>І мріє крізь туман і віддаль.&lt;br /&gt;</w:t>
        <w:br/>
        <w:t>Господь не жалує віка,&lt;br /&gt;</w:t>
        <w:br/>
        <w:t>Щоб ось, блукавши, як сновида,&lt;br /&gt;</w:t>
        <w:br/>
        <w:t>Шукать шляху, і важить час,&lt;br /&gt;</w:t>
        <w:br/>
        <w:t>І пить гіркі й безсонні ночі,&lt;br /&gt;</w:t>
        <w:br/>
        <w:t>Й даремно підбирать ключа&lt;br /&gt;</w:t>
        <w:br/>
        <w:t>До літер тих сузір пророчих.</w:t>
      </w:r>
    </w:p>
    <w:p>
      <w:r>
        <w:br/>
        <w:t>2</w:t>
      </w:r>
    </w:p>
    <w:p>
      <w:r>
        <w:br/>
        <w:t>А поле бою нам все те ж —&lt;br /&gt;</w:t>
        <w:br/>
        <w:t>І заповітом, і докором —&lt;br /&gt;</w:t>
        <w:br/>
        <w:t>Ось розгортається без меж&lt;br /&gt;</w:t>
        <w:br/>
        <w:t>Узустріч непоборним горам.</w:t>
      </w:r>
    </w:p>
    <w:p>
      <w:r>
        <w:br/>
        <w:t>Воно гукає по ночах,&lt;br /&gt;</w:t>
        <w:br/>
        <w:t>Воно здригається і стогне.&lt;br /&gt;</w:t>
        <w:br/>
        <w:t>Примари юрмляться. І жах&lt;br /&gt;</w:t>
        <w:br/>
        <w:t>Десь опівночі лунко охне —&lt;br /&gt;</w:t>
        <w:br/>
        <w:t>Всім простором, всім тиском тиш,&lt;br /&gt;</w:t>
        <w:br/>
        <w:t>Всім мовчанням сліпої ночі...&lt;br /&gt;</w:t>
        <w:br/>
        <w:t>О, поле бою, закричи ж,&lt;br /&gt;</w:t>
        <w:br/>
        <w:t>Розплющ давно засклеплі очі!</w:t>
      </w:r>
    </w:p>
    <w:p>
      <w:r>
        <w:br/>
        <w:t>Гантер, 6.VIII.1965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Поле бою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