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Поліціан</w:t>
      </w:r>
    </w:p>
    <w:p>
      <w:r>
        <w:br/>
        <w:t xml:space="preserve"> ДІЙОВІ ОСОБИ:&lt;br /&gt;</w:t>
        <w:br/>
        <w:t>ЛАЛАГА, сирота, вихованка ді Брольйо.&lt;br /&gt;</w:t>
        <w:br/>
        <w:t>АЛЕССАНДРА, небога ді Брольйо, заручена з Кастільйоне.&lt;br /&gt;</w:t>
        <w:br/>
        <w:t>ДЖАСІНТА, покоївка Лалаги.&lt;br /&gt;</w:t>
        <w:br/>
        <w:t>ГЕРЦОГ ДІ БРОЛЬЙО.&lt;br /&gt;</w:t>
        <w:br/>
        <w:t>КАСТІЛЬЙОНЕ, його син та спадкоємець.&lt;br /&gt;</w:t>
        <w:br/>
        <w:t>САНОЦЦО, приятель Кастільйоне.&lt;br /&gt;</w:t>
        <w:br/>
        <w:t>ПОЛІЦІАН.&lt;br /&gt;</w:t>
        <w:br/>
        <w:t>БАЛТАЗЗАР, його товариш.&lt;br /&gt;</w:t>
        <w:br/>
        <w:t>ЧЕРНЕЦЬ.&lt;br /&gt;</w:t>
        <w:br/>
        <w:t>УГО, БЕНІТО, РУПЕРТ — слуги в домі ді Брольйо.&lt;br /&gt;</w:t>
        <w:br/>
        <w:t>Місце дії: Рим [XVI] ст.</w:t>
      </w:r>
    </w:p>
    <w:p>
      <w:r>
        <w:br/>
        <w:t>ЯВА ПЕРША&lt;br /&gt;</w:t>
        <w:br/>
        <w:t>Кімната в палаці ді Брольйо. Сліди бучного бенкету. На столі недогарки свічок. На столі й долі розкидані маски, лютня, жіноча пантофля, карти, побиті пляшки. Входить БЕНІТО й натрапляє на п'яного УГО.&lt;br /&gt;</w:t>
        <w:br/>
        <w:t>УГО&lt;br /&gt;</w:t>
        <w:br/>
        <w:t>Це ти, Беніто? (Гикає). Гості вже забрались?&lt;br /&gt;</w:t>
        <w:br/>
        <w:t>БЕНІТО&lt;br /&gt;</w:t>
        <w:br/>
        <w:t>По правді, Уго, важко зрозуміти.&lt;br /&gt;</w:t>
        <w:br/>
        <w:t>Пляшки порожні? Ну, тоді забрались.&lt;br /&gt;</w:t>
        <w:br/>
        <w:t>Саноццо-граф, той збив мене на сходах&lt;br /&gt;</w:t>
        <w:br/>
        <w:t>Допіру, як сюди я підіймавсь;&lt;br /&gt;</w:t>
        <w:br/>
        <w:t>Про нього можу з певністю сказати,&lt;br /&gt;</w:t>
        <w:br/>
        <w:t>Що він забрався... і набрався теж.&lt;br /&gt;</w:t>
        <w:br/>
        <w:t>УГО&lt;br /&gt;</w:t>
        <w:br/>
        <w:t>А той харциз? (Гикає). А де подівсь фігляр?&lt;br /&gt;</w:t>
        <w:br/>
        <w:t>їх світлість, кажеш, зволили піти? [337]&lt;br /&gt;</w:t>
        <w:br/>
        <w:t>І дідько (гикає) всіх музик позабирав?&lt;br /&gt;</w:t>
        <w:br/>
        <w:t>Так спати хочеться — здуріти можна!&lt;br /&gt;</w:t>
        <w:br/>
        <w:t>БЕНІТО (оглядаючи його)&lt;br /&gt;</w:t>
        <w:br/>
        <w:t>Ти правду, Уго, кажеш, слово честі,-&lt;br /&gt;</w:t>
        <w:br/>
        <w:t>З усього видно — ти таки здурів!&lt;br /&gt;</w:t>
        <w:br/>
        <w:t>УГО&lt;br /&gt;</w:t>
        <w:br/>
        <w:t>А так я не казав. Або ж (гикає) збрехав.&lt;br /&gt;</w:t>
        <w:br/>
        <w:t>БЕНІТО&lt;br /&gt;</w:t>
        <w:br/>
        <w:t>Звичайно, любий Уго, ти збрехав.&lt;br /&gt;</w:t>
        <w:br/>
        <w:t>Бо ти брехун відомий — сам признався.&lt;br /&gt;</w:t>
        <w:br/>
        <w:t>Уго сідає до столу й наливає собі вина. Входить РУПЕРТ.&lt;br /&gt;</w:t>
        <w:br/>
        <w:t>Гей, юний Руперте, де дів ти графа?&lt;br /&gt;</w:t>
        <w:br/>
        <w:t>РУПЕРТ&lt;br /&gt;</w:t>
        <w:br/>
        <w:t>Де п'яного я мав його подіти?&lt;br /&gt;</w:t>
        <w:br/>
        <w:t>Та витяг з-під стола, де він розлігся,&lt;br /&gt;</w:t>
        <w:br/>
        <w:t>Й на ліжко приволік.&lt;br /&gt;</w:t>
        <w:br/>
        <w:t>БЕНІТО&lt;br /&gt;</w:t>
        <w:br/>
        <w:t>Ох, Руперте,&lt;br /&gt;</w:t>
        <w:br/>
        <w:t>Невже ді Брольйо, герцог наш, не знає&lt;br /&gt;</w:t>
        <w:br/>
        <w:t>Про синові пиятики нічні?&lt;br /&gt;</w:t>
        <w:br/>
        <w:t>Вони не личать, далебі, нікому,&lt;br /&gt;</w:t>
        <w:br/>
        <w:t>Тим більш не до лиця вони синьйору&lt;br /&gt;</w:t>
        <w:br/>
        <w:t>З такого роду! Шкода й говорити!&lt;br /&gt;</w:t>
        <w:br/>
        <w:t>Не бачити б мені, як він змінився!&lt;br /&gt;</w:t>
        <w:br/>
        <w:t>УГО&lt;br /&gt;</w:t>
        <w:br/>
        <w:t>Він перебрав, Беніто. Чи не так&lt;br /&gt;</w:t>
        <w:br/>
        <w:t>Ти, Руперте, сказав? Всі гіршими&lt;br /&gt;</w:t>
        <w:br/>
        <w:t>Стають тоді, як вип'ють. Я (гикає) також.&lt;br /&gt;</w:t>
        <w:br/>
        <w:t>РУПЕРТ (до Беніто)&lt;br /&gt;</w:t>
        <w:br/>
        <w:t>Став гіршим, кажеш, граф наш Кастільйоне?&lt;br /&gt;</w:t>
        <w:br/>
        <w:t>І я помітив. А ще так недавно,-&lt;br /&gt;</w:t>
        <w:br/>
        <w:t>Як витівки юнацькі оминути,-&lt;br /&gt;</w:t>
        <w:br/>
        <w:t>Шляхетністю він кожного вражав.&lt;br /&gt;</w:t>
        <w:br/>
        <w:t>БЕНІТО&lt;br /&gt;</w:t>
        <w:br/>
        <w:t>Вражав... Ох, леді Лалага нещасна!&lt;br /&gt;</w:t>
        <w:br/>
        <w:t>Така вродлива й лагідна. [338]&lt;br /&gt;</w:t>
        <w:br/>
        <w:t>РУПЕРТ&lt;br /&gt;</w:t>
        <w:br/>
        <w:t>Авжеж,&lt;br /&gt;</w:t>
        <w:br/>
        <w:t>В моїх очах він дуже підупав.&lt;br /&gt;</w:t>
        <w:br/>
        <w:t>Облудний пес! Заручений був з нею...&lt;br /&gt;</w:t>
        <w:br/>
        <w:t>Вона ж сирітка, виросла в цім домі.&lt;br /&gt;</w:t>
        <w:br/>
        <w:t>Ні, він у прірву котиться бездонну,&lt;br /&gt;</w:t>
        <w:br/>
        <w:t>Туди ведуть його пиятики нічні,&lt;br /&gt;</w:t>
        <w:br/>
        <w:t>Гра в карти і розпуста — все відтоді,&lt;br /&gt;</w:t>
        <w:br/>
        <w:t>Як звів підступно Лалагу й покинув.&lt;br /&gt;</w:t>
        <w:br/>
        <w:t>БЕНІТО&lt;br /&gt;</w:t>
        <w:br/>
        <w:t>їй-бо! То гріх йому мордує душу&lt;br /&gt;</w:t>
        <w:br/>
        <w:t>І підбиває на лихе. А герцог&lt;br /&gt;</w:t>
        <w:br/>
        <w:t>Прощає сину все, на неї ж лютий,&lt;br /&gt;</w:t>
        <w:br/>
        <w:t>її трактує зимно і суворо&lt;br /&gt;</w:t>
        <w:br/>
        <w:t>Й затоптує у порох.&lt;br /&gt;</w:t>
        <w:br/>
        <w:t>РУПЕРТ&lt;br /&gt;</w:t>
        <w:br/>
        <w:t>На самоті,&lt;br /&gt;</w:t>
        <w:br/>
        <w:t>Джасінта каже, в спочивальні руки&lt;br /&gt;</w:t>
        <w:br/>
        <w:t>Вона ламає.&lt;br /&gt;</w:t>
        <w:br/>
        <w:t>БЕНІТО&lt;br /&gt;</w:t>
        <w:br/>
        <w:t>Бідолашна панна!&lt;br /&gt;</w:t>
        <w:br/>
        <w:t>Учора у шпарину я побачив,&lt;br /&gt;</w:t>
        <w:br/>
        <w:t>Як Лалага навколішках ридала,&lt;br /&gt;</w:t>
        <w:br/>
        <w:t>І все крізь плач у неї виривалось&lt;br /&gt;</w:t>
        <w:br/>
        <w:t>Імення Кастільйоне. Бач, його&lt;br /&gt;</w:t>
        <w:br/>
        <w:t>Вона і досі любить!&lt;br /&gt;</w:t>
        <w:br/>
        <w:t>РУПЕРТ&lt;br /&gt;</w:t>
        <w:br/>
        <w:t>Як нещасній&lt;br /&gt;</w:t>
        <w:br/>
        <w:t>Оте весілля пережити, га?&lt;br /&gt;</w:t>
        <w:br/>
        <w:t>Воно за тиждень буде, так?&lt;br /&gt;</w:t>
        <w:br/>
        <w:t>БЕНІТО&lt;br /&gt;</w:t>
        <w:br/>
        <w:t>Аякже,&lt;br /&gt;</w:t>
        <w:br/>
        <w:t>Бере за тиждень Кастільйоне шлюб&lt;br /&gt;</w:t>
        <w:br/>
        <w:t>Із Алессандрою — його кузина,&lt;br /&gt;</w:t>
        <w:br/>
        <w:t>Вона дружила з Лалагою щиро&lt;br /&gt;</w:t>
        <w:br/>
        <w:t>Ще перед лихом цим. Бігме, аж плачу,&lt;br /&gt;</w:t>
        <w:br/>
        <w:t>Як здумаю про Лалаги страждання.&lt;br /&gt;</w:t>
        <w:br/>
        <w:t>УГО&lt;br /&gt;</w:t>
        <w:br/>
        <w:t>Вино не зле! Панове, ви не лайте&lt;br /&gt;</w:t>
        <w:br/>
        <w:t>Господаря мого! Оце (гикає) вино! [339]&lt;br /&gt;</w:t>
        <w:br/>
        <w:t>А хто ця Лалага? Та бозна-хто!&lt;br /&gt;</w:t>
        <w:br/>
        <w:t>Така собі го (гикає) норовита цяця,&lt;br /&gt;</w:t>
        <w:br/>
        <w:t>Ще й бренька на гітарі! Ну й вино!&lt;br /&gt;</w:t>
        <w:br/>
        <w:t>Скромніша стане. І хоч граф шелихвіст&lt;br /&gt;</w:t>
        <w:br/>
        <w:t>Чи був таким, але уже розкаявсь&lt;br /&gt;</w:t>
        <w:br/>
        <w:t>І п'є лиш най (гикає) добірніше вино.&lt;br /&gt;</w:t>
        <w:br/>
        <w:t>РУПЕРТ&lt;br /&gt;</w:t>
        <w:br/>
        <w:t>Ходімо спати! От уже упився! (До Беніто).&lt;br /&gt;</w:t>
        <w:br/>
        <w:t>Ходімо!&lt;br /&gt;</w:t>
        <w:br/>
        <w:t>Руперт і Беніто виходять.&lt;br /&gt;</w:t>
        <w:br/>
        <w:t>УГО (підводячись)&lt;br /&gt;</w:t>
        <w:br/>
        <w:t>Що вони сказали? Спати?&lt;br /&gt;</w:t>
        <w:br/>
        <w:t>Невже так пізно? Гості розійшлись?&lt;br /&gt;</w:t>
        <w:br/>
        <w:t>Гаразд! Я теж іду.&lt;br /&gt;</w:t>
        <w:br/>
        <w:t>Входить ДЖАСІТА.&lt;br /&gt;</w:t>
        <w:br/>
        <w:t>О! Щоб я луснув!&lt;br /&gt;</w:t>
        <w:br/>
        <w:t>Джасінто! Ти?&lt;br /&gt;</w:t>
        <w:br/>
        <w:t>ДЖАСІНТА&lt;br /&gt;</w:t>
        <w:br/>
        <w:t>А хто ж іще? Це я,&lt;br /&gt;</w:t>
        <w:br/>
        <w:t>А може, й ні. От, Уго, і загадка!&lt;br /&gt;</w:t>
        <w:br/>
        <w:t>Була Джасінта вчора, а сьогодні&lt;br /&gt;</w:t>
        <w:br/>
        <w:t>Джасінта синьйорина, пане Уго!&lt;br /&gt;</w:t>
        <w:br/>
        <w:t>УГО&lt;br /&gt;</w:t>
        <w:br/>
        <w:t>Ой кралечко, боюсь, що ти (гикає) занадто&lt;br /&gt;</w:t>
        <w:br/>
        <w:t>До (гикає) пляшки прикладалась, синьйорино!&lt;br /&gt;</w:t>
        <w:br/>
        <w:t>ДЖАСІНТА&lt;br /&gt;</w:t>
        <w:br/>
        <w:t>Синьйоре Уго, дякую за кралю!&lt;br /&gt;</w:t>
        <w:br/>
        <w:t>Граф Кастільйоне, в кожнім разі, каже,&lt;br /&gt;</w:t>
        <w:br/>
        <w:t>Що я гарненька. П'яний бевзю, глянь-бо!&lt;br /&gt;</w:t>
        <w:br/>
        <w:t>(Показує кілька прикрас).&lt;br /&gt;</w:t>
        <w:br/>
        <w:t>УГО(гикає)&lt;br /&gt;</w:t>
        <w:br/>
        <w:t>Де?&lt;br /&gt;</w:t>
        <w:br/>
        <w:t>ДЖАСІНТА&lt;br /&gt;</w:t>
        <w:br/>
        <w:t>Ось! Дивись!&lt;br /&gt;</w:t>
        <w:br/>
        <w:t>УГО&lt;br /&gt;</w:t>
        <w:br/>
        <w:t>Джасінто! (Гикає). Гей, Джасінто!&lt;br /&gt;</w:t>
        <w:br/>
        <w:t>Невже, ти кажеш, мій господар граф&lt;br /&gt;</w:t>
        <w:br/>
        <w:t>Подарував тобі оці прикраси? [340]&lt;br /&gt;</w:t>
        <w:br/>
        <w:t>ДЖАСІНТА&lt;br /&gt;</w:t>
        <w:br/>
        <w:t>А от подарував, мій друже Уго!&lt;br /&gt;</w:t>
        <w:br/>
        <w:t>Подарував!&lt;br /&gt;</w:t>
        <w:br/>
        <w:t>УГО&lt;br /&gt;</w:t>
        <w:br/>
        <w:t>Ти глянь! Та я клянуся,&lt;br /&gt;</w:t>
        <w:br/>
        <w:t>Що цю каблучку бачив я на пальці&lt;br /&gt;</w:t>
        <w:br/>
        <w:t>Середньому... на вказів... на мізинці&lt;br /&gt;</w:t>
        <w:br/>
        <w:t>У графа. Ну, Джасінто (гикає), начувайся!&lt;br /&gt;</w:t>
        <w:br/>
        <w:t>Паскуда ти. Я (гикає) не візьму тебе!&lt;br /&gt;</w:t>
        <w:br/>
        <w:t>Я в відчаї. Вчиню щось відчайдушне!&lt;br /&gt;</w:t>
        <w:br/>
        <w:t>Я відчайдушний!&lt;br /&gt;</w:t>
        <w:br/>
        <w:t>ДЖАСІНТА&lt;br /&gt;</w:t>
        <w:br/>
        <w:t>П'яний!&lt;br /&gt;</w:t>
        <w:br/>
        <w:t>УГО&lt;br /&gt;</w:t>
        <w:br/>
        <w:t>Порішу...&lt;br /&gt;</w:t>
        <w:br/>
        <w:t>ДЖАСІНТА (глузливо)&lt;br /&gt;</w:t>
        <w:br/>
        <w:t>Себе порішить! Божечку!&lt;br /&gt;</w:t>
        <w:br/>
        <w:t>УГО&lt;br /&gt;</w:t>
        <w:br/>
        <w:t>Тебе!&lt;br /&gt;</w:t>
        <w:br/>
        <w:t>Я йду, Джасінто. (Йде геть).&lt;br /&gt;</w:t>
        <w:br/>
        <w:t>ДЖАСІНТА (тягне його назад).&lt;br /&gt;</w:t>
        <w:br/>
        <w:t>Стій! Плаксивий дурню!&lt;br /&gt;</w:t>
        <w:br/>
        <w:t>Не хочеш бачити прикрас? Поглянь лиш:&lt;br /&gt;</w:t>
        <w:br/>
        <w:t>Аграфка, перли, ось рубіни — бачиш?&lt;br /&gt;</w:t>
        <w:br/>
        <w:t>УГО (похмуро)&lt;br /&gt;</w:t>
        <w:br/>
        <w:t>Ну, бачу.&lt;br /&gt;</w:t>
        <w:br/>
        <w:t>ДЖАСІНТА&lt;br /&gt;</w:t>
        <w:br/>
        <w:t>А ось топаз, смарагди! Ну як, бачиш?&lt;br /&gt;</w:t>
        <w:br/>
        <w:t>УГО&lt;br /&gt;</w:t>
        <w:br/>
        <w:t>Та бачу.&lt;br /&gt;</w:t>
        <w:br/>
        <w:t>ДЖАСІНТА&lt;br /&gt;</w:t>
        <w:br/>
        <w:t>Та бачу! І нічого більш не скаже&lt;br /&gt;</w:t>
        <w:br/>
        <w:t>Поганий твій язик, крім "бачу, бачу"?&lt;br /&gt;</w:t>
        <w:br/>
        <w:t>Ой телепню сліпий, якщо ти й бачиш,&lt;br /&gt;</w:t>
        <w:br/>
        <w:t>То все тобі двоїться. Ось цей хрест&lt;br /&gt;</w:t>
        <w:br/>
        <w:t>Рубіновий, дурило! Це рубіни! [341]&lt;br /&gt;</w:t>
        <w:br/>
        <w:t>Лишень послухай, та йому ціна&lt;br /&gt;</w:t>
        <w:br/>
        <w:t>П'ять тисяч талярів, не менше!&lt;br /&gt;</w:t>
        <w:br/>
        <w:t>УГО&lt;br /&gt;</w:t>
        <w:br/>
        <w:t>Я розумію (гикає) все! (Дивиться значуще).&lt;br /&gt;</w:t>
        <w:br/>
        <w:t>ДЖАСІНТА&lt;br /&gt;</w:t>
        <w:br/>
        <w:t>Він розуміє!&lt;br /&gt;</w:t>
        <w:br/>
        <w:t>Нічого ти не тямиш! Боже милий!&lt;br /&gt;</w:t>
        <w:br/>
        <w:t>Я розумію! (Передражнює його). Де тобі збагнути!&lt;br /&gt;</w:t>
        <w:br/>
        <w:t>Я — найбагатша покоївка в Римі,&lt;br /&gt;</w:t>
        <w:br/>
        <w:t>Я — найбагатша чашника дочка,&lt;br /&gt;</w:t>
        <w:br/>
        <w:t>Бо всі оці коштовності — мої!&lt;br /&gt;</w:t>
        <w:br/>
        <w:t>Так знай, що Лалага, моя хазяйка,&lt;br /&gt;</w:t>
        <w:br/>
        <w:t>Яка мені оце подарувала,-&lt;br /&gt;</w:t>
        <w:br/>
        <w:t>Ти чув? — подарувала на весілля&lt;br /&gt;</w:t>
        <w:br/>
        <w:t>(Усі прикраси, всі до однієї!),&lt;br /&gt;</w:t>
        <w:br/>
        <w:t>Напевне з глузду з'їхала!&lt;br /&gt;</w:t>
        <w:br/>
        <w:t>УГО&lt;br /&gt;</w:t>
        <w:br/>
        <w:t>То значить,&lt;br /&gt;</w:t>
        <w:br/>
        <w:t>Це Лалага подарувала! Звідки ж (гикає)&lt;br /&gt;</w:t>
        <w:br/>
        <w:t>Каблучка ця дісталася тобі?&lt;br /&gt;</w:t>
        <w:br/>
        <w:t>ДЖАСІНТА&lt;br /&gt;</w:t>
        <w:br/>
        <w:t>Граф Кастільйоне, любий твій господар,&lt;br /&gt;</w:t>
        <w:br/>
        <w:t>Все їй подарував на знак любові&lt;br /&gt;</w:t>
        <w:br/>
        <w:t>Торік, ну а вона — мені,— второпав?&lt;br /&gt;</w:t>
        <w:br/>
        <w:t>УГО (блиснувши очима)&lt;br /&gt;</w:t>
        <w:br/>
        <w:t>Джасінто!&lt;br /&gt;</w:t>
        <w:br/>
        <w:t>ДЖАСІНТА (теж блискає очима)&lt;br /&gt;</w:t>
        <w:br/>
        <w:t>Уго!&lt;br /&gt;</w:t>
        <w:br/>
        <w:t>УГО&lt;br /&gt;</w:t>
        <w:br/>
        <w:t>Що, моя Джасінто?&lt;br /&gt;</w:t>
        <w:br/>
        <w:t>ДЖАСІНТА&lt;br /&gt;</w:t>
        <w:br/>
        <w:t>Вже розшолопав?&lt;br /&gt;</w:t>
        <w:br/>
        <w:t>УГО&lt;br /&gt;</w:t>
        <w:br/>
        <w:t>Люба, дай-но гляну&lt;br /&gt;</w:t>
        <w:br/>
        <w:t>Ще раз (гикає) на ті прикраси. [342]&lt;br /&gt;</w:t>
        <w:br/>
        <w:t>ДЖАСІНТА&lt;br /&gt;</w:t>
        <w:br/>
        <w:t>Зрозумів?&lt;br /&gt;</w:t>
        <w:br/>
        <w:t>УГО&lt;br /&gt;</w:t>
        <w:br/>
        <w:t>Пхе! Дай погляну ближче!&lt;br /&gt;</w:t>
        <w:br/>
        <w:t>ДЖАСІНТА&lt;br /&gt;</w:t>
        <w:br/>
        <w:t>Ну, то як?&lt;br /&gt;</w:t>
        <w:br/>
        <w:t>(Задкуючи, підносить руки з прикрасами).&lt;br /&gt;</w:t>
        <w:br/>
        <w:t>УГО&lt;br /&gt;</w:t>
        <w:br/>
        <w:t>Джасінто, пташко! Люба синьйорино!&lt;br /&gt;</w:t>
        <w:br/>
        <w:t>ДЖАСІНТА&lt;br /&gt;</w:t>
        <w:br/>
        <w:t>Еге, тепер все ясно.&lt;br /&gt;</w:t>
        <w:br/>
        <w:t>Ховає прикраси і виходить, за нею, зашпортуючись, Уго.</w:t>
      </w:r>
    </w:p>
    <w:p>
      <w:r>
        <w:br/>
        <w:t>ЯВА ДРУГА&lt;br /&gt;</w:t>
        <w:br/>
        <w:t>Вітальня Кастільйоне.&lt;br /&gt;</w:t>
        <w:br/>
        <w:t>КАСТІЛЬЙОНЕ (напіводягнений) і САНОЦЦО.&lt;br /&gt;</w:t>
        <w:br/>
        <w:t>САНОЦЦО&lt;br /&gt;</w:t>
        <w:br/>
        <w:t>Чудесний жарт! Клянусь, чудесний жарт!&lt;br /&gt;</w:t>
        <w:br/>
        <w:t>Ха-ха-ха-ха! Воістину розкішний!&lt;br /&gt;</w:t>
        <w:br/>
        <w:t>Помру я, Кастільйоне, ой, помру!&lt;br /&gt;</w:t>
        <w:br/>
        <w:t>Ха-ха-ха-ха! Помру-таки від сміху!&lt;br /&gt;</w:t>
        <w:br/>
        <w:t>Помру, помру!&lt;br /&gt;</w:t>
        <w:br/>
        <w:t>КАСТІЛЬЙОНЕ (похмуро)&lt;br /&gt;</w:t>
        <w:br/>
        <w:t>Для мене це не жарт.&lt;br /&gt;</w:t>
        <w:br/>
        <w:t>САНОЦЦО&lt;br /&gt;</w:t>
        <w:br/>
        <w:t>Атож, атож! Для тебе це не жарт.&lt;br /&gt;</w:t>
        <w:br/>
        <w:t>Ні-ні! Ха-ха-ха-ха! Помру! Помру!&lt;br /&gt;</w:t>
        <w:br/>
        <w:t>Поважна вельми річ, я запевняю.&lt;br /&gt;</w:t>
        <w:br/>
        <w:t>Напитися — поважна вельми річ!&lt;br /&gt;</w:t>
        <w:br/>
        <w:t>Покаятися ти надумав — браво!&lt;br /&gt;</w:t>
        <w:br/>
        <w:t>Так от що, Касе! Маю вдома чотки —&lt;br /&gt;</w:t>
        <w:br/>
        <w:t>Пришлю тобі. А ще волосяницю,&lt;br /&gt;</w:t>
        <w:br/>
        <w:t>Яку вдягав на маскарад, віддам.&lt;br /&gt;</w:t>
        <w:br/>
        <w:t>Піду додому й притьмом перешлю&lt;br /&gt;</w:t>
        <w:br/>
        <w:t>В барильці щонайкращий попіл! [343]&lt;br /&gt;</w:t>
        <w:br/>
        <w:t>КАСТІЛЬЙОНЕ&lt;br /&gt;</w:t>
        <w:br/>
        <w:t>Саноццо! Ти скінчиш... (Вагається).&lt;br /&gt;</w:t>
        <w:br/>
        <w:t>САНОЦЦО&lt;br /&gt;</w:t>
        <w:br/>
        <w:t>О! Я скінчусь...&lt;br /&gt;</w:t>
        <w:br/>
        <w:t>Кінчаюся... от-от уже скінчусь!&lt;br /&gt;</w:t>
        <w:br/>
        <w:t>Помру від сміху... так! Кінчаюсь я!&lt;br /&gt;</w:t>
        <w:br/>
        <w:t>КАСТІЛЬЙОНЕ (гостро)&lt;br /&gt;</w:t>
        <w:br/>
        <w:t>Саноццо!&lt;br /&gt;</w:t>
        <w:br/>
        <w:t>САНОЦЦО&lt;br /&gt;</w:t>
        <w:br/>
        <w:t>Га? Що?&lt;br /&gt;</w:t>
        <w:br/>
        <w:t>КАСТІЛЬЙОНЕ&lt;br /&gt;</w:t>
        <w:br/>
        <w:t>Я не жартую.&lt;br /&gt;</w:t>
        <w:br/>
        <w:t>САНОЦЦО&lt;br /&gt;</w:t>
        <w:br/>
        <w:t>Я вірю вам.&lt;br /&gt;</w:t>
        <w:br/>
        <w:t>КАСТІЛЬЙОНЕ&lt;br /&gt;</w:t>
        <w:br/>
        <w:t>Навіщо те блюзнірство?&lt;br /&gt;</w:t>
        <w:br/>
        <w:t>Щось голова болить, зле почуваюсь&lt;br /&gt;</w:t>
        <w:br/>
        <w:t>І тілом, і душею. Ти коли&lt;br /&gt;</w:t>
        <w:br/>
        <w:t>Востаннє бачив леді... Лалагу?&lt;br /&gt;</w:t>
        <w:br/>
        <w:t>САНОЦЦО&lt;br /&gt;</w:t>
        <w:br/>
        <w:t>Та&lt;br /&gt;</w:t>
        <w:br/>
        <w:t>Десь з одинадцять місяців тому.&lt;br /&gt;</w:t>
        <w:br/>
        <w:t>Пощо здалась тобі ота особа?&lt;br /&gt;</w:t>
        <w:br/>
        <w:t>КАСТІЛЬЙОНЕ (люто)&lt;br /&gt;</w:t>
        <w:br/>
        <w:t>Саноццо!&lt;br /&gt;</w:t>
        <w:br/>
        <w:t>САНОЦЦО (спокійно)&lt;br /&gt;</w:t>
        <w:br/>
        <w:t>Слухаю.&lt;br /&gt;</w:t>
        <w:br/>
        <w:t>КАСТІЛЬЙОНЕ (помовчавши)&lt;br /&gt;</w:t>
        <w:br/>
        <w:t>Тож коли востаннє&lt;br /&gt;</w:t>
        <w:br/>
        <w:t>Ти з леді Лалагою розмовляв?&lt;br /&gt;</w:t>
        <w:br/>
        <w:t>САНОЦЦО&lt;br /&gt;</w:t>
        <w:br/>
        <w:t>Я, графе, майже рік її не бачив.&lt;br /&gt;</w:t>
        <w:br/>
        <w:t>Твій батько, герцог, як ти добре знаєш,&lt;br /&gt;</w:t>
        <w:br/>
        <w:t>її на люди зовсім не пускає.&lt;br /&gt;</w:t>
        <w:br/>
        <w:t>Повім тобі одверто — має слушність.&lt;br /&gt;</w:t>
        <w:br/>
        <w:t>Ха-ха. Ти розумієш? [344]&lt;br /&gt;</w:t>
        <w:br/>
        <w:t>КАСТІЛЬЙОНЕ&lt;br /&gt;</w:t>
        <w:br/>
        <w:t>Ні, Саноццо!&lt;br /&gt;</w:t>
        <w:br/>
        <w:t>Не розумію.&lt;br /&gt;</w:t>
        <w:br/>
        <w:t>САНОЦЦО&lt;br /&gt;</w:t>
        <w:br/>
        <w:t>Ну от і добре, слухай. (Співає).&lt;br /&gt;</w:t>
        <w:br/>
        <w:t>Отаких пташок завзятих,&lt;br /&gt;</w:t>
        <w:br/>
        <w:t>Що очима виграють,-&lt;br /&gt;</w:t>
        <w:br/>
        <w:t>Зирк сюди, зирк туди,-&lt;br /&gt;</w:t>
        <w:br/>
        <w:t>Треба в кліточці тримати,&lt;br /&gt;</w:t>
        <w:br/>
        <w:t>Бо втечуть!&lt;br /&gt;</w:t>
        <w:br/>
        <w:t>КАСТІЛЬЙОНЕ&lt;br /&gt;</w:t>
        <w:br/>
        <w:t>Саноццо! Судиш ти несправедливо.&lt;br /&gt;</w:t>
        <w:br/>
        <w:t>Не билося ще у жіночих грудях&lt;br /&gt;</w:t>
        <w:br/>
        <w:t>Чистіше серце! Хоч і согрішила&lt;br /&gt;</w:t>
        <w:br/>
        <w:t>Ця жінка, але гріх її прощенний.&lt;br /&gt;</w:t>
        <w:br/>
        <w:t>Якщо колись обітниці священні,&lt;br /&gt;</w:t>
        <w:br/>
        <w:t>Ганебно зраджені, своїм прокляттям&lt;br /&gt;</w:t>
        <w:br/>
        <w:t>Когось затаврували,— то мене!&lt;br /&gt;</w:t>
        <w:br/>
        <w:t>Закохана, палка, прекрасна, юна&lt;br /&gt;</w:t>
        <w:br/>
        <w:t>І чиста, як і вся її краса,-&lt;br /&gt;</w:t>
        <w:br/>
        <w:t>Хіба вона помислити могла&lt;br /&gt;</w:t>
        <w:br/>
        <w:t>Про чорну зраду? Ох, якби я був&lt;br /&gt;</w:t>
        <w:br/>
        <w:t>Не графом Кастільйоне, а простим,&lt;br /&gt;</w:t>
        <w:br/>
        <w:t>Незнаним орачем на скромній ниві,&lt;br /&gt;</w:t>
        <w:br/>
        <w:t>Та тільки чесним!&lt;br /&gt;</w:t>
        <w:br/>
        <w:t>САНОЦЦО&lt;br /&gt;</w:t>
        <w:br/>
        <w:t>Браво, молодця!&lt;br /&gt;</w:t>
        <w:br/>
        <w:t>В житті не чув я кращої промови!&lt;br /&gt;</w:t>
        <w:br/>
        <w:t>І справедлива — чесність над усе!&lt;br /&gt;</w:t>
        <w:br/>
        <w:t>Правдива насолода — чесні злидні.&lt;br /&gt;</w:t>
        <w:br/>
        <w:t>Нехай живуть утіхи незрівнянні —&lt;br /&gt;</w:t>
        <w:br/>
        <w:t>Ячмінний корж, каштани і вода!&lt;br /&gt;</w:t>
        <w:br/>
        <w:t>КАСТІЛЬЙОНЕ (намагаючися стримати усмішку)&lt;br /&gt;</w:t>
        <w:br/>
        <w:t>Саноццо, ти дурний!&lt;br /&gt;</w:t>
        <w:br/>
        <w:t>САНОЦЦО&lt;br /&gt;</w:t>
        <w:br/>
        <w:t>Теж справедливо!&lt;br /&gt;</w:t>
        <w:br/>
        <w:t>Синьйоре, йду додому, поки ще&lt;br /&gt;</w:t>
        <w:br/>
        <w:t>Я мудрістю від вас не заразився.&lt;br /&gt;</w:t>
        <w:br/>
        <w:t>Прощай! Шукатиму твоєї ласки,&lt;br /&gt;</w:t>
        <w:br/>
        <w:t>Як станеш кардиналом. А тим часом [345]&lt;br /&gt;</w:t>
        <w:br/>
        <w:t>Не знехтую нагоди переслати&lt;br /&gt;</w:t>
        <w:br/>
        <w:t>Волосяницю й попіл. (Виходить).&lt;br /&gt;</w:t>
        <w:br/>
        <w:t>КАСТІЛЬЙОНЕ&lt;br /&gt;</w:t>
        <w:br/>
        <w:t>Забирайся,&lt;br /&gt;</w:t>
        <w:br/>
        <w:t>Дотепнику! Ха-ха-ха-ха! Від нього,&lt;br /&gt;</w:t>
        <w:br/>
        <w:t>Хоч і не хочеш,— мусиш реготатись.&lt;br /&gt;</w:t>
        <w:br/>
        <w:t>Ну, як на нього гніватись! А втім,&lt;br /&gt;</w:t>
        <w:br/>
        <w:t>Чого тужити через цю дрібничку?&lt;br /&gt;</w:t>
        <w:br/>
        <w:t>З ким не траплялось? Одружитись — ні!&lt;br /&gt;</w:t>
        <w:br/>
        <w:t>Розпусницю щоб Кастільйоне взяв?&lt;br /&gt;</w:t>
        <w:br/>
        <w:t>Нізащо! Ні! Що скаже товариство?&lt;br /&gt;</w:t>
        <w:br/>
        <w:t>А чи Саноццо? Я не маю права,&lt;br /&gt;</w:t>
        <w:br/>
        <w:t>Хоч би й хотів, збезчестити ганебно&lt;br /&gt;</w:t>
        <w:br/>
        <w:t>Свою сім'ю — ді Брольйо рід славетний,&lt;br /&gt;</w:t>
        <w:br/>
        <w:t>Ді Брольйо старовинний гордий рід!&lt;br /&gt;</w:t>
        <w:br/>
        <w:t>Не маю права. Поєднала честь&lt;br /&gt;</w:t>
        <w:br/>
        <w:t>Зв'язком святим з кузиною мене,&lt;br /&gt;</w:t>
        <w:br/>
        <w:t>Із Алессандрою. А честь — це все!&lt;br /&gt;</w:t>
        <w:br/>
        <w:t>Я честі не зганьблю! Бо ж Лалага&lt;br /&gt;</w:t>
        <w:br/>
        <w:t>Низького роду... Честі не зганьблю.&lt;br /&gt;</w:t>
        <w:br/>
        <w:t>Моєї... честі. Пхе! То лиш туман&lt;br /&gt;</w:t>
        <w:br/>
        <w:t>У голові з вчорашнього похмілля&lt;br /&gt;</w:t>
        <w:br/>
        <w:t>Сумління розтривожив. Кастільйоне!&lt;br /&gt;</w:t>
        <w:br/>
        <w:t>Дорослим час тобі нарешті стати!&lt;br /&gt;</w:t>
        <w:br/>
        <w:t>Поп'ю вина — і буде все гаразд.&lt;br /&gt;</w:t>
        <w:br/>
        <w:t>Де запропав ти, Уго? Гей, вина!&lt;br /&gt;</w:t>
        <w:br/>
        <w:t>Входить УГО, несучи клунок і кошик, повний пляшок.&lt;br /&gt;</w:t>
        <w:br/>
        <w:t>Це що таке?&lt;br /&gt;</w:t>
        <w:br/>
        <w:t>УГО (нерішуче)&lt;br /&gt;</w:t>
        <w:br/>
        <w:t>Синьйоре!&lt;br /&gt;</w:t>
        <w:br/>
        <w:t>КАСТІЛЬЙОНЕ&lt;br /&gt;</w:t>
        <w:br/>
        <w:t>Що це там,&lt;br /&gt;</w:t>
        <w:br/>
        <w:t>Питаюся, у тебе? Де вино?&lt;br /&gt;</w:t>
        <w:br/>
        <w:t>УГО&lt;br /&gt;</w:t>
        <w:br/>
        <w:t>Синьйоре! Де вино? Ось тут є трохи —&lt;br /&gt;</w:t>
        <w:br/>
        <w:t>Дванадцять пляшок.&lt;br /&gt;</w:t>
        <w:br/>
        <w:t>КАСТІЛЬЙОНЕ&lt;br /&gt;</w:t>
        <w:br/>
        <w:t>Ні! Дванадцять дурнів!&lt;br /&gt;</w:t>
        <w:br/>
        <w:t>Налий мені вина! [346]&lt;br /&gt;</w:t>
        <w:br/>
        <w:t>УГО&lt;br /&gt;</w:t>
        <w:br/>
        <w:t>Оці пляшки&lt;br /&gt;</w:t>
        <w:br/>
        <w:t>Добірного салернського напою&lt;br /&gt;</w:t>
        <w:br/>
        <w:t>Прислав їх превелебність граф Саноццо&lt;br /&gt;</w:t>
        <w:br/>
        <w:t>Для вас, синьйоре.&lt;br /&gt;</w:t>
        <w:br/>
        <w:t>КАСТІЛЬЙОНЕ&lt;br /&gt;</w:t>
        <w:br/>
        <w:t>Що ж, я щиро вдячний (усміхається)&lt;br /&gt;</w:t>
        <w:br/>
        <w:t>їх превелебності — ти ж так назвав?&lt;br /&gt;</w:t>
        <w:br/>
        <w:t>Ну, відкорковуй, Уго, покуштую,&lt;br /&gt;</w:t>
        <w:br/>
        <w:t>Яке на смак.&lt;br /&gt;</w:t>
        <w:br/>
        <w:t>УГО&lt;br /&gt;</w:t>
        <w:br/>
        <w:t>Синьйоре, так не можна.&lt;br /&gt;</w:t>
        <w:br/>
        <w:t>КАСТІЛЬЙОНЕ&lt;br /&gt;</w:t>
        <w:br/>
        <w:t>Не можна? Що це, в біса, означає?&lt;br /&gt;</w:t>
        <w:br/>
        <w:t>УГО&lt;br /&gt;</w:t>
        <w:br/>
        <w:t>Ані краплини, пане.&lt;br /&gt;</w:t>
        <w:br/>
        <w:t>КАСТІЛЬЙОНЕ&lt;br /&gt;</w:t>
        <w:br/>
        <w:t>Чом же, дурню?&lt;br /&gt;</w:t>
        <w:br/>
        <w:t>УГО&lt;br /&gt;</w:t>
        <w:br/>
        <w:t>Синьйоре, посланець, ввійшовши в дім,&lt;br /&gt;</w:t>
        <w:br/>
        <w:t>Сказав: вам спершу треба вибрати.&lt;br /&gt;</w:t>
        <w:br/>
        <w:t>КАСТІЛЬЙОНЕ&lt;br /&gt;</w:t>
        <w:br/>
        <w:t>Що-що сказав той бовдур?&lt;br /&gt;</w:t>
        <w:br/>
        <w:t>УГО&lt;br /&gt;</w:t>
        <w:br/>
        <w:t>Унизу&lt;br /&gt;</w:t>
        <w:br/>
        <w:t>Дарунок інший вибору чекає:&lt;br /&gt;</w:t>
        <w:br/>
        <w:t>Вино чи він.&lt;br /&gt;</w:t>
        <w:br/>
        <w:t>КАСТІЛЬЙОНЕ&lt;br /&gt;</w:t>
        <w:br/>
        <w:t>Бамбуло, чом не тут&lt;br /&gt;</w:t>
        <w:br/>
        <w:t>Той інший подарунок?&lt;br /&gt;</w:t>
        <w:br/>
        <w:t>УГО&lt;br /&gt;</w:t>
        <w:br/>
        <w:t>Га, синьйоре?&lt;br /&gt;</w:t>
        <w:br/>
        <w:t>КАСТІЛЬЙОНЕ&lt;br /&gt;</w:t>
        <w:br/>
        <w:t>Ти, телепню! Чого ти не приніс&lt;br /&gt;</w:t>
        <w:br/>
        <w:t>Той інший подарунок? [347]&lt;br /&gt;</w:t>
        <w:br/>
        <w:t>УГО&lt;br /&gt;</w:t>
        <w:br/>
        <w:t>Бо не зміг.&lt;br /&gt;</w:t>
        <w:br/>
        <w:t>КАСТІЛЬЙОНЕ&lt;br /&gt;</w:t>
        <w:br/>
        <w:t>Не зміг! Негідник! Миттю принесеш! (З люттю).&lt;br /&gt;</w:t>
        <w:br/>
        <w:t>Падлюко, геть! Що на плечах у тебе?&lt;br /&gt;</w:t>
        <w:br/>
        <w:t>УГО&lt;br /&gt;</w:t>
        <w:br/>
        <w:t>Волосяниця, а внизу стоїть (кидає клунок додолу)&lt;br /&gt;</w:t>
        <w:br/>
        <w:t>Важке барило попелу — не здужав&lt;br /&gt;</w:t>
        <w:br/>
        <w:t>Його й підняти.&lt;br /&gt;</w:t>
        <w:br/>
        <w:t>КАСТІЛЬЙОНЕ&lt;br /&gt;</w:t>
        <w:br/>
        <w:t>Попелу барило!&lt;br /&gt;</w:t>
        <w:br/>
        <w:t>Барило попелу! Саноццо очманів!&lt;br /&gt;</w:t>
        <w:br/>
        <w:t>Ха-ха-ха-ха! Оце так устругнув!&lt;br /&gt;</w:t>
        <w:br/>
        <w:t>Барило попелу! Ну, хай там що,&lt;br /&gt;</w:t>
        <w:br/>
        <w:t>А гніватись не можу я на вибір —&lt;br /&gt;</w:t>
        <w:br/>
        <w:t>Вино чи попіл! Графу передай:&lt;br /&gt;</w:t>
        <w:br/>
        <w:t>Моє вино — хай забирає попіл.&lt;br /&gt;</w:t>
        <w:br/>
        <w:t>Стривай лишень! Перекажи йому,&lt;br /&gt;</w:t>
        <w:br/>
        <w:t>Що я міркую над його словами.&lt;br /&gt;</w:t>
        <w:br/>
        <w:t>Зустрінемося з ним на маскараді,&lt;br /&gt;</w:t>
        <w:br/>
        <w:t>А потім пляшку вип'ємо вина —&lt;br /&gt;</w:t>
        <w:br/>
        <w:t>Уго виходить.&lt;br /&gt;</w:t>
        <w:br/>
        <w:t>Він, я та ще фігляр. Ха-ха-ха-ха!&lt;br /&gt;</w:t>
        <w:br/>
        <w:t>Таке придумав: попелу барило!&lt;br /&gt;</w:t>
        <w:br/>
        <w:t>Ха-ха-ха-ха! Ну, як на нього злитись?&lt;br /&gt;</w:t>
        <w:br/>
        <w:t>Чудовий хлопець все-таки Саноццо. (Виходить).</w:t>
      </w:r>
    </w:p>
    <w:p>
      <w:r>
        <w:br/>
        <w:t>ЯВА ТРЕТЯ&lt;br /&gt;</w:t>
        <w:br/>
        <w:t>Зала в палаці герцога.&lt;br /&gt;</w:t>
        <w:br/>
        <w:t>АЛЕССАНДРА і КАСТІЛЬЙОНЕ.&lt;br /&gt;</w:t>
        <w:br/>
        <w:t>АЛЕССАНДРА&lt;br /&gt;</w:t>
        <w:br/>
        <w:t>Сумний ти, Кастільйоне.&lt;br /&gt;</w:t>
        <w:br/>
        <w:t>КАСТІЛЬЙОНЕ&lt;br /&gt;</w:t>
        <w:br/>
        <w:t>Я? Нітрохи!&lt;br /&gt;</w:t>
        <w:br/>
        <w:t>Я найщасливіша людина в Римі.&lt;br /&gt;</w:t>
        <w:br/>
        <w:t>Ще кілька днів, о люба Алессандро,&lt;br /&gt;</w:t>
        <w:br/>
        <w:t>І ти — моя. О, я такий щасливий! [348]&lt;br /&gt;</w:t>
        <w:br/>
        <w:t>АЛЕССАНДРА&lt;br /&gt;</w:t>
        <w:br/>
        <w:t>Радієш ти, сказала б, дуже дивно.&lt;br /&gt;</w:t>
        <w:br/>
        <w:t>Що діється з тобою, мій кузене?&lt;br /&gt;</w:t>
        <w:br/>
        <w:t>Чому зітхаєш важко?&lt;br /&gt;</w:t>
        <w:br/>
        <w:t>КАСТІЛЬЙОНЕ&lt;br /&gt;</w:t>
        <w:br/>
        <w:t>Та невже?&lt;br /&gt;</w:t>
        <w:br/>
        <w:t>Я й не помітив. Далебі, це звичка —&lt;br /&gt;</w:t>
        <w:br/>
        <w:t>Таку вже маю звичку дурнувату,&lt;br /&gt;</w:t>
        <w:br/>
        <w:t>Коли радію надто. Я зітхав? (Зітхає).&lt;br /&gt;</w:t>
        <w:br/>
        <w:t>АЛЕССАНДРА&lt;br /&gt;</w:t>
        <w:br/>
        <w:t>Авжеж. Тобі недобре. Забагато&lt;br /&gt;</w:t>
        <w:br/>
        <w:t>Собі ти потурати став, на жаль.&lt;br /&gt;</w:t>
        <w:br/>
        <w:t>Ті оргії нічні тебе погублять!&lt;br /&gt;</w:t>
        <w:br/>
        <w:t>Мій Кастільйоне, дуже ти змінився:&lt;br /&gt;</w:t>
        <w:br/>
        <w:t>Змарнілий вид... ні, так ніщо не шкодить&lt;br /&gt;</w:t>
        <w:br/>
        <w:t>Здоров'ю, як неспання та вино.&lt;br /&gt;</w:t>
        <w:br/>
        <w:t>КАСТІЛЬЙОНЕ (задумливо)&lt;br /&gt;</w:t>
        <w:br/>
        <w:t>Ніщо, кузино, навіть і журба&lt;br /&gt;</w:t>
        <w:br/>
        <w:t>Так не шкідлива, як вино й розпуста.&lt;br /&gt;</w:t>
        <w:br/>
        <w:t>Я кину це.&lt;br /&gt;</w:t>
        <w:br/>
        <w:t>АЛЕССАНДРА&lt;br /&gt;</w:t>
        <w:br/>
        <w:t>Отож! А ще облиш&lt;br /&gt;</w:t>
        <w:br/>
        <w:t>Друзяк своїх крикливих — таж не рівня&lt;br /&gt;</w:t>
        <w:br/>
        <w:t>Плебеї спадкоємцеві ді Брольйо&lt;br /&gt;</w:t>
        <w:br/>
        <w:t>І мужу Алессандри.&lt;br /&gt;</w:t>
        <w:br/>
        <w:t>КАСТІЛЬЙОНЕ&lt;br /&gt;</w:t>
        <w:br/>
        <w:t>їх облишу.&lt;br /&gt;</w:t>
        <w:br/>
        <w:t>АЛЕССАНДРА&lt;br /&gt;</w:t>
        <w:br/>
        <w:t>Звичайно — мусиш. І ретельно дбай&lt;br /&gt;</w:t>
        <w:br/>
        <w:t>Про одяг та про виїзд — вельми прості&lt;br /&gt;</w:t>
        <w:br/>
        <w:t>Вони як на твій стан, адже пристойність&lt;br /&gt;</w:t>
        <w:br/>
        <w:t>Багато важить.&lt;br /&gt;</w:t>
        <w:br/>
        <w:t>КАСТІЛЬЙОНЕ&lt;br /&gt;</w:t>
        <w:br/>
        <w:t>Дбатиму й про це.&lt;br /&gt;</w:t>
        <w:br/>
        <w:t>АЛЕССАНДРА&lt;br /&gt;</w:t>
        <w:br/>
        <w:t>Гляди ж! І на свою поставу, пане,&lt;br /&gt;</w:t>
        <w:br/>
        <w:t>Зверни увагу,— гідності тобі&lt;br /&gt;</w:t>
        <w:br/>
        <w:t>Бракує. [349]&lt;br /&gt;</w:t>
        <w:br/>
        <w:t>КАСТІЛЬЙОНЕ&lt;br /&gt;</w:t>
        <w:br/>
        <w:t>Гідності мені бракує.&lt;br /&gt;</w:t>
        <w:br/>
        <w:t>Авжеж.&lt;br /&gt;</w:t>
        <w:br/>
        <w:t>АЛЕССАНДРА (спогорда)&lt;br /&gt;</w:t>
        <w:br/>
        <w:t>Та, бачу, ти смієшся з мене!&lt;br /&gt;</w:t>
        <w:br/>
        <w:t>КАСТІЛЬЙОНЕ (неуважливо)&lt;br /&gt;</w:t>
        <w:br/>
        <w:t>Кохана Лалаго!&lt;br /&gt;</w:t>
        <w:br/>
        <w:t>АЛЕССАНДРА&lt;br /&gt;</w:t>
        <w:br/>
        <w:t>Невже причулось?&lt;br /&gt;</w:t>
        <w:br/>
        <w:t>Про Лалагу він при мені згадав!&lt;br /&gt;</w:t>
        <w:br/>
        <w:t>Мій графе! (Кладе руку йому на плече).&lt;br /&gt;</w:t>
        <w:br/>
        <w:t>Де твої думки?.. Він хворий!&lt;br /&gt;</w:t>
        <w:br/>
        <w:t>Та що тобі таке?&lt;br /&gt;</w:t>
        <w:br/>
        <w:t>КАСТІЛЬЙОНЕ (здригнувшись)&lt;br /&gt;</w:t>
        <w:br/>
        <w:t>Кузино люба!&lt;br /&gt;</w:t>
        <w:br/>
        <w:t>Простіть мені, я й справді занедужав.&lt;br /&gt;</w:t>
        <w:br/>
        <w:t>Зніміть, прошу вас, руку із плеча...&lt;br /&gt;</w:t>
        <w:br/>
        <w:t>Як душно тут! О пані!.. Ось і герцог!&lt;br /&gt;</w:t>
        <w:br/>
        <w:t>Входить ді БРОЛЬЙО.&lt;br /&gt;</w:t>
        <w:br/>
        <w:t>ДІ БРОЛЬЙО&lt;br /&gt;</w:t>
        <w:br/>
        <w:t>Є новина, мій сину! (Приглядається до Алессандри).&lt;br /&gt;</w:t>
        <w:br/>
        <w:t>В чому річ?&lt;br /&gt;</w:t>
        <w:br/>
        <w:t>Копилить губки? То цілуй мерщій!&lt;br /&gt;</w:t>
        <w:br/>
        <w:t>Негіднику, цілуй, і помиріться!&lt;br /&gt;</w:t>
        <w:br/>
        <w:t>Обоє слухайте. Чекає Рим&lt;br /&gt;</w:t>
        <w:br/>
        <w:t>Поліціана — Лестерського графа!&lt;br /&gt;</w:t>
        <w:br/>
        <w:t>Запросимо його ми на весілля.&lt;br /&gt;</w:t>
        <w:br/>
        <w:t>Він вперше в Римі.&lt;br /&gt;</w:t>
        <w:br/>
        <w:t>АЛЕССАНДРА&lt;br /&gt;</w:t>
        <w:br/>
        <w:t>Що! Поліціан,&lt;br /&gt;</w:t>
        <w:br/>
        <w:t>Британський граф із Лестеру?&lt;br /&gt;</w:t>
        <w:br/>
        <w:t>ДІ БРОЛЬЙО&lt;br /&gt;</w:t>
        <w:br/>
        <w:t>Він самий.&lt;br /&gt;</w:t>
        <w:br/>
        <w:t>Запросимо до себе на весілля.&lt;br /&gt;</w:t>
        <w:br/>
        <w:t>Юнак роками — славою він муж.&lt;br /&gt;</w:t>
        <w:br/>
        <w:t>З ним не стрічався я, та люди кажуть:&lt;br /&gt;</w:t>
        <w:br/>
        <w:t>Розумний, смілий, дуже родовитий.&lt;br /&gt;</w:t>
        <w:br/>
        <w:t>Запросимо його ми на весілля. [350]&lt;br /&gt;</w:t>
        <w:br/>
        <w:t>АЛЕССАНДРА&lt;br /&gt;</w:t>
        <w:br/>
        <w:t>А я начулась про Поліціана —&lt;br /&gt;</w:t>
        <w:br/>
        <w:t>Гульвіса, легковажний і зрадливий.&lt;br /&gt;</w:t>
        <w:br/>
        <w:t>Хіба не так? До роздумів не схильний.&lt;br /&gt;</w:t>
        <w:br/>
        <w:t>ДІ БРОЛЬЙО&lt;br /&gt;</w:t>
        <w:br/>
        <w:t>Е, ні, голубко. Кажуть, що нема&lt;br /&gt;</w:t>
        <w:br/>
        <w:t>У філософії таких софізмів,&lt;br /&gt;</w:t>
        <w:br/>
        <w:t>Щоб він їх розтлумачити не зміг.&lt;br /&gt;</w:t>
        <w:br/>
        <w:t>Таких учених мало.&lt;br /&gt;</w:t>
        <w:br/>
        <w:t>АЛЕССАНДРА&lt;br /&gt;</w:t>
        <w:br/>
        <w:t>Дивина!&lt;br /&gt;</w:t>
        <w:br/>
        <w:t>Мені казали ті, хто з ним знайомий,&lt;br /&gt;</w:t>
        <w:br/>
        <w:t>Що цей Поліціан, немов шалений,&lt;br /&gt;</w:t>
        <w:br/>
        <w:t>До чаші насолод земних припав.&lt;br /&gt;</w:t>
        <w:br/>
        <w:t>КАСТІЛЬЙОНЕ&lt;br /&gt;</w:t>
        <w:br/>
        <w:t>Кумедія! Знайомий я із ним.&lt;br /&gt;</w:t>
        <w:br/>
        <w:t>Поліціан не вчений, не дотепник,&lt;br /&gt;</w:t>
        <w:br/>
        <w:t>А просто мрійник, і йому чужі&lt;br /&gt;</w:t>
        <w:br/>
        <w:t>Звичайні пристрасті.&lt;br /&gt;</w:t>
        <w:br/>
        <w:t>ДІ БРОЛЬЙО&lt;br /&gt;</w:t>
        <w:br/>
        <w:t>Не треба, діти,&lt;br /&gt;</w:t>
        <w:br/>
        <w:t>Нам сперечатись. Краще у саду&lt;br /&gt;</w:t>
        <w:br/>
        <w:t>Вдихнімо аромати свіжих квітів.&lt;br /&gt;</w:t>
        <w:br/>
        <w:t>Чи десь я чув, чи так мені здалося,&lt;br /&gt;</w:t>
        <w:br/>
        <w:t>Що меланхолік граф Поліціан? (Виходять).</w:t>
      </w:r>
    </w:p>
    <w:p>
      <w:r>
        <w:br/>
        <w:t>ЯВА ЧЕТВЕРТА&lt;br /&gt;</w:t>
        <w:br/>
        <w:t>Жіноча світлиця, вікно відчинене в сад. ЛАЛАГА, у глибокій жалобі, читає при столику, на якому кілька книжок і дзеркальце. В глибині ДЖАСІНТА (покоївка) недбало сперлася на стілець.&lt;br /&gt;</w:t>
        <w:br/>
        <w:t>ЛАЛАГА&lt;br /&gt;</w:t>
        <w:br/>
        <w:t>Джасінто! Чи це ти?&lt;br /&gt;</w:t>
        <w:br/>
        <w:t>ДЖАСІНТА (зухвало)&lt;br /&gt;</w:t>
        <w:br/>
        <w:t>Я, синьйорино!&lt;br /&gt;</w:t>
        <w:br/>
        <w:t>ЛАЛАГА&lt;br /&gt;</w:t>
        <w:br/>
        <w:t>Не знала я, що ти також в кімнаті.&lt;br /&gt;</w:t>
        <w:br/>
        <w:t>Сідай! На мене не звертай уваги.&lt;br /&gt;</w:t>
        <w:br/>
        <w:t>Сідай-но, я така нещасна. [351]&lt;br /&gt;</w:t>
        <w:br/>
        <w:t>ДЖАСІНТА (вбік)&lt;br /&gt;</w:t>
        <w:br/>
        <w:t>Й добре.&lt;br /&gt;</w:t>
        <w:br/>
        <w:t>Джасінта боком сідає на стілець, кладе лікті на бильце й презирливо дивиться на господиню. Лалага читає далі.&lt;br /&gt;</w:t>
        <w:br/>
        <w:t>ЛАЛАГА&lt;br /&gt;</w:t>
        <w:br/>
        <w:t>"Під сонцем іншим, він сказав, вона&lt;br /&gt;</w:t>
        <w:br/>
        <w:t>Розквітла б гойним квітом, та не тут".&lt;br /&gt;</w:t>
        <w:br/>
        <w:t>Зупиняється, перегортає кілька сторінок і знов читає.&lt;br /&gt;</w:t>
        <w:br/>
        <w:t>"Де ні зими, ні злив, ні завірюх.&lt;br /&gt;</w:t>
        <w:br/>
        <w:t>Де вітер з Океану дме західний,&lt;br /&gt;</w:t>
        <w:br/>
        <w:t>Несучи людям свіжість та бадьорість".&lt;br /&gt;</w:t>
        <w:br/>
        <w:t>Як гарно! Як прекрасно! І як схоже&lt;br /&gt;</w:t>
        <w:br/>
        <w:t>На мрії спраглої душі моєї...&lt;br /&gt;</w:t>
        <w:br/>
        <w:t>Щасливий край! (Помовчавши).&lt;br /&gt;</w:t>
        <w:br/>
        <w:t>Вона померла — діва!&lt;br /&gt;</w:t>
        <w:br/>
        <w:t>Ще щасливіша, що могла померти!&lt;br /&gt;</w:t>
        <w:br/>
        <w:t>Джасінто!&lt;br /&gt;</w:t>
        <w:br/>
        <w:t>Та не відповідає, і Лалага читає далі.&lt;br /&gt;</w:t>
        <w:br/>
        <w:t>О, знову! Схожа оповідка&lt;br /&gt;</w:t>
        <w:br/>
        <w:t>Про гожу панну за далеким морем!&lt;br /&gt;</w:t>
        <w:br/>
        <w:t>Ось як говорить в п'єсі Фердинанд:&lt;br /&gt;</w:t>
        <w:br/>
        <w:t>"Померла юна"; Боссола в одвіт:&lt;br /&gt;</w:t>
        <w:br/>
        <w:t>"Я думаю, що ні,— її ж бо горе&lt;br /&gt;</w:t>
        <w:br/>
        <w:t>Здавалось вічним!" Безталанна жінка!&lt;br /&gt;</w:t>
        <w:br/>
        <w:t>Джасінто!&lt;br /&gt;</w:t>
        <w:br/>
        <w:t>Та знов не відповідає.&lt;br /&gt;</w:t>
        <w:br/>
        <w:t>Ось іще страшніша повість,&lt;br /&gt;</w:t>
        <w:br/>
        <w:t>Але так само сповнена розпуки.&lt;br /&gt;</w:t>
        <w:br/>
        <w:t>Єгипетська цариця тьму сердець&lt;br /&gt;</w:t>
        <w:br/>
        <w:t>Здобула легко, та своє згубила.&lt;br /&gt;</w:t>
        <w:br/>
        <w:t>Вона померла. Дві її служниці&lt;br /&gt;</w:t>
        <w:br/>
        <w:t>Над нею ревно плачуть — ніжні діви,&lt;br /&gt;</w:t>
        <w:br/>
        <w:t>І ймення ніжні: Ейрос, Харміон!&lt;br /&gt;</w:t>
        <w:br/>
        <w:t>Веселка й Горлиця... Джасікто!&lt;br /&gt;</w:t>
        <w:br/>
        <w:t>ДЖАСІНТА (роздратовано)&lt;br /&gt;</w:t>
        <w:br/>
        <w:t>Що? [352]&lt;br /&gt;</w:t>
        <w:br/>
        <w:t>ЛАЛАГА&lt;br /&gt;</w:t>
        <w:br/>
        <w:t>Джасінто, люба, ще сходи, будь ласка,&lt;br /&gt;</w:t>
        <w:br/>
        <w:t>До книгозбірні й принеси мені&lt;br /&gt;</w:t>
        <w:br/>
        <w:t>Євангеліє.&lt;br /&gt;</w:t>
        <w:br/>
        <w:t>ДЖАСІНТА&lt;br /&gt;</w:t>
        <w:br/>
        <w:t>Тьху! (Виходить).&lt;br /&gt;</w:t>
        <w:br/>
        <w:t>ЛАЛАГА&lt;br /&gt;</w:t>
        <w:br/>
        <w:t>Лиш в Галааді&lt;br /&gt;</w:t>
        <w:br/>
        <w:t>Є ліки зраненій моїй душі!&lt;br /&gt;</w:t>
        <w:br/>
        <w:t>Росу цілющу в ніч гіркого лиха&lt;br /&gt;</w:t>
        <w:br/>
        <w:t>Знайду я там — "росу, куди яснішу&lt;br /&gt;</w:t>
        <w:br/>
        <w:t>За ту, що криє перлами Гермон".&lt;br /&gt;</w:t>
        <w:br/>
        <w:t>Входить ДЖАСІНТА і жбурляє книгу на стіл.&lt;br /&gt;</w:t>
        <w:br/>
        <w:t>ДЖАСІНТА&lt;br /&gt;</w:t>
        <w:br/>
        <w:t>Ось, пані, нате. (Вбік). Ну ж і вередує!&lt;br /&gt;</w:t>
        <w:br/>
        <w:t>ЛАЛАГА (здивовано)&lt;br /&gt;</w:t>
        <w:br/>
        <w:t>Що ти, Джасінто, кажеш? Чи тебе&lt;br /&gt;</w:t>
        <w:br/>
        <w:t>Я чим покривдила? Даруй ласкаво.&lt;br /&gt;</w:t>
        <w:br/>
        <w:t>Мені слугуєш вірно ти давно,&lt;br /&gt;</w:t>
        <w:br/>
        <w:t>І я тебе ціную. (Знов береться до читання).&lt;br /&gt;</w:t>
        <w:br/>
        <w:t>ДЖАСІНТА (вбік)&lt;br /&gt;</w:t>
        <w:br/>
        <w:t>Так і є!&lt;br /&gt;</w:t>
        <w:br/>
        <w:t>Прикраси жодної — все віддала мені.&lt;br /&gt;</w:t>
        <w:br/>
        <w:t>ЛАЛАГА&lt;br /&gt;</w:t>
        <w:br/>
        <w:t>Що ти сказала? А, до речі, люба,&lt;br /&gt;</w:t>
        <w:br/>
        <w:t>Щось про своє весілля ти мовчиш.&lt;br /&gt;</w:t>
        <w:br/>
        <w:t>Як Уго там? Коли вже до вінця?&lt;br /&gt;</w:t>
        <w:br/>
        <w:t>І чим, Джасінто, я змогла б іще&lt;br /&gt;</w:t>
        <w:br/>
        <w:t>Зарадити тобі?&lt;br /&gt;</w:t>
        <w:br/>
        <w:t>ДЖАСІНТА (вбік)&lt;br /&gt;</w:t>
        <w:br/>
        <w:t>Змогла б іще!&lt;br /&gt;</w:t>
        <w:br/>
        <w:t>Прозорий вельми натяк. (До Лалаги). Годі вам&lt;br /&gt;</w:t>
        <w:br/>
        <w:t>Прикрасами отими докоряти!&lt;br /&gt;</w:t>
        <w:br/>
        <w:t>ЛАЛАГА&lt;br /&gt;</w:t>
        <w:br/>
        <w:t>Прикрасами! Джасінто, далебі,&lt;br /&gt;</w:t>
        <w:br/>
        <w:t>Про них не йшлося. [353]&lt;br /&gt;</w:t>
        <w:br/>
        <w:t>ДЖАСІНТА&lt;br /&gt;</w:t>
        <w:br/>
        <w:t>Так-таки вже й ні!&lt;br /&gt;</w:t>
        <w:br/>
        <w:t>Я ладна присягнути, що каблучка&lt;br /&gt;</w:t>
        <w:br/>
        <w:t>Оця фальшива — Уго так сказав.&lt;br /&gt;</w:t>
        <w:br/>
        <w:t>Він певен: зроду справжній діамант&lt;br /&gt;</w:t>
        <w:br/>
        <w:t>Такій, як ви, наш граф не подарує!&lt;br /&gt;</w:t>
        <w:br/>
        <w:t>А я — вже точно знаю: зараз вам&lt;br /&gt;</w:t>
        <w:br/>
        <w:t>Не до прикрас. їй-Богу, не брешу. (Виходить).&lt;br /&gt;</w:t>
        <w:br/>
        <w:t>Лалага, ридаючи, схиляється на столик, трохи згодом підводить голову.&lt;br /&gt;</w:t>
        <w:br/>
        <w:t>ЛАЛАГА&lt;br /&gt;</w:t>
        <w:br/>
        <w:t>Нещасна Лалага! Таке почуть&lt;br /&gt;</w:t>
        <w:br/>
        <w:t>Від покоївки! Годі. То ж змія,&lt;br /&gt;</w:t>
        <w:br/>
        <w:t>Яку пригріла ти на власних грудях! (Бере дзеркальце).&lt;br /&gt;</w:t>
        <w:br/>
        <w:t>Єдиний друг — твій давній щирий друг,&lt;br /&gt;</w:t>
        <w:br/>
        <w:t>Який тебе ніколи не обдурить!&lt;br /&gt;</w:t>
        <w:br/>
        <w:t>Люстерко вірне! Розкажи мені&lt;br /&gt;</w:t>
        <w:br/>
        <w:t>Всю правдоньку сумну і не зважай,&lt;br /&gt;</w:t>
        <w:br/>
        <w:t>Що болю завдаси. Люстерко мовить&lt;br /&gt;</w:t>
        <w:br/>
        <w:t>Про вид змарнілий, про запалі очі&lt;br /&gt;</w:t>
        <w:br/>
        <w:t>І про давно померлу вже Красу,&lt;br /&gt;</w:t>
        <w:br/>
        <w:t>Нагадує про Радість відлетілу&lt;br /&gt;</w:t>
        <w:br/>
        <w:t>І про зотліле порохно Надій;&lt;br /&gt;</w:t>
        <w:br/>
        <w:t>Шепоче тихо, сумно, урочисто&lt;br /&gt;</w:t>
        <w:br/>
        <w:t>Про темну яму, що дочасно зяє&lt;br /&gt;</w:t>
        <w:br/>
        <w:t>Погубленій. Люстерко вірне, ти&lt;br /&gt;</w:t>
        <w:br/>
        <w:t>Не прагнеш зиску, не зламаєш серця —&lt;br /&gt;</w:t>
        <w:br/>
        <w:t>То Кастільйоне клятву поламав,&lt;br /&gt;</w:t>
        <w:br/>
        <w:t>Ти — вірне, він же зрадник, зрадник!&lt;br /&gt;</w:t>
        <w:br/>
        <w:t>Під час цього монологу до світлиці входить і наближається до Лалаги не помічений нею ЧЕРНЕЦЬ.&lt;br /&gt;</w:t>
        <w:br/>
        <w:t>ЧЕРНЕЦЬ&lt;br /&gt;</w:t>
        <w:br/>
        <w:t>Доню,&lt;br /&gt;</w:t>
        <w:br/>
        <w:t>На небесах лише спасіння знайдеш.&lt;br /&gt;</w:t>
        <w:br/>
        <w:t>Про вічність думай, кайся і молись!&lt;br /&gt;</w:t>
        <w:br/>
        <w:t>ЛАЛАГА (рвучко встаючи)&lt;br /&gt;</w:t>
        <w:br/>
        <w:t>Не можу я молитись. Зло на Бога&lt;br /&gt;</w:t>
        <w:br/>
        <w:t>В моїй душі! Той страхітливий бешкет&lt;br /&gt;</w:t>
        <w:br/>
        <w:t>Шматує серце... Геть! Не до молитви — [354]&lt;br /&gt;</w:t>
        <w:br/>
        <w:t>Та музика в саду мене дратує!&lt;br /&gt;</w:t>
        <w:br/>
        <w:t>Твій вид нестерпний! Геть! Мене гнітить&lt;br /&gt;</w:t>
        <w:br/>
        <w:t>Твій чорний стрій. Ебенове розп'яття&lt;br /&gt;</w:t>
        <w:br/>
        <w:t>Нагонить жах.&lt;br /&gt;</w:t>
        <w:br/>
        <w:t>ЧЕРНЕЦЬ&lt;br /&gt;</w:t>
        <w:br/>
        <w:t>Згадай про вічну душу!&lt;br /&gt;</w:t>
        <w:br/>
        <w:t>ЛАЛАГА&lt;br /&gt;</w:t>
        <w:br/>
        <w:t>Ні, про літа дитячі! Батька й матір&lt;br /&gt;</w:t>
        <w:br/>
        <w:t>Померлих! Ізгадай про мирний дім,&lt;br /&gt;</w:t>
        <w:br/>
        <w:t>Про джерело прозоре біля ґанку!&lt;br /&gt;</w:t>
        <w:br/>
        <w:t>Згадай моїх сестричок недорослих!&lt;br /&gt;</w:t>
        <w:br/>
        <w:t>Згадай моє довірливе кохання,&lt;br /&gt;</w:t>
        <w:br/>
        <w:t>Його присяги і мою загибель!&lt;br /&gt;</w:t>
        <w:br/>
        <w:t>Згадай мої страждання люті... Геть!&lt;br /&gt;</w:t>
        <w:br/>
        <w:t>Та ні! Стривай! Ти щойно говорив&lt;br /&gt;</w:t>
        <w:br/>
        <w:t>Про молитви й покаяння? Напевно,&lt;br /&gt;</w:t>
        <w:br/>
        <w:t>Про віру і присягу?&lt;br /&gt;</w:t>
        <w:br/>
        <w:t>ЧЕРНЕЦЬ&lt;br /&gt;</w:t>
        <w:br/>
        <w:t>Так.&lt;br /&gt;</w:t>
        <w:br/>
        <w:t>ЛАЛАГА&lt;br /&gt;</w:t>
        <w:br/>
        <w:t>Гаразд.&lt;br /&gt;</w:t>
        <w:br/>
        <w:t>Я зараз хочу присягнути, дати&lt;br /&gt;</w:t>
        <w:br/>
        <w:t>Святу, всевладну, непорушну клятву!&lt;br /&gt;</w:t>
        <w:br/>
        <w:t>Лише мерщій!&lt;br /&gt;</w:t>
        <w:br/>
        <w:t>ЧЕРНЕЦЬ&lt;br /&gt;</w:t>
        <w:br/>
        <w:t>Твій запал, дочко, втішний&lt;br /&gt;</w:t>
        <w:br/>
        <w:t>ЛАЛАГА&lt;br /&gt;</w:t>
        <w:br/>
        <w:t>Не про утіху тут ідеться, отче!&lt;br /&gt;</w:t>
        <w:br/>
        <w:t>Чи маєш ти розп'яття відповідне,&lt;br /&gt;</w:t>
        <w:br/>
        <w:t>Щоби на ньому скласти я могла&lt;br /&gt;</w:t>
        <w:br/>
        <w:t>Святу присягу?&lt;br /&gt;</w:t>
        <w:br/>
        <w:t>Чернець простягає їй розп'яття.&lt;br /&gt;</w:t>
        <w:br/>
        <w:t>Ні! Не це! Ні, ні! (Здригається).&lt;br /&gt;</w:t>
        <w:br/>
        <w:t>Не це, не це! Кажу ж тобі: твій стрій&lt;br /&gt;</w:t>
        <w:br/>
        <w:t>І хрест ебеновий мене жахають!&lt;br /&gt;</w:t>
        <w:br/>
        <w:t>Не треба! Маю я своє розп'яття,&lt;br /&gt;</w:t>
        <w:br/>
        <w:t>Своє розп'яття! І таке, як треба [355]&lt;br /&gt;</w:t>
        <w:br/>
        <w:t>Для діла і присяги,— символ чину.&lt;br /&gt;</w:t>
        <w:br/>
        <w:t>А чин і символ мусять буть одним!&lt;br /&gt;</w:t>
        <w:br/>
        <w:t>Дістає кинджал з руків'ям у формі хреста і підносить його.&lt;br /&gt;</w:t>
        <w:br/>
        <w:t>Поглянь на хрест, що ним такі присяги&lt;br /&gt;</w:t>
        <w:br/>
        <w:t>Накреслено на небесах!&lt;br /&gt;</w:t>
        <w:br/>
        <w:t>ЧЕРНЕЦЬ&lt;br /&gt;</w:t>
        <w:br/>
        <w:t>Стривай!&lt;br /&gt;</w:t>
        <w:br/>
        <w:t>Слова твої безумні, дочко, стримайсь!&lt;br /&gt;</w:t>
        <w:br/>
        <w:t>Уста поблідли і нестямний погляд...&lt;br /&gt;</w:t>
        <w:br/>
        <w:t>Не випробовуй Божий гнів! Спинись!&lt;br /&gt;</w:t>
        <w:br/>
        <w:t>Покіль не пізно, схаменись! Не слід,&lt;br /&gt;</w:t>
        <w:br/>
        <w:t>Не присягай, не треба!&lt;br /&gt;</w:t>
        <w:br/>
        <w:t>ЛАЛАГА&lt;br /&gt;</w:t>
        <w:br/>
        <w:t>Присягла!</w:t>
      </w:r>
    </w:p>
    <w:p>
      <w:r>
        <w:br/>
        <w:t>ЯВА П'ЯТА&lt;br /&gt;</w:t>
        <w:br/>
        <w:t>[Кімната в палаці ді Брольйо. ДІ БРОЛЬЙО і КАСТІЛЬЙОНЕ].&lt;br /&gt;</w:t>
        <w:br/>
        <w:t>КАСТІЛЬЙОНЕ&lt;br /&gt;</w:t>
        <w:br/>
        <w:t>Без сумніву.&lt;br /&gt;</w:t>
        <w:br/>
        <w:t>ГЕРЦОГ&lt;br /&gt;</w:t>
        <w:br/>
        <w:t>Смієшся з чого?&lt;br /&gt;</w:t>
        <w:br/>
        <w:t>КАСТІЛЬЙОНЕ&lt;br /&gt;</w:t>
        <w:br/>
        <w:t>Так,&lt;br /&gt;</w:t>
        <w:br/>
        <w:t>Не знаю й сам. Стривайте, чи не вчора&lt;br /&gt;</w:t>
        <w:br/>
        <w:t>Про графа ми провадили розмову&lt;br /&gt;</w:t>
        <w:br/>
        <w:t>Поліціана? Точно, саме вчора&lt;br /&gt;</w:t>
        <w:br/>
        <w:t>Гуляли Алессандра, ви і я&lt;br /&gt;</w:t>
        <w:br/>
        <w:t>В саду, пригадуєте?&lt;br /&gt;</w:t>
        <w:br/>
        <w:t>ГЕРЦОГ&lt;br /&gt;</w:t>
        <w:br/>
        <w:t>Ту розмову&lt;br /&gt;</w:t>
        <w:br/>
        <w:t>Прекрасно пам'ятаю. В чому ж річ?&lt;br /&gt;</w:t>
        <w:br/>
        <w:t>КАСТІЛЬЙОНЕ&lt;br /&gt;</w:t>
        <w:br/>
        <w:t>Нічого, просто так. [356]&lt;br /&gt;</w:t>
        <w:br/>
        <w:t>ГЕРЦОГ&lt;br /&gt;</w:t>
        <w:br/>
        <w:t>А, просто так!&lt;br /&gt;</w:t>
        <w:br/>
        <w:t>Химерна річ, признаюся,— сміятись&lt;br /&gt;</w:t>
        <w:br/>
        <w:t>Із просто так!&lt;br /&gt;</w:t>
        <w:br/>
        <w:t>КАСТІЛЬЙОНЕ&lt;br /&gt;</w:t>
        <w:br/>
        <w:t>Химерна річ — і справді!&lt;br /&gt;</w:t>
        <w:br/>
        <w:t>ГЕРЦОГ&lt;br /&gt;</w:t>
        <w:br/>
        <w:t>Мій любий Кастільйоне, ради Бога,&lt;br /&gt;</w:t>
        <w:br/>
        <w:t>З'ясуй мені негайно, що це значить,&lt;br /&gt;</w:t>
        <w:br/>
        <w:t>Про що ти мовиш?&lt;br /&gt;</w:t>
        <w:br/>
        <w:t>КАСТІЛЬЙОНЕ&lt;br /&gt;</w:t>
        <w:br/>
        <w:t>А хіба не так?&lt;br /&gt;</w:t>
        <w:br/>
        <w:t>Ми поглядами розійшлись про нього.&lt;br /&gt;</w:t>
        <w:br/>
        <w:t>ГЕРЦОГ&lt;br /&gt;</w:t>
        <w:br/>
        <w:t>Про кого?&lt;br /&gt;</w:t>
        <w:br/>
        <w:t>КАСТІЛЬЙОНЕ&lt;br /&gt;</w:t>
        <w:br/>
        <w:t>Про Поліціана, графа.&lt;br /&gt;</w:t>
        <w:br/>
        <w:t>ГЕРЦОГ&lt;br /&gt;</w:t>
        <w:br/>
        <w:t>Про графа Лестерського? Ти про нього?&lt;br /&gt;</w:t>
        <w:br/>
        <w:t>Клянусь, що розійшлися. Ти сказав,&lt;br /&gt;</w:t>
        <w:br/>
        <w:t>Пригадую, що твій знайомий граф&lt;br /&gt;</w:t>
        <w:br/>
        <w:t>Ні вчений, ні дотепник.&lt;br /&gt;</w:t>
        <w:br/>
        <w:t>КАСТІЛЬЙОНЕ&lt;br /&gt;</w:t>
        <w:br/>
        <w:t>Ха! Невже?&lt;br /&gt;</w:t>
        <w:br/>
        <w:t>ГЕРЦОГ&lt;br /&gt;</w:t>
        <w:br/>
        <w:t>Дослівно, сину. Ну, а я сказав,&lt;br /&gt;</w:t>
        <w:br/>
        <w:t>Що помилився ти, бо зовсім інший&lt;br /&gt;</w:t>
        <w:br/>
        <w:t>Характер графа — всі про нього кажуть,&lt;br /&gt;</w:t>
        <w:br/>
        <w:t>Що дуже він веселий. Отже, сину,&lt;br /&gt;</w:t>
        <w:br/>
        <w:t>Ти знов занадто певний.&lt;br /&gt;</w:t>
        <w:br/>
        <w:t>КАСТІЛЬЙОНЕ&lt;br /&gt;</w:t>
        <w:br/>
        <w:t>Дивина!&lt;br /&gt;</w:t>
        <w:br/>
        <w:t>Ну просто дивина! Я не гадав,&lt;br /&gt;</w:t>
        <w:br/>
        <w:t>Що швидко так міняється людина! [357]&lt;br /&gt;</w:t>
        <w:br/>
        <w:t>Та, правду кажучи, з годину тому,&lt;br /&gt;</w:t>
        <w:br/>
        <w:t>Прогулюючись разом із Саноццо,&lt;br /&gt;</w:t>
        <w:br/>
        <w:t>Зустрілись ми зненацька з графом —&lt;br /&gt;</w:t>
        <w:br/>
        <w:t>Він щойно в Рим з товаришем прибув,&lt;br /&gt;</w:t>
        <w:br/>
        <w:t>З Балтаззаром. Ха-ха! А він змінився.&lt;br /&gt;</w:t>
        <w:br/>
        <w:t>Таке про подорож розповідав!&lt;br /&gt;</w:t>
        <w:br/>
        <w:t>Померти можна сміючись, як слухать&lt;br /&gt;</w:t>
        <w:br/>
        <w:t>Про всі пригоди й витівки кумедні&lt;br /&gt;</w:t>
        <w:br/>
        <w:t>Дорогою — такі дивацтва, гумор,&lt;br /&gt;</w:t>
        <w:br/>
        <w:t>А дотепи, а вигадки,— веселість&lt;br /&gt;</w:t>
        <w:br/>
        <w:t>Так вирізнялась на похмурім тлі&lt;br /&gt;</w:t>
        <w:br/>
        <w:t>Манер його товариша, який,&lt;br /&gt;</w:t>
        <w:br/>
        <w:t>Сказати правду, був сама поважність.&lt;br /&gt;</w:t>
        <w:br/>
        <w:t>ГЕРЦОГ&lt;br /&gt;</w:t>
        <w:br/>
        <w:t>Хіба я не казав?&lt;br /&gt;</w:t>
        <w:br/>
        <w:t>КАСТІЛЬЙОНЕ&lt;br /&gt;</w:t>
        <w:br/>
        <w:t>Казали, так!&lt;br /&gt;</w:t>
        <w:br/>
        <w:t>Одначе все це дуже дивовижно!&lt;br /&gt;</w:t>
        <w:br/>
        <w:t>Я помилявся. Бо завжди вважав&lt;br /&gt;</w:t>
        <w:br/>
        <w:t>Похмурим графа!&lt;br /&gt;</w:t>
        <w:br/>
        <w:t>ГЕРЦОГ&lt;br /&gt;</w:t>
        <w:br/>
        <w:t>Тож тобі наука.&lt;br /&gt;</w:t>
        <w:br/>
        <w:t>Не будь занадто певним. Хто це там?&lt;br /&gt;</w:t>
        <w:br/>
        <w:t>А чи, бува, не граф?&lt;br /&gt;</w:t>
        <w:br/>
        <w:t>КАСТІЛЬЙОНЕ&lt;br /&gt;</w:t>
        <w:br/>
        <w:t>Що? Граф? Та ні!&lt;br /&gt;</w:t>
        <w:br/>
        <w:t>Не може буть... А втім, це саме граф,&lt;br /&gt;</w:t>
        <w:br/>
        <w:t>А поряд — його приятель Балтаззар.&lt;br /&gt;</w:t>
        <w:br/>
        <w:t>Входять ПОЛІЦІАН та БАЛТАЗЗАР.&lt;br /&gt;</w:t>
        <w:br/>
        <w:t>Дозвольте, пане, привітати вас&lt;br /&gt;</w:t>
        <w:br/>
        <w:t>Удруге в Римі! Прошу: це мій батько,&lt;br /&gt;</w:t>
        <w:br/>
        <w:t>Ді Брольйо, герцог. Тату, познайомтесь:&lt;br /&gt;</w:t>
        <w:br/>
        <w:t>Граф Лестерський, Поліціан Британський.&lt;br /&gt;</w:t>
        <w:br/>
        <w:t>(Поліціан стримано вклоняється).&lt;br /&gt;</w:t>
        <w:br/>
        <w:t>І приятель його Балтаззар, герцог&lt;br /&gt;</w:t>
        <w:br/>
        <w:t>Суррейський. Граф привіз листи,&lt;br /&gt;</w:t>
        <w:br/>
        <w:t>Щоб вашу світлість втішити вістками. [358]&lt;br /&gt;</w:t>
        <w:br/>
        <w:t>ГЕРЦОГ&lt;br /&gt;</w:t>
        <w:br/>
        <w:t>Он як! Вітаю щиро вас у Римі&lt;br /&gt;</w:t>
        <w:br/>
        <w:t>І в нашім домі, мій вельможний пане!&lt;br /&gt;</w:t>
        <w:br/>
        <w:t>І вас, шляхетний герцоге! Я знав&lt;br /&gt;</w:t>
        <w:br/>
        <w:t>Ще батька вашого, шановний графе.&lt;br /&gt;</w:t>
        <w:br/>
        <w:t>Ну, Кастільйоне, клич сюди кузину,&lt;br /&gt;</w:t>
        <w:br/>
        <w:t>Щоб я відразу графа познайомив&lt;br /&gt;</w:t>
        <w:br/>
        <w:t>З твоєю нареченою. Ви, пане,&lt;br /&gt;</w:t>
        <w:br/>
        <w:t>Приїхали якраз-бо на весілля...&lt;br /&gt;</w:t>
        <w:br/>
        <w:t>ПОЛІЦІАН&lt;br /&gt;</w:t>
        <w:br/>
        <w:t>Щодо листів, які згадав ваш син&lt;br /&gt;</w:t>
        <w:br/>
        <w:t>(Здається, ніби ваш), то я, на жаль,&lt;br /&gt;</w:t>
        <w:br/>
        <w:t>Не відаю про них. Коли б такі&lt;br /&gt;</w:t>
        <w:br/>
        <w:t>Знайшлись, мій друг Балтаззар (де ж це він?)&lt;br /&gt;</w:t>
        <w:br/>
        <w:t>їх вручить вашій світлості. Прощайте!&lt;br /&gt;</w:t>
        <w:br/>
        <w:t>ГЕРЦОГ&lt;br /&gt;</w:t>
        <w:br/>
        <w:t>Йдете? Так швидко?&lt;br /&gt;</w:t>
        <w:br/>
        <w:t>КАСТІЛЬЙОНЕ&lt;br /&gt;</w:t>
        <w:br/>
        <w:t>Руперте! Беніто!&lt;br /&gt;</w:t>
        <w:br/>
        <w:t>В покої графу покажіть дорогу!&lt;br /&gt;</w:t>
        <w:br/>
        <w:t>Нездужа, видно, граф.&lt;br /&gt;</w:t>
        <w:br/>
        <w:t>Входить БЕНІТО.&lt;br /&gt;</w:t>
        <w:br/>
        <w:t>БЕНІТО&lt;br /&gt;</w:t>
        <w:br/>
        <w:t>Сюдою, пане!&lt;br /&gt;</w:t>
        <w:br/>
        <w:t>(Виходить. Поліціан за ним).&lt;br /&gt;</w:t>
        <w:br/>
        <w:t>ГЕРЦОГ&lt;br /&gt;</w:t>
        <w:br/>
        <w:t>Пішов? Нездужа?&lt;br /&gt;</w:t>
        <w:br/>
        <w:t>БАЛТАЗЗАР&lt;br /&gt;</w:t>
        <w:br/>
        <w:t>Даруйте, любий пане.&lt;br /&gt;</w:t>
        <w:br/>
        <w:t>Ви правду мовили: нездужа граф.&lt;br /&gt;</w:t>
        <w:br/>
        <w:t>Погода вогка, опріч того, втома&lt;br /&gt;</w:t>
        <w:br/>
        <w:t>З далекої дороги... Я, напевно,&lt;br /&gt;</w:t>
        <w:br/>
        <w:t>З їх світлістю піду. Йому щось зле.&lt;br /&gt;</w:t>
        <w:br/>
        <w:t>Я скоро повернусь.&lt;br /&gt;</w:t>
        <w:br/>
        <w:t>ГЕРЦОГ&lt;br /&gt;</w:t>
        <w:br/>
        <w:t>Оце так зустріч!&lt;br /&gt;</w:t>
        <w:br/>
        <w:t>Ну й диво дивне! Чуєш, Кастільйоне?&lt;br /&gt;</w:t>
        <w:br/>
        <w:t>Ходи, мій сину, маю щось сказати.&lt;br /&gt;</w:t>
        <w:br/>
        <w:t>Ти, звісно, помилявся, кажучи,&lt;br /&gt;</w:t>
        <w:br/>
        <w:t>Що веселун Поліціан. А хто&lt;br /&gt;</w:t>
        <w:br/>
        <w:t>Із нас казав, що меланхолік граф? [359]</w:t>
      </w:r>
    </w:p>
    <w:p>
      <w:r>
        <w:br/>
        <w:t>ЯВА ШОСТА&lt;br /&gt;</w:t>
        <w:br/>
        <w:t>Опочивальня в палаці герцога. ПОЛІЦІАН і БАЛТАЗЗАР&lt;br /&gt;</w:t>
        <w:br/>
        <w:t>БАЛТАЗЗАР&lt;br /&gt;</w:t>
        <w:br/>
        <w:t>Прочумайся, Поліціане!&lt;br /&gt;</w:t>
        <w:br/>
        <w:t>Ти не повинен, чуєш, не повинен&lt;br /&gt;</w:t>
        <w:br/>
        <w:t>Цим настроям піддатись. Будь колишнім!&lt;br /&gt;</w:t>
        <w:br/>
        <w:t>Гони докучливі пусті химери&lt;br /&gt;</w:t>
        <w:br/>
        <w:t>Й живи, бо ти вмираєш!&lt;br /&gt;</w:t>
        <w:br/>
        <w:t>ПОЛІЦІАН&lt;br /&gt;</w:t>
        <w:br/>
        <w:t>Ні, неправда,&lt;br /&gt;</w:t>
        <w:br/>
        <w:t>Бо я таки живу.&lt;br /&gt;</w:t>
        <w:br/>
        <w:t>БАЛТАЗЗАР&lt;br /&gt;</w:t>
        <w:br/>
        <w:t>Як сумно, друже,&lt;br /&gt;</w:t>
        <w:br/>
        <w:t>Тебе таким ось бачити!&lt;br /&gt;</w:t>
        <w:br/>
        <w:t>ПОЛІЦІАН&lt;br /&gt;</w:t>
        <w:br/>
        <w:t>Мені&lt;br /&gt;</w:t>
        <w:br/>
        <w:t>Так само сумно, дорогий мій друже,&lt;br /&gt;</w:t>
        <w:br/>
        <w:t>Що через мене засмутився й ти.&lt;br /&gt;</w:t>
        <w:br/>
        <w:t>Наказуй, пане! Що мені робити?&lt;br /&gt;</w:t>
        <w:br/>
        <w:t>На твій наказ приборкаю натуру,&lt;br /&gt;</w:t>
        <w:br/>
        <w:t>Що я дістав від пращурів своїх,&lt;br /&gt;</w:t>
        <w:br/>
        <w:t>Що з материнським молоком всмоктав,&lt;br /&gt;</w:t>
        <w:br/>
        <w:t>І перестану бути вже собою.&lt;br /&gt;</w:t>
        <w:br/>
        <w:t>Наказуй, пане!&lt;br /&gt;</w:t>
        <w:br/>
        <w:t>БАЛТАЗЗАР&lt;br /&gt;</w:t>
        <w:br/>
        <w:t>Тож на герць, на бій —&lt;br /&gt;</w:t>
        <w:br/>
        <w:t>В сенат або до бою.&lt;br /&gt;</w:t>
        <w:br/>
        <w:t>ПОЛІЦІАН&lt;br /&gt;</w:t>
        <w:br/>
        <w:t>Леле! Леле!&lt;br /&gt;</w:t>
        <w:br/>
        <w:t>Той біс за мною бігтиме й туди!&lt;br /&gt;</w:t>
        <w:br/>
        <w:t>Той біс не відпускав мене і там!&lt;br /&gt;</w:t>
        <w:br/>
        <w:t>Що то за голос?&lt;br /&gt;</w:t>
        <w:br/>
        <w:t>БАЛТАЗЗАР&lt;br /&gt;</w:t>
        <w:br/>
        <w:t>Я не чув нічого —&lt;br /&gt;</w:t>
        <w:br/>
        <w:t>Лиш голос твій та ще його відлуння.&lt;br /&gt;</w:t>
        <w:br/>
        <w:t>ПОЛІ ЦІАН&lt;br /&gt;</w:t>
        <w:br/>
        <w:t>Отож я марю. [360]&lt;br /&gt;</w:t>
        <w:br/>
        <w:t>БАЛТАЗЗАР&lt;br /&gt;</w:t>
        <w:br/>
        <w:t>Обтрусись від марень.&lt;br /&gt;</w:t>
        <w:br/>
        <w:t>Тобі пристало бойовище, двір,&lt;br /&gt;</w:t>
        <w:br/>
        <w:t>Тебе чекає Шана, кличе Слава.&lt;br /&gt;</w:t>
        <w:br/>
        <w:t>її суремної не вчуєш мови,&lt;br /&gt;</w:t>
        <w:br/>
        <w:t>Зважаючи на всі уявні звуки&lt;br /&gt;</w:t>
        <w:br/>
        <w:t>Та голос привидів.&lt;br /&gt;</w:t>
        <w:br/>
        <w:t>ПОЛІЦІАН&lt;br /&gt;</w:t>
        <w:br/>
        <w:t>То їхній голос.&lt;br /&gt;</w:t>
        <w:br/>
        <w:t>Невже ти не почув?&lt;br /&gt;</w:t>
        <w:br/>
        <w:t>БАЛТАЗЗАР&lt;br /&gt;</w:t>
        <w:br/>
        <w:t>Не чув нічого.&lt;br /&gt;</w:t>
        <w:br/>
        <w:t>ПОЛІЦІАН&lt;br /&gt;</w:t>
        <w:br/>
        <w:t>Не чув! Балтаззаре, не говори&lt;br /&gt;</w:t>
        <w:br/>
        <w:t>Поліціану про двори й звитягу.&lt;br /&gt;</w:t>
        <w:br/>
        <w:t>О, як до смерті в'їлося мені&lt;br /&gt;</w:t>
        <w:br/>
        <w:t>Порожнє, пишномовне марнолюбство&lt;br /&gt;</w:t>
        <w:br/>
        <w:t>Людей Землі! Побудь іще зі мною!&lt;br /&gt;</w:t>
        <w:br/>
        <w:t>Росли ми вкупі, вчилися разом —&lt;br /&gt;</w:t>
        <w:br/>
        <w:t>І досі друзі... та уже недовго...&lt;br /&gt;</w:t>
        <w:br/>
        <w:t>У Вічнім Місті зробиш ти для мене&lt;br /&gt;</w:t>
        <w:br/>
        <w:t>Люб'язну й добру послугу, по чому&lt;br /&gt;</w:t>
        <w:br/>
        <w:t>Благословенна і найвища влада&lt;br /&gt;</w:t>
        <w:br/>
        <w:t>Обов'язки твої й любов до друга&lt;br /&gt;</w:t>
        <w:br/>
        <w:t>Навік скасує.&lt;br /&gt;</w:t>
        <w:br/>
        <w:t>БАЛТАЗЗАР&lt;br /&gt;</w:t>
        <w:br/>
        <w:t>Ох, страшні слова —&lt;br /&gt;</w:t>
        <w:br/>
        <w:t>Не хочу розуміти.&lt;br /&gt;</w:t>
        <w:br/>
        <w:t>ПОЛІЦІАН&lt;br /&gt;</w:t>
        <w:br/>
        <w:t>Кроки Долі&lt;br /&gt;</w:t>
        <w:br/>
        <w:t>Все ближчають. Коротшають години,&lt;br /&gt;</w:t>
        <w:br/>
        <w:t>Піщинки Часу золотом стають,&lt;br /&gt;</w:t>
        <w:br/>
        <w:t>Балтаззаре, і сліплять очі. Боже!&lt;br /&gt;</w:t>
        <w:br/>
        <w:t>Не можу вмерти, маючи у серці&lt;br /&gt;</w:t>
        <w:br/>
        <w:t>Таке разюче відчуття краси,&lt;br /&gt;</w:t>
        <w:br/>
        <w:t>Що спалахнуло в нім. Мені здається&lt;br /&gt;</w:t>
        <w:br/>
        <w:t>Духмянішим повітря, ніж звичайно...&lt;br /&gt;</w:t>
        <w:br/>
        <w:t>Мелодії розкішні ронить легіт...&lt;br /&gt;</w:t>
        <w:br/>
        <w:t>А на землі чудовніше зело...&lt;br /&gt;</w:t>
        <w:br/>
        <w:t>Святіші промені рахманний місяць&lt;br /&gt;</w:t>
        <w:br/>
        <w:t>Із неба ллє... Та тс-с! Тепер не скажеш,&lt;br /&gt;</w:t>
        <w:br/>
        <w:t>Що ти не чуєш? [361]&lt;br /&gt;</w:t>
        <w:br/>
        <w:t>БАЛТАЗЗАР&lt;br /&gt;</w:t>
        <w:br/>
        <w:t>Ні, таки не чую.&lt;br /&gt;</w:t>
        <w:br/>
        <w:t>ПОЛІЦІАН&lt;br /&gt;</w:t>
        <w:br/>
        <w:t>Не чуєш? Слухай, слухай! Найтихіший&lt;br /&gt;</w:t>
        <w:br/>
        <w:t>І найсолодший звук торкнувся слуху.&lt;br /&gt;</w:t>
        <w:br/>
        <w:t>Жіночий голос! Скільки в ньому смутку!&lt;br /&gt;</w:t>
        <w:br/>
        <w:t>Мене гнітить його урочий чар.&lt;br /&gt;</w:t>
        <w:br/>
        <w:t>О, знову, ще! Як западає в серце!&lt;br /&gt;</w:t>
        <w:br/>
        <w:t>Не чув я голосу такого зроду.&lt;br /&gt;</w:t>
        <w:br/>
        <w:t>Якби ж почув його бентежні тони&lt;br /&gt;</w:t>
        <w:br/>
        <w:t>Раніше я!&lt;br /&gt;</w:t>
        <w:br/>
        <w:t>БАЛТАЗЗАР&lt;br /&gt;</w:t>
        <w:br/>
        <w:t>Тепер і сам я чую.&lt;br /&gt;</w:t>
        <w:br/>
        <w:t>Стривай, стривай! Якщо не помиляюсь,&lt;br /&gt;</w:t>
        <w:br/>
        <w:t>Той голос з-за віконниці лунає,-&lt;br /&gt;</w:t>
        <w:br/>
        <w:t>Он бачиш те вікно? Так, безперечно,&lt;br /&gt;</w:t>
        <w:br/>
        <w:t>З палацу герцога. Ота співачка&lt;br /&gt;</w:t>
        <w:br/>
        <w:t>У домі його світлості. Можливо,&lt;br /&gt;</w:t>
        <w:br/>
        <w:t>То навіть Алессандра, наречена&lt;br /&gt;</w:t>
        <w:br/>
        <w:t>Кастіліоне, герцогського сина&lt;br /&gt;</w:t>
        <w:br/>
        <w:t>І спадкоємця.&lt;br /&gt;</w:t>
        <w:br/>
        <w:t>ПОЛІЦІАН&lt;br /&gt;</w:t>
        <w:br/>
        <w:t>Тихше! Знову віні&lt;br /&gt;</w:t>
        <w:br/>
        <w:t>ГОЛОС (ледь чутно)&lt;br /&gt;</w:t>
        <w:br/>
        <w:t>Чи твому серцю сила&lt;br /&gt;</w:t>
        <w:br/>
        <w:t>Відринути моє,&lt;br /&gt;</w:t>
        <w:br/>
        <w:t>Що так тебе любило,&lt;br /&gt;</w:t>
        <w:br/>
        <w:t>Добро й біду ділило?&lt;br /&gt;</w:t>
        <w:br/>
        <w:t>Чи твому серцю сила&lt;br /&gt;</w:t>
        <w:br/>
        <w:t>Покинути мене?&lt;br /&gt;</w:t>
        <w:br/>
        <w:t>Скажи, що ні!&lt;br /&gt;</w:t>
        <w:br/>
        <w:t>БАЛТАЗЗАР&lt;br /&gt;</w:t>
        <w:br/>
        <w:t>Англійська пісня. Чув, її співають&lt;br /&gt;</w:t>
        <w:br/>
        <w:t>В Британії, але не так тужливо.&lt;br /&gt;</w:t>
        <w:br/>
        <w:t>Цить! Цить! Співає знов!&lt;br /&gt;</w:t>
        <w:br/>
        <w:t>ГОЛОС (трохи гучніше)&lt;br /&gt;</w:t>
        <w:br/>
        <w:t>Чи серцю сила&lt;br /&gt;</w:t>
        <w:br/>
        <w:t>Відринути моє,&lt;br /&gt;</w:t>
        <w:br/>
        <w:t>Що так тебе любило, [362]&lt;br /&gt;</w:t>
        <w:br/>
        <w:t>Добро й біду ділило?&lt;br /&gt;</w:t>
        <w:br/>
        <w:t>Чи твому серцю сила&lt;br /&gt;</w:t>
        <w:br/>
        <w:t>Покинути мене?&lt;br /&gt;</w:t>
        <w:br/>
        <w:t>Скажи, що ні!&lt;br /&gt;</w:t>
        <w:br/>
        <w:t>БАЛТАЗЗАР&lt;br /&gt;</w:t>
        <w:br/>
        <w:t>Замовкла, стихло все!&lt;br /&gt;</w:t>
        <w:br/>
        <w:t>ПОЛІЦІАН&lt;br /&gt;</w:t>
        <w:br/>
        <w:t>Не все затихло!&lt;br /&gt;</w:t>
        <w:br/>
        <w:t>БАЛТАЗЗАР&lt;br /&gt;</w:t>
        <w:br/>
        <w:t>Ходімо вниз.&lt;br /&gt;</w:t>
        <w:br/>
        <w:t>ПОЛІЦІАН&lt;br /&gt;</w:t>
        <w:br/>
        <w:t>Іди без мене, сам.&lt;br /&gt;</w:t>
        <w:br/>
        <w:t>БАЛТАЗЗАР&lt;br /&gt;</w:t>
        <w:br/>
        <w:t>Година пізня,— нас чекає герцог,&lt;br /&gt;</w:t>
        <w:br/>
        <w:t>Тебе очікують усі у залі.&lt;br /&gt;</w:t>
        <w:br/>
        <w:t>Ну що гнітить тебе, Поліціане?&lt;br /&gt;</w:t>
        <w:br/>
        <w:t>ГОЛОС (виразно)&lt;br /&gt;</w:t>
        <w:br/>
        <w:t>Що так тебе любило,&lt;br /&gt;</w:t>
        <w:br/>
        <w:t>Добро й біду ділило,&lt;br /&gt;</w:t>
        <w:br/>
        <w:t>Чи твому серцю сила?&lt;br /&gt;</w:t>
        <w:br/>
        <w:t>Скажи, що ні!&lt;br /&gt;</w:t>
        <w:br/>
        <w:t>БАЛТАЗЗАР&lt;br /&gt;</w:t>
        <w:br/>
        <w:t>Ходімо! Вже пора. Оті химери&lt;br /&gt;</w:t>
        <w:br/>
        <w:t>Облиш, Поліціане. Пам'ятаєш,&lt;br /&gt;</w:t>
        <w:br/>
        <w:t>Як ти негарно з герцогом недавно&lt;br /&gt;</w:t>
        <w:br/>
        <w:t>Повівся? Прочумайся і пригадай!&lt;br /&gt;</w:t>
        <w:br/>
        <w:t>ПОЛІЦІАН&lt;br /&gt;</w:t>
        <w:br/>
        <w:t>Згадати? Так. Згадав. Я пам'ятаю. (Йдучи).&lt;br /&gt;</w:t>
        <w:br/>
        <w:t>Веди! Повір, я залюбки віддав би&lt;br /&gt;</w:t>
        <w:br/>
        <w:t>Усі лани розлогі свого графства,&lt;br /&gt;</w:t>
        <w:br/>
        <w:t>Щоб на обличчя глянуть за вікном —&lt;br /&gt;</w:t>
        <w:br/>
        <w:t>"Вдивлятися в обличчя за серпанком,&lt;br /&gt;</w:t>
        <w:br/>
        <w:t>Почути ще раз розповідь німу".&lt;br /&gt;</w:t>
        <w:br/>
        <w:t>БАЛТАЗЗАР&lt;br /&gt;</w:t>
        <w:br/>
        <w:t>Прошу тебе, ходім. А то ще герцог&lt;br /&gt;</w:t>
        <w:br/>
        <w:t>Образиться. Ходімо! [363]&lt;br /&gt;</w:t>
        <w:br/>
        <w:t>ГОЛОС (гучно)&lt;br /&gt;</w:t>
        <w:br/>
        <w:t>Скажи, що ні!&lt;br /&gt;</w:t>
        <w:br/>
        <w:t>ПОЛІЦІАН (убік)&lt;br /&gt;</w:t>
        <w:br/>
        <w:t>Ну й диво! Голос цей, мені здається,&lt;br /&gt;</w:t>
        <w:br/>
        <w:t>Мене благає залишитись тут! (Підходячи до вікна).&lt;br /&gt;</w:t>
        <w:br/>
        <w:t>Я чую, любий голосе, лишаюсь!&lt;br /&gt;</w:t>
        <w:br/>
        <w:t>Нехай це Примха чи насправді Доля,-&lt;br /&gt;</w:t>
        <w:br/>
        <w:t>Не піду я, Балтаззаре, проси&lt;br /&gt;</w:t>
        <w:br/>
        <w:t>Пробачення у герцога від мене:&lt;br /&gt;</w:t>
        <w:br/>
        <w:t>Нікуди я не йду.&lt;br /&gt;</w:t>
        <w:br/>
        <w:t>БАЛТАЗЗАР&lt;br /&gt;</w:t>
        <w:br/>
        <w:t>Як ваша світлість&lt;br /&gt;</w:t>
        <w:br/>
        <w:t>Бажати зволить. Ну, то на добраніч,&lt;br /&gt;</w:t>
        <w:br/>
        <w:t>Поліціане.&lt;br /&gt;</w:t>
        <w:br/>
        <w:t>ПОЛІЦІАН&lt;br /&gt;</w:t>
        <w:br/>
        <w:t>На добраніч, друже.</w:t>
      </w:r>
    </w:p>
    <w:p>
      <w:r>
        <w:br/>
        <w:t>ЯВА СЬОМА&lt;br /&gt;</w:t>
        <w:br/>
        <w:t>Сад біля палацу. Місячно. ЛАЛАГА і ПОЛІЦІАН.&lt;br /&gt;</w:t>
        <w:br/>
        <w:t>ЛАЛАГА&lt;br /&gt;</w:t>
        <w:br/>
        <w:t>Ти мовиш про любов&lt;br /&gt;</w:t>
        <w:br/>
        <w:t>Мені, Поліціане? Про кохання&lt;br /&gt;</w:t>
        <w:br/>
        <w:t>До Лалаги говориш? Горе, горе!&lt;br /&gt;</w:t>
        <w:br/>
        <w:t>Жорстоко ти глузуєш, так жорстоко!&lt;br /&gt;</w:t>
        <w:br/>
        <w:t>ПОЛІЦІАН&lt;br /&gt;</w:t>
        <w:br/>
        <w:t>Не плач! О, не ридай! Від сліз твоїх&lt;br /&gt;</w:t>
        <w:br/>
        <w:t>Я збожеволію. О Лалаго, не плач&lt;br /&gt;</w:t>
        <w:br/>
        <w:t>І заспокойся! Знаю, знаю все&lt;br /&gt;</w:t>
        <w:br/>
        <w:t>І все-таки говорю про кохання.&lt;br /&gt;</w:t>
        <w:br/>
        <w:t>Прекрасна Лалаго, поглянь на мене!&lt;br /&gt;</w:t>
        <w:br/>
        <w:t>Питаєш ти, як можу говорити,&lt;br /&gt;</w:t>
        <w:br/>
        <w:t>Все знаючи, все бачивши і чувши?&lt;br /&gt;</w:t>
        <w:br/>
        <w:t>Питаєш ти — і я відповідаю,&lt;br /&gt;</w:t>
        <w:br/>
        <w:t>Перед тобою ставши на коліна. (Опускається навколішки).&lt;br /&gt;</w:t>
        <w:br/>
        <w:t>О Лалаго, люблю тебе, кохаю.&lt;br /&gt;</w:t>
        <w:br/>
        <w:t>В добрі і злі, хоч би там що — кохаю. [364]&lt;br /&gt;</w:t>
        <w:br/>
        <w:t>І мати первістка в своїх руках&lt;br /&gt;</w:t>
        <w:br/>
        <w:t>Так не любила, як тебе кохаю.&lt;br /&gt;</w:t>
        <w:br/>
        <w:t>На божім олтарі — ніде, ніколи&lt;br /&gt;</w:t>
        <w:br/>
        <w:t>Священніший вогонь ще не палав,&lt;br /&gt;</w:t>
        <w:br/>
        <w:t>Аніж в душі моїй до тебе. Чи&lt;br /&gt;</w:t>
        <w:br/>
        <w:t>Тебе люблю? (Підвівшись). Люблю і за страждання,&lt;br /&gt;</w:t>
        <w:br/>
        <w:t>І за красу твою, і за страждання.&lt;br /&gt;</w:t>
        <w:br/>
        <w:t>ЛАЛАГА&lt;br /&gt;</w:t>
        <w:br/>
        <w:t>Не треба, схаменися, гордий графе,&lt;br /&gt;</w:t>
        <w:br/>
        <w:t>Ти через мене вже й себе забув!&lt;br /&gt;</w:t>
        <w:br/>
        <w:t>Як зможе у палати твого батька,&lt;br /&gt;</w:t>
        <w:br/>
        <w:t>Між доброчесних і цнотливих дів,&lt;br /&gt;</w:t>
        <w:br/>
        <w:t>Збезчещеною Лалага ввійти?&lt;br /&gt;</w:t>
        <w:br/>
        <w:t>Така дружина із тавром ганебним —&lt;br /&gt;</w:t>
        <w:br/>
        <w:t>Знеславленим, заплямленим ім'ям —&lt;br /&gt;</w:t>
        <w:br/>
        <w:t>Чи ж личитиме честі твого дому&lt;br /&gt;</w:t>
        <w:br/>
        <w:t>І славі?&lt;br /&gt;</w:t>
        <w:br/>
        <w:t>ПОЛІЦІАН&lt;br /&gt;</w:t>
        <w:br/>
        <w:t>Не кажи мені про славу!&lt;br /&gt;</w:t>
        <w:br/>
        <w:t>Ненавиджу це слово. Зневажаю&lt;br /&gt;</w:t>
        <w:br/>
        <w:t>Цю найпримарнішу й порожню річ.&lt;br /&gt;</w:t>
        <w:br/>
        <w:t>Ти — Лалага, а я — Поліціан!&lt;br /&gt;</w:t>
        <w:br/>
        <w:t>Чи не люблю тебе? Чи ти не гожа?&lt;br /&gt;</w:t>
        <w:br/>
        <w:t>Що ще потрібно? Слави? Ха! Бридня!&lt;br /&gt;</w:t>
        <w:br/>
        <w:t>В ім'я всього, що чисте і священне,&lt;br /&gt;</w:t>
        <w:br/>
        <w:t>Чого я прагну і чого боюся,&lt;br /&gt;</w:t>
        <w:br/>
        <w:t>Чого цураюсь тут, чекаю в небі,-&lt;br /&gt;</w:t>
        <w:br/>
        <w:t>Кажу: славнішого немає вчинку,&lt;br /&gt;</w:t>
        <w:br/>
        <w:t>Ніж, задля тебе славу розтоптавши,&lt;br /&gt;</w:t>
        <w:br/>
        <w:t>На кпини взять її. Хіба ж то важить,&lt;br /&gt;</w:t>
        <w:br/>
        <w:t>Чи важить, найпрекрасніша моя,&lt;br /&gt;</w:t>
        <w:br/>
        <w:t>Що ми колись — без слави і забуті —&lt;br /&gt;</w:t>
        <w:br/>
        <w:t>На прах обернемось? Зате удвох,&lt;br /&gt;</w:t>
        <w:br/>
        <w:t>Разом усе ж, а далі... далі... може...&lt;br /&gt;</w:t>
        <w:br/>
        <w:t>ЛАЛАГА&lt;br /&gt;</w:t>
        <w:br/>
        <w:t>Чому ти замовчав, Поліціане?&lt;br /&gt;</w:t>
        <w:br/>
        <w:t>ПОЛІЦІАН&lt;br /&gt;</w:t>
        <w:br/>
        <w:t>А далі, Лалаго,— все може бути —&lt;br /&gt;</w:t>
        <w:br/>
        <w:t>Воскреснемо й полинемо удвох&lt;br /&gt;</w:t>
        <w:br/>
        <w:t>У зоряних світах благословенних,&lt;br /&gt;</w:t>
        <w:br/>
        <w:t>І все-таки... [365]&lt;br /&gt;</w:t>
        <w:br/>
        <w:t>ЛАЛАГА&lt;br /&gt;</w:t>
        <w:br/>
        <w:t>Чому ти замовчав?&lt;br /&gt;</w:t>
        <w:br/>
        <w:t>ПОЛІЦІАН&lt;br /&gt;</w:t>
        <w:br/>
        <w:t>І все-таки укупі, нерозлучні.&lt;br /&gt;</w:t>
        <w:br/>
        <w:t>ЛАЛАГА&lt;br /&gt;</w:t>
        <w:br/>
        <w:t>Так, графе Лестерський! Тепер я вірю.&lt;br /&gt;</w:t>
        <w:br/>
        <w:t>Мене ти любиш, серцем відчуваю,&lt;br /&gt;</w:t>
        <w:br/>
        <w:t>Що любиш щиро.&lt;br /&gt;</w:t>
        <w:br/>
        <w:t>ПОЛІЦІАН&lt;br /&gt;</w:t>
        <w:br/>
        <w:t>Лалаго моя! (Опускаючись на коліно).&lt;br /&gt;</w:t>
        <w:br/>
        <w:t>Чи й ти кохаєш?&lt;br /&gt;</w:t>
        <w:br/>
        <w:t>ЛАЛАГА&lt;br /&gt;</w:t>
        <w:br/>
        <w:t>Тихше! Там, у тіні&lt;br /&gt;</w:t>
        <w:br/>
        <w:t>Отих дерев, здається, хтось майнув&lt;br /&gt;</w:t>
        <w:br/>
        <w:t>Примарно так, повільно та безгучно,&lt;br /&gt;</w:t>
        <w:br/>
        <w:t>Немов саме Сумління невблаганне.&lt;br /&gt;</w:t>
        <w:br/>
        <w:t>(Йде туди й повертається).&lt;br /&gt;</w:t>
        <w:br/>
        <w:t>Я помилилась — то осінній вітер&lt;br /&gt;</w:t>
        <w:br/>
        <w:t>Гойднув густе гілля. Поліціане!&lt;br /&gt;</w:t>
        <w:br/>
        <w:t>ПОЛІЦІАН&lt;br /&gt;</w:t>
        <w:br/>
        <w:t>Кохана Лалаго! О, що з тобою?&lt;br /&gt;</w:t>
        <w:br/>
        <w:t>Чому ти зблідла? Ні саме Сумління,&lt;br /&gt;</w:t>
        <w:br/>
        <w:t>Ні тінь, з якою ти його рівняєш,&lt;br /&gt;</w:t>
        <w:br/>
        <w:t>Так не повинні дух твердий лякати...&lt;br /&gt;</w:t>
        <w:br/>
        <w:t>То тільки вітер сколихнув гілля&lt;br /&gt;</w:t>
        <w:br/>
        <w:t>Печальне, та й усе.&lt;br /&gt;</w:t>
        <w:br/>
        <w:t>ЛАЛАГА&lt;br /&gt;</w:t>
        <w:br/>
        <w:t>Поліціане!&lt;br /&gt;</w:t>
        <w:br/>
        <w:t>Ти мовиш про любов. Тобі відомий&lt;br /&gt;</w:t>
        <w:br/>
        <w:t>Той край, що на устах в усіх, земля,&lt;br /&gt;</w:t>
        <w:br/>
        <w:t>Відкрита генуезцем нещодавно&lt;br /&gt;</w:t>
        <w:br/>
        <w:t>За тисячу далеких ліг на захід?&lt;br /&gt;</w:t>
        <w:br/>
        <w:t>Казковий край квіток, плодів і сонця,&lt;br /&gt;</w:t>
        <w:br/>
        <w:t>Озер прозорих і лісів тінистих,&lt;br /&gt;</w:t>
        <w:br/>
        <w:t>Стрімких шпилів, понад якими вільно&lt;br /&gt;</w:t>
        <w:br/>
        <w:t>Вітри летять... Дихнуть отим повітрям&lt;br /&gt;</w:t>
        <w:br/>
        <w:t>Для мене — Щастя, Волю там знайти&lt;br /&gt;</w:t>
        <w:br/>
        <w:t>Так мріялося... [366]&lt;br /&gt;</w:t>
        <w:br/>
        <w:t>ПОЛІЦІАН&lt;br /&gt;</w:t>
        <w:br/>
        <w:t>Лалаго, ти хочеш&lt;br /&gt;</w:t>
        <w:br/>
        <w:t>В той Рай полинути разом зі мною,-&lt;br /&gt;</w:t>
        <w:br/>
        <w:t>Таки удвох? Забудемо Турботу,&lt;br /&gt;</w:t>
        <w:br/>
        <w:t>Журба минеться, буде лиш Кохання.&lt;br /&gt;</w:t>
        <w:br/>
        <w:t>Для мене розцвіте життя, бо я&lt;br /&gt;</w:t>
        <w:br/>
        <w:t>Для тебе оживу, моя чудовна!&lt;br /&gt;</w:t>
        <w:br/>
        <w:t>Ти не журитимешся — світла Радість&lt;br /&gt;</w:t>
        <w:br/>
        <w:t>Тебе чекає, янгольська Надія&lt;br /&gt;</w:t>
        <w:br/>
        <w:t>З тобою вічно буде. Я ж на тебе&lt;br /&gt;</w:t>
        <w:br/>
        <w:t>Молитимусь повік. Ти, люба, станеш&lt;br /&gt;</w:t>
        <w:br/>
        <w:t>Коханою, дружиною, моєю —&lt;br /&gt;</w:t>
        <w:br/>
        <w:t>Моїм усім! О Лалаго, ти хочеш&lt;br /&gt;</w:t>
        <w:br/>
        <w:t>Туди зі мною?&lt;br /&gt;</w:t>
        <w:br/>
        <w:t>ЛАЛАГА&lt;br /&gt;</w:t>
        <w:br/>
        <w:t>Слід одно зробити —&lt;br /&gt;</w:t>
        <w:br/>
        <w:t>Живий ще Кастільйоне.&lt;br /&gt;</w:t>
        <w:br/>
        <w:t>ПОЛІЦІАН&lt;br /&gt;</w:t>
        <w:br/>
        <w:t>Він умре. (Виходить).&lt;br /&gt;</w:t>
        <w:br/>
        <w:t>ЛАЛАГА (помовчавши).&lt;br /&gt;</w:t>
        <w:br/>
        <w:t>Умре він... Кастільйоне... Леле!&lt;br /&gt;</w:t>
        <w:br/>
        <w:t>Так, значить, вмре? Хто це промовив?&lt;br /&gt;</w:t>
        <w:br/>
        <w:t>Де я?.. Що він сказав?.. Поліціане!&lt;br /&gt;</w:t>
        <w:br/>
        <w:t>Ти не пішов... ти тут, Поліціане!&lt;br /&gt;</w:t>
        <w:br/>
        <w:t>Я відчуваю: тут — боїшся глянуть,&lt;br /&gt;</w:t>
        <w:br/>
        <w:t>Щоб не побачили тебе... Не міг ти,&lt;br /&gt;</w:t>
        <w:br/>
        <w:t>Промовивши таке, піти. Озвися!&lt;br /&gt;</w:t>
        <w:br/>
        <w:t>Хай голос твій почую... хоч слівце,&lt;br /&gt;</w:t>
        <w:br/>
        <w:t>Що ти ще тут... одну маленьку фразу...&lt;br /&gt;</w:t>
        <w:br/>
        <w:t>Скажи мені, як дуже зневажаєш&lt;br /&gt;</w:t>
        <w:br/>
        <w:t>Мою жіночу слабість. Ти ще тут...&lt;br /&gt;</w:t>
        <w:br/>
        <w:t>Озвись. Адже я знала: ти не підеш!&lt;br /&gt;</w:t>
        <w:br/>
        <w:t>Я знала, ти не зможеш, не посмієш&lt;br /&gt;</w:t>
        <w:br/>
        <w:t>Отак піти, глузуєш ти із мене!&lt;br /&gt;</w:t>
        <w:br/>
        <w:t>Ось де ти! Ні! Пішов!.. Таки пішов!&lt;br /&gt;</w:t>
        <w:br/>
        <w:t>Пішов! Пішов! Де я?.. Гаразд! Прекрасно!&lt;br /&gt;</w:t>
        <w:br/>
        <w:t>Будь гострим, лезо, а удар несхибним,&lt;br /&gt;</w:t>
        <w:br/>
        <w:t>Гаразд, усе чудово... Леле! Леле! [367]</w:t>
      </w:r>
    </w:p>
    <w:p>
      <w:r>
        <w:br/>
        <w:t>ЯВА ВОСЬМА&lt;br /&gt;</w:t>
        <w:br/>
        <w:t>Вулиця поблизу палацу. Лунають дзвони, і звіддалік чути крики. Кілька перехожих швидко перетинають сцену в різних напрямках. Квапливо входить Б Е Н І Т О, за ним так само стрімко Р У П Е Р Т.&lt;br /&gt;</w:t>
        <w:br/>
        <w:t>РУПЕРТ&lt;br /&gt;</w:t>
        <w:br/>
        <w:t>Агов, Беніто! Ти казав — сьогодні?&lt;br /&gt;</w:t>
        <w:br/>
        <w:t>То як? Увечері весілля?&lt;br /&gt;</w:t>
        <w:br/>
        <w:t>БЕНІТО&lt;br /&gt;</w:t>
        <w:br/>
        <w:t>Ніби так. (Виходять).&lt;br /&gt;</w:t>
        <w:br/>
        <w:t>Входить химерно вбрана ДЖАСІНТА, в руках у неї пласка коробка. Йде спочатку квапливо, далі сповільнює ходу й нарешті зупиняється посеред сцени, замислено роздивляючись прикраси на руці, з якої зняла рукавичку. Потім ставить коробку і дивиться на годинник, що висить у неї збоку.&lt;br /&gt;</w:t>
        <w:br/>
        <w:t>ДЖАСІНТА&lt;br /&gt;</w:t>
        <w:br/>
        <w:t>Ще маю час, авжеж! Ще маю час.&lt;br /&gt;</w:t>
        <w:br/>
        <w:t>Навіщо квапитися? В мене є&lt;br /&gt;</w:t>
        <w:br/>
        <w:t>Доволі часу, дай лишень погляну!&lt;br /&gt;</w:t>
        <w:br/>
        <w:t>Вінчатимуться ввечері, а зараз&lt;br /&gt;</w:t>
        <w:br/>
        <w:t>Заледве полудень. Ось полічу&lt;br /&gt;</w:t>
        <w:br/>
        <w:t>Хвилини всі і всі оті години&lt;br /&gt;</w:t>
        <w:br/>
        <w:t>До вечора — дві, три, чотири, п'ять!&lt;br /&gt;</w:t>
        <w:br/>
        <w:t>Аж п'ять годин! Я впораюся легко&lt;br /&gt;</w:t>
        <w:br/>
        <w:t>За дві години із усім, що треба!&lt;br /&gt;</w:t>
        <w:br/>
        <w:t>На це й годинник! Ну й ловкенькі рукавички!&lt;br /&gt;</w:t>
        <w:br/>
        <w:t>Щоб я себе забігала до смерті?!&lt;br /&gt;</w:t>
        <w:br/>
        <w:t>Нізащо! Квапляться дурні.&lt;br /&gt;</w:t>
        <w:br/>
        <w:t>Сідає на лаву й безтурботно підбиває коробку ногами. БЕНІТО з клунком швидко перетинає сцену.&lt;br /&gt;</w:t>
        <w:br/>
        <w:t>Беніто!&lt;br /&gt;</w:t>
        <w:br/>
        <w:t>Беніто! Гей, поглянь! Чи ти не чуєш?&lt;br /&gt;</w:t>
        <w:br/>
        <w:t>Зухвалий шалапуте, і не гляне!&lt;br /&gt;</w:t>
        <w:br/>
        <w:t>Злидота, ще й не зволить привітатись,&lt;br /&gt;</w:t>
        <w:br/>
        <w:t>Ні глянути, як я сиджу на лаві,&lt;br /&gt;</w:t>
        <w:br/>
        <w:t>Мов синьйорина! Я ж бо синьйорина!&lt;br /&gt;</w:t>
        <w:br/>
        <w:t>Таки насправді! Але я гадаю,&lt;br /&gt;</w:t>
        <w:br/>
        <w:t>Що і між панями різниця є&lt;br /&gt;</w:t>
        <w:br/>
        <w:t>(Бо є такі — дурні, невчені, грубі!),&lt;br /&gt;</w:t>
        <w:br/>
        <w:t>Між Лалагою отака різниця,&lt;br /&gt;</w:t>
        <w:br/>
        <w:t>Старою панею, і між новою —&lt;br /&gt;</w:t>
        <w:br/>
        <w:t>Міледі Алессандрою. Гадаю, [368]&lt;br /&gt;</w:t>
        <w:br/>
        <w:t>Мій вибір вельми вдалий. Ну, ще б пак!&lt;br /&gt;</w:t>
        <w:br/>
        <w:t>А ще, скажіть, хіба ото можливо&lt;br /&gt;</w:t>
        <w:br/>
        <w:t>Всі балачки ті чути повсякчас&lt;br /&gt;</w:t>
        <w:br/>
        <w:t>І в неї залишитися? На леді&lt;br /&gt;</w:t>
        <w:br/>
        <w:t>Не схожа зовсім! Та вже швидше скажеш,&lt;br /&gt;</w:t>
        <w:br/>
        <w:t>Що то селючка, і таке вже скромне!&lt;br /&gt;</w:t>
        <w:br/>
        <w:t>Ненавиджу тих скромниць! А говорить&lt;br /&gt;</w:t>
        <w:br/>
        <w:t>З тобою так, немовби робить ласку.&lt;br /&gt;</w:t>
        <w:br/>
        <w:t>Та ще й не має клепки в голові.&lt;br /&gt;</w:t>
        <w:br/>
        <w:t>Ну а тепер признайтеся, Джасінто,&lt;br /&gt;</w:t>
        <w:br/>
        <w:t>Ви не вважаєте, що ваша господиня&lt;br /&gt;</w:t>
        <w:br/>
        <w:t>Розумно й вельми мудро повелася,&lt;br /&gt;</w:t>
        <w:br/>
        <w:t>Віддавши вам усі свої оздоби?&lt;br /&gt;</w:t>
        <w:br/>
        <w:t>Р У П Е Р Т, не помічаючи Джасінти, швидко проходить сценою.&lt;br /&gt;</w:t>
        <w:br/>
        <w:t>Дурний як пень, інакше б зупинився,&lt;br /&gt;</w:t>
        <w:br/>
        <w:t>Якби не дурень був, то б зупинився&lt;br /&gt;</w:t>
        <w:br/>
        <w:t>І, капелюха знявши, привітався&lt;br /&gt;</w:t>
        <w:br/>
        <w:t>Й сказав би: "Надзвичайно радий&lt;br /&gt;</w:t>
        <w:br/>
        <w:t>Вас бачити, добродійко Джасінто".&lt;br /&gt;</w:t>
        <w:br/>
        <w:t>Є пришелепуваті від природи,&lt;br /&gt;</w:t>
        <w:br/>
        <w:t>А дехто має дурість як талан.&lt;br /&gt;</w:t>
        <w:br/>
        <w:t>От хоч би Уго-телепень, приміром.&lt;br /&gt;</w:t>
        <w:br/>
        <w:t>Гадає, я піду за нього — дзуськи!&lt;br /&gt;</w:t>
        <w:br/>
        <w:t>Так рідко він до голови вдається,&lt;br /&gt;</w:t>
        <w:br/>
        <w:t>Що міг би й народитись безголовим!&lt;br /&gt;</w:t>
        <w:br/>
        <w:t>Це що? Моєї пані папірець&lt;br /&gt;</w:t>
        <w:br/>
        <w:t>Зі списком, що купити слід: шістнадцять&lt;br /&gt;</w:t>
        <w:br/>
        <w:t>Брокату ліктів, десять ще тафти&lt;br /&gt;</w:t>
        <w:br/>
        <w:t>І стільки ж генуезького атласу...&lt;br /&gt;</w:t>
        <w:br/>
        <w:t>Чотири, п'ять, шість, вісім, дев'ять, десять.&lt;br /&gt;</w:t>
        <w:br/>
        <w:t>(Рахуючи, вона щоразу відриває від папірця смужку по смужці й заклопотано розкладає долі).&lt;br /&gt;</w:t>
        <w:br/>
        <w:t>Тепер вже не забуду — десять ліктів.&lt;br /&gt;</w:t>
        <w:br/>
        <w:t>Атласу десять ліктів... і собі&lt;br /&gt;</w:t>
        <w:br/>
        <w:t>Незле атласну справить одежину.&lt;br /&gt;</w:t>
        <w:br/>
        <w:t>Тоді скидатимусь на пані... Ох,&lt;br /&gt;</w:t>
        <w:br/>
        <w:t>Немов жива стоїть перед очима!&lt;br /&gt;</w:t>
        <w:br/>
        <w:t>Оцій служити варто,— погляд, рухи&lt;br /&gt;</w:t>
        <w:br/>
        <w:t>І гідність — так. Ось в кого гідність є.&lt;br /&gt;</w:t>
        <w:br/>
        <w:t>(Встає й манірно дріботить по сцені).&lt;br /&gt;</w:t>
        <w:br/>
        <w:t>А чули б її голос. Боже! Голос!&lt;br /&gt;</w:t>
        <w:br/>
        <w:t>Гучний! Як личить господині, владний! [369]&lt;br /&gt;</w:t>
        <w:br/>
        <w:t>"Джасінто, це!" "Джасінто, те!" "Оглухла?"&lt;br /&gt;</w:t>
        <w:br/>
        <w:t>"Поклич до мене графа Кастільйоне!"&lt;br /&gt;</w:t>
        <w:br/>
        <w:t>Я: "Слухаюся, пані",— й реверанс&lt;br /&gt;</w:t>
        <w:br/>
        <w:t>Отак покірно й вельми елегантно,-&lt;br /&gt;</w:t>
        <w:br/>
        <w:t>Одна із тисячі робить це вмію.&lt;br /&gt;</w:t>
        <w:br/>
        <w:t>Коли сама я стану господиня,&lt;br /&gt;</w:t>
        <w:br/>
        <w:t>Як вийду за аптекаря, тоді&lt;br /&gt;</w:t>
        <w:br/>
        <w:t>Вже інше діло — зовсім інше діло!&lt;br /&gt;</w:t>
        <w:br/>
        <w:t>Ой пнутимусь, щоб панею здаватись!&lt;br /&gt;</w:t>
        <w:br/>
        <w:t>Я лускатиму з гідності. Скажу:&lt;br /&gt;</w:t>
        <w:br/>
        <w:t>"Негідний Уго!" Мій слуга він буде.&lt;br /&gt;</w:t>
        <w:br/>
        <w:t>Під час цієї частини монологу непомітно вгодить УГО і, отетерівши з подиву, наступає на коробку й зупиняється.&lt;br /&gt;</w:t>
        <w:br/>
        <w:t>"Негідний Уго! Чуєш ти, паскудо!&lt;br /&gt;</w:t>
        <w:br/>
        <w:t>Непотріб, лежебоко, підлий ледар!&lt;br /&gt;</w:t>
        <w:br/>
        <w:t>Чом гав тут ловиш? Геть, тобі сказала,&lt;br /&gt;</w:t>
        <w:br/>
        <w:t>Дурний, брудний, несосвітенний йолоп!&lt;br /&gt;</w:t>
        <w:br/>
        <w:t>Цієї ж миті щезни! Геть, гадюко!&lt;br /&gt;</w:t>
        <w:br/>
        <w:t>Геть, осле! Забирайся, волоцюго!"&lt;br /&gt;</w:t>
        <w:br/>
        <w:t>Й тоді, як він не щезне тої ж миті,&lt;br /&gt;</w:t>
        <w:br/>
        <w:t>Я повернуся й так йому... (Обернувшись, бачить Уго).&lt;br /&gt;</w:t>
        <w:br/>
        <w:t>Це хто?&lt;br /&gt;</w:t>
        <w:br/>
        <w:t>Це ж він таки, добром клянуся, він!&lt;br /&gt;</w:t>
        <w:br/>
        <w:t>Я розмахнуся й так йому вліплю (б'є його),&lt;br /&gt;</w:t>
        <w:br/>
        <w:t>Не все одно — тепер, а чи тоді.&lt;br /&gt;</w:t>
        <w:br/>
        <w:t>Отак його я пошаную, так...&lt;br /&gt;</w:t>
        <w:br/>
        <w:t>Навіщо, бовдуре, ти роздушив&lt;br /&gt;</w:t>
        <w:br/>
        <w:t>Коробку? Я задам йому отак,&lt;br /&gt;</w:t>
        <w:br/>
        <w:t>Отак, отак...&lt;br /&gt;</w:t>
        <w:br/>
        <w:t>Уго вибігає, за ним Джасінта, шпурляючи навздогін картонкою.</w:t>
      </w:r>
    </w:p>
    <w:p>
      <w:r>
        <w:br/>
        <w:t>ЯВА ДЕВ'ЯТА&lt;br /&gt;</w:t>
        <w:br/>
        <w:t>Міська околиця. ПОЛІЦІАН на самоті.&lt;br /&gt;</w:t>
        <w:br/>
        <w:t>ПОЛІЦІАН&lt;br /&gt;</w:t>
        <w:br/>
        <w:t>Знов почуваюсь кволо. Слабнуть сили.&lt;br /&gt;</w:t>
        <w:br/>
        <w:t>Боюсь, нездужаю. А не пора&lt;br /&gt;</w:t>
        <w:br/>
        <w:t>Мені вмирати, власне, ще й не живши!&lt;br /&gt;</w:t>
        <w:br/>
        <w:t>Стривай-но, Азраелю! Князю Моці [370]&lt;br /&gt;</w:t>
        <w:br/>
        <w:t>Пітьми й Могил, о, зглянься наді мною!&lt;br /&gt;</w:t>
        <w:br/>
        <w:t>О, зглянься і не дай тепер загинуть&lt;br /&gt;</w:t>
        <w:br/>
        <w:t>В цвітінні буйнім райської Надії!&lt;br /&gt;</w:t>
        <w:br/>
        <w:t>Ще дай мені пожити, ще хоч трохи:&lt;br /&gt;</w:t>
        <w:br/>
        <w:t>Це я прошу, я, я, хто вимагав&lt;br /&gt;</w:t>
        <w:br/>
        <w:t>Недавно смерті!.. Що там каже граф?&lt;br /&gt;</w:t>
        <w:br/>
        <w:t>Входить БАЛТАЗЗАР.&lt;br /&gt;</w:t>
        <w:br/>
        <w:t>БАЛТАЗЗАР&lt;br /&gt;</w:t>
        <w:br/>
        <w:t>Що він, не знаючи причини сварки&lt;br /&gt;</w:t>
        <w:br/>
        <w:t>Поміж Поліціаном і собою,&lt;br /&gt;</w:t>
        <w:br/>
        <w:t>Ваш виклик відхиляє.&lt;br /&gt;</w:t>
        <w:br/>
        <w:t>ПОЛІЦІАН&lt;br /&gt;</w:t>
        <w:br/>
        <w:t>Що ти кажеш?&lt;br /&gt;</w:t>
        <w:br/>
        <w:t>Який одвіт, Балтаззаре, приніс ти?&lt;br /&gt;</w:t>
        <w:br/>
        <w:t>Що за духмяний легіт долинає&lt;br /&gt;</w:t>
        <w:br/>
        <w:t>З отих альтан! Чудовнішого дня,&lt;br /&gt;</w:t>
        <w:br/>
        <w:t>Більш гідного Італії, здається,&lt;br /&gt;</w:t>
        <w:br/>
        <w:t>Не бачив смертний. Що там каже граф?&lt;br /&gt;</w:t>
        <w:br/>
        <w:t>БАЛТАЗЗАР&lt;br /&gt;</w:t>
        <w:br/>
        <w:t>Що він, граф Кастільйоне, не узнавши&lt;br /&gt;</w:t>
        <w:br/>
        <w:t>Причини ворожнечі або сварки&lt;br /&gt;</w:t>
        <w:br/>
        <w:t>Між вашою вельможністю і ним,&lt;br /&gt;</w:t>
        <w:br/>
        <w:t>Не може виклику прийняти.&lt;br /&gt;</w:t>
        <w:br/>
        <w:t>ПОЛІЦІАН&lt;br /&gt;</w:t>
        <w:br/>
        <w:t>Так...&lt;br /&gt;</w:t>
        <w:br/>
        <w:t>Чи бачив ти, Балтаззаре, в суворій,&lt;br /&gt;</w:t>
        <w:br/>
        <w:t>Холодній Англії, що ми лишили,&lt;br /&gt;</w:t>
        <w:br/>
        <w:t>Таке спокійне небо,— ані сліду&lt;br /&gt;</w:t>
        <w:br/>
        <w:t>Зловісних хмар?.. То що ж він відповів?&lt;br /&gt;</w:t>
        <w:br/>
        <w:t>БАЛТАЗЗАР&lt;br /&gt;</w:t>
        <w:br/>
        <w:t>Не більше, пане, ніж я повідомив,-&lt;br /&gt;</w:t>
        <w:br/>
        <w:t>Граф Кастільйоне битися не стане,&lt;br /&gt;</w:t>
        <w:br/>
        <w:t>Не знаючи причини.&lt;br /&gt;</w:t>
        <w:br/>
        <w:t>ПОЛІЦІАН&lt;br /&gt;</w:t>
        <w:br/>
        <w:t>Так... авжеж...&lt;br /&gt;</w:t>
        <w:br/>
        <w:t>Балтаззаре, ти друг мій. Я про це&lt;br /&gt;</w:t>
        <w:br/>
        <w:t>Не забуваю. Ти мені зроби&lt;br /&gt;</w:t>
        <w:br/>
        <w:t>Одну ще послугу: назад іди [371]&lt;br /&gt;</w:t>
        <w:br/>
        <w:t>Й скажи йому, що я, Поліціан,&lt;br /&gt;</w:t>
        <w:br/>
        <w:t>Назвав його мерзотником. Отак&lt;br /&gt;</w:t>
        <w:br/>
        <w:t>Перекажи, і граф тоді причину&lt;br /&gt;</w:t>
        <w:br/>
        <w:t>Для сварки матиме.&lt;br /&gt;</w:t>
        <w:br/>
        <w:t>БАЛТАЗЗАР&lt;br /&gt;</w:t>
        <w:br/>
        <w:t>Мілорде! Друже!&lt;br /&gt;</w:t>
        <w:br/>
        <w:t>ПОЛІЦІАН&lt;br /&gt;</w:t>
        <w:br/>
        <w:t>Це він... іде він сам! (Голосно). Ти маєш слушність.&lt;br /&gt;</w:t>
        <w:br/>
        <w:t>Я знаю, радиш ти не слати виклик.&lt;br /&gt;</w:t>
        <w:br/>
        <w:t>Гаразд!.. Я ще подумаю... Не шлю...&lt;br /&gt;</w:t>
        <w:br/>
        <w:t>Тепер лиши мене. Сюди іде&lt;br /&gt;</w:t>
        <w:br/>
        <w:t>Одна людина, із якою мушу&lt;br /&gt;</w:t>
        <w:br/>
        <w:t>Залагодити дуже пильну справу,&lt;br /&gt;</w:t>
        <w:br/>
        <w:t>Приватну вельми.&lt;br /&gt;</w:t>
        <w:br/>
        <w:t>БАЛТАЗЗАР&lt;br /&gt;</w:t>
        <w:br/>
        <w:t>Я пішов. До завтра&lt;br /&gt;</w:t>
        <w:br/>
        <w:t>У Ватікані?&lt;br /&gt;</w:t>
        <w:br/>
        <w:t>ПОЛІЦІАН&lt;br /&gt;</w:t>
        <w:br/>
        <w:t>Так, у Ватікані.&lt;br /&gt;</w:t>
        <w:br/>
        <w:t>Балтаззар виходить. Входить КАСТІЛЬЙОНЕ.&lt;br /&gt;</w:t>
        <w:br/>
        <w:t>КАСТІЛЬЙОНЕ&lt;br /&gt;</w:t>
        <w:br/>
        <w:t>Граф Лестерський! Кого я бачу!&lt;br /&gt;</w:t>
        <w:br/>
        <w:t>ПОЛІЦІАН&lt;br /&gt;</w:t>
        <w:br/>
        <w:t>Ну, звісно, я — граф Лестерський, мене&lt;br /&gt;</w:t>
        <w:br/>
        <w:t>Ти бачиш, чи не так?&lt;br /&gt;</w:t>
        <w:br/>
        <w:t>КАСТІЛЬЙОНЕ&lt;br /&gt;</w:t>
        <w:br/>
        <w:t>Мілорде, сталось&lt;br /&gt;</w:t>
        <w:br/>
        <w:t>Між нами прикре непорозуміння,&lt;br /&gt;</w:t>
        <w:br/>
        <w:t>Якась помилка — ти переказав,&lt;br /&gt;</w:t>
        <w:br/>
        <w:t>Мабуть, у гніві, кілька нерозважних&lt;br /&gt;</w:t>
        <w:br/>
        <w:t>І дивних слів. Мені Балтаззар, герцог&lt;br /&gt;</w:t>
        <w:br/>
        <w:t>Суррейський, їх приніс. Я, Кастільйоне,&lt;br /&gt;</w:t>
        <w:br/>
        <w:t>Не відаю нічого, що могло б&lt;br /&gt;</w:t>
        <w:br/>
        <w:t>Твій вчинок пояснити. Я образи&lt;br /&gt;</w:t>
        <w:br/>
        <w:t>Тобі не завдавав. Хіба не так?&lt;br /&gt;</w:t>
        <w:br/>
        <w:t>Ти помилився? Звісно, хто з нас часом&lt;br /&gt;</w:t>
        <w:br/>
        <w:t>Не хибить! [372]&lt;br /&gt;</w:t>
        <w:br/>
        <w:t>ПОЛІЦІАН&lt;br /&gt;</w:t>
        <w:br/>
        <w:t>Меч, мерзотнику, без слів!&lt;br /&gt;</w:t>
        <w:br/>
        <w:t>КАСТІЛЬЙОНЕ&lt;br /&gt;</w:t>
        <w:br/>
        <w:t>Ха! Меч? Та ще й мерзотник? Я готовий!&lt;br /&gt;</w:t>
        <w:br/>
        <w:t>До ваших послуг! (Вихоплює меч).&lt;br /&gt;</w:t>
        <w:br/>
        <w:t>ПОЛІЦІАН (вихоплюючи меч)&lt;br /&gt;</w:t>
        <w:br/>
        <w:t>Я тебе віддам&lt;br /&gt;</w:t>
        <w:br/>
        <w:t>Покутній і дочасній домовиш&lt;br /&gt;</w:t>
        <w:br/>
        <w:t>В імення Лалаги!&lt;br /&gt;</w:t>
        <w:br/>
        <w:t>КАСТІЛЬЙОНЕ&lt;br /&gt;</w:t>
        <w:br/>
        <w:t>(опускаючи меч і відступаючи аж до краю сцени).&lt;br /&gt;</w:t>
        <w:br/>
        <w:t>Як? Лалаги?!&lt;br /&gt;</w:t>
        <w:br/>
        <w:t>Твоя рука священна! Відійди!&lt;br /&gt;</w:t>
        <w:br/>
        <w:t>З тобою я не битимусь... Не смію.&lt;br /&gt;</w:t>
        <w:br/>
        <w:t>ПОЛІЦІАН&lt;br /&gt;</w:t>
        <w:br/>
        <w:t>Не битимешся ти, вельможний графе?&lt;br /&gt;</w:t>
        <w:br/>
        <w:t>Гадаєш, спантеличив? Добре, врешті,&lt;br /&gt;</w:t>
        <w:br/>
        <w:t>Що хоч признавсь — не смієш. Ха!&lt;br /&gt;</w:t>
        <w:br/>
        <w:t>КАСТІЛЬЙОНЕ&lt;br /&gt;</w:t>
        <w:br/>
        <w:t>Не смію...&lt;br /&gt;</w:t>
        <w:br/>
        <w:t>Не піднімай руки... Ім'я почувши,&lt;br /&gt;</w:t>
        <w:br/>
        <w:t>Яке бринить і досі, я не можу,&lt;br /&gt;</w:t>
        <w:br/>
        <w:t>Не смію йти на герць.&lt;br /&gt;</w:t>
        <w:br/>
        <w:t>ПОЛІЦІАН&lt;br /&gt;</w:t>
        <w:br/>
        <w:t>Клянусь святими,&lt;br /&gt;</w:t>
        <w:br/>
        <w:t>Що правду мовиш, боягузе, правду.&lt;br /&gt;</w:t>
        <w:br/>
        <w:t>КАСТІЛЬЙОНЕ&lt;br /&gt;</w:t>
        <w:br/>
        <w:t>Що? Боягуз?! Оце вже ні!&lt;br /&gt;</w:t>
        <w:br/>
        <w:t>(Хапає меч і, заточуючись, іде до Поліціана, але раптом падає перед ним навколішки).&lt;br /&gt;</w:t>
        <w:br/>
        <w:t>Мілорде!&lt;br /&gt;</w:t>
        <w:br/>
        <w:t>Це правда... правда. В цьому поєдинку&lt;br /&gt;</w:t>
        <w:br/>
        <w:t>Я справжній боягуз. О, зглянься, зглянься!&lt;br /&gt;</w:t>
        <w:br/>
        <w:t>ПОЛІЦІАН (злагіднівши)&lt;br /&gt;</w:t>
        <w:br/>
        <w:t>О леле! Так!., і справді жаль його! [373]&lt;br /&gt;</w:t>
        <w:br/>
        <w:t>КАСТІЛЬЙОНЕ&lt;br /&gt;</w:t>
        <w:br/>
        <w:t>І Лалаги...&lt;br /&gt;</w:t>
        <w:br/>
        <w:t>ПОЛІЦІАН&lt;br /&gt;</w:t>
        <w:br/>
        <w:t>Мерзенний! Встань і вмри!&lt;br /&gt;</w:t>
        <w:br/>
        <w:t>КАСТІЛЬЙОНЕ&lt;br /&gt;</w:t>
        <w:br/>
        <w:t>Не встану, ні, убий мене, убий&lt;br /&gt;</w:t>
        <w:br/>
        <w:t>Отак, навколішках, мені годиться&lt;br /&gt;</w:t>
        <w:br/>
        <w:t>Загинути зневаженим до краю.&lt;br /&gt;</w:t>
        <w:br/>
        <w:t>Адже не здійметься моя рука&lt;br /&gt;</w:t>
        <w:br/>
        <w:t>На тебе, графе Лестерський, нізащо!&lt;br /&gt;</w:t>
        <w:br/>
        <w:t>Так бий же! (Оголює груди). Бий! І меч увійде твій&lt;br /&gt;</w:t>
        <w:br/>
        <w:t>Без перепон.&lt;br /&gt;</w:t>
        <w:br/>
        <w:t>ПОЛІЦІАН&lt;br /&gt;</w:t>
        <w:br/>
        <w:t>Прокляття! Смерть і Пекло!&lt;br /&gt;</w:t>
        <w:br/>
        <w:t>Чи не важка для мене ця спокуса&lt;br /&gt;</w:t>
        <w:br/>
        <w:t>Заскочити тебе на слові? Знай же!&lt;br /&gt;</w:t>
        <w:br/>
        <w:t>Не здумай так відбутися. Готуйсь&lt;br /&gt;</w:t>
        <w:br/>
        <w:t>Ще до образ на вулицях прилюдно,&lt;br /&gt;</w:t>
        <w:br/>
        <w:t>При римлянах. Я слідом за тобою&lt;br /&gt;</w:t>
        <w:br/>
        <w:t>Ходитиму, неначе помсти дух,&lt;br /&gt;</w:t>
        <w:br/>
        <w:t>Ходитиму до смерті. Перед тими,&lt;br /&gt;</w:t>
        <w:br/>
        <w:t>Кого ти любиш, перед цілим Римом&lt;br /&gt;</w:t>
        <w:br/>
        <w:t>Тебе взиватиму я боягузом, чуєш?&lt;br /&gt;</w:t>
        <w:br/>
        <w:t>Що, і тоді до герцю ти не станеш?&lt;br /&gt;</w:t>
        <w:br/>
        <w:t>Ні, брешеш! Станеш! (Виходить).&lt;br /&gt;</w:t>
        <w:br/>
        <w:t>КАСТІЛЬЙОНЕ&lt;br /&gt;</w:t>
        <w:br/>
        <w:t>Як же справедливо,&lt;br /&gt;</w:t>
        <w:br/>
        <w:t>Заслужено караєш, мстиве небо!</w:t>
      </w:r>
    </w:p>
    <w:p>
      <w:r>
        <w:br/>
        <w:t>ЯВА ДЕСЯТА&lt;br /&gt;</w:t>
        <w:br/>
        <w:t>Зала в палаці ді Брольйо. УГО і САНОЦЦО.&lt;br /&gt;</w:t>
        <w:br/>
        <w:t>САНОЦЦО&lt;br /&gt;</w:t>
        <w:br/>
        <w:t>І справді дурнувато!&lt;br /&gt;</w:t>
        <w:br/>
        <w:t>Так, дурнувато і до біса нудно.&lt;br /&gt;</w:t>
        <w:br/>
        <w:t>Гей ти, невігласе! Гей! Сто чортів!&lt;br /&gt;</w:t>
        <w:br/>
        <w:t>Що все це значить? Вирішив ти твердо&lt;br /&gt;</w:t>
        <w:br/>
        <w:t>Усенький день отак собі лежати?&lt;br /&gt;</w:t>
        <w:br/>
        <w:t>То хоч скажи принаймні. [374]&lt;br /&gt;</w:t>
        <w:br/>
        <w:t>УГО&lt;br /&gt;</w:t>
        <w:br/>
        <w:t>Не скажу&lt;br /&gt;</w:t>
        <w:br/>
        <w:t>Нічого вам, бо є на те підстави.&lt;br /&gt;</w:t>
        <w:br/>
        <w:t>По-перше, пане, я не чув ні слова,&lt;br /&gt;</w:t>
        <w:br/>
        <w:t>Що ваша честь сказали, а по-друге,&lt;br /&gt;</w:t>
        <w:br/>
        <w:t>Не годен говорити. Та й не дивно:&lt;br /&gt;</w:t>
        <w:br/>
        <w:t>Хіба не бачите — я мрець!&lt;br /&gt;</w:t>
        <w:br/>
        <w:t>САНОЦЦО&lt;br /&gt;</w:t>
        <w:br/>
        <w:t>Не дивно:&lt;br /&gt;</w:t>
        <w:br/>
        <w:t>Хіба не бачу, що ти мрець? Так-так! (Убік).&lt;br /&gt;</w:t>
        <w:br/>
        <w:t>Я чув колись, що маячня подібна&lt;br /&gt;</w:t>
        <w:br/>
        <w:t>На думку спасти може, та не вірив,&lt;br /&gt;</w:t>
        <w:br/>
        <w:t>Що так буває. Ха-ха-ха! Ось маєш!&lt;br /&gt;</w:t>
        <w:br/>
        <w:t>До графа хочу — він мене не прийме,&lt;br /&gt;</w:t>
        <w:br/>
        <w:t>Бо скиснув по пригоді невеличкій&lt;br /&gt;</w:t>
        <w:br/>
        <w:t>З Поліціаном: той його прилюдно&lt;br /&gt;</w:t>
        <w:br/>
        <w:t>На вулицях ганьбив за боягузтво.&lt;br /&gt;</w:t>
        <w:br/>
        <w:t>Його б нам звеселити — хай забуде&lt;br /&gt;</w:t>
        <w:br/>
        <w:t>Англійця і себе. Ану, підмовлю —&lt;br /&gt;</w:t>
        <w:br/>
        <w:t>Хай телепень оцей про себе скаже,&lt;br /&gt;</w:t>
        <w:br/>
        <w:t>Що він помер,— можливо, щось і вийде. (Вголос).&lt;br /&gt;</w:t>
        <w:br/>
        <w:t>Так-так, ти вмер, еге ж? Ану, мій Уго,&lt;br /&gt;</w:t>
        <w:br/>
        <w:t>Відкрийсь мені: чи ти оце насправді,&lt;br /&gt;</w:t>
        <w:br/>
        <w:t>Воістину помер?&lt;br /&gt;</w:t>
        <w:br/>
        <w:t>УГО&lt;br /&gt;</w:t>
        <w:br/>
        <w:t>Не зовсім, пане.&lt;br /&gt;</w:t>
        <w:br/>
        <w:t>Я, так би мовити, лише наклав&lt;br /&gt;</w:t>
        <w:br/>
        <w:t>На себе руки, і тепер я мрець.&lt;br /&gt;</w:t>
        <w:br/>
        <w:t>САНОЦЦО&lt;br /&gt;</w:t>
        <w:br/>
        <w:t>Ах! Я второпав — безперечно, так:&lt;br /&gt;</w:t>
        <w:br/>
        <w:t>Нещасний, він сконав! Проте, гадаю,&lt;br /&gt;</w:t>
        <w:br/>
        <w:t>Що мрець — не зовсім точний вираз, Уго,&lt;br /&gt;</w:t>
        <w:br/>
        <w:t>Для випадку твого. Мабуть, тобі&lt;br /&gt;</w:t>
        <w:br/>
        <w:t>Слушніше б називатися "небіжчик".&lt;br /&gt;</w:t>
        <w:br/>
        <w:t>УГО&lt;br /&gt;</w:t>
        <w:br/>
        <w:t>Так, я небіжчик.&lt;br /&gt;</w:t>
        <w:br/>
        <w:t>САНОЦЦО&lt;br /&gt;</w:t>
        <w:br/>
        <w:t>Ах, це дуже добре!&lt;br /&gt;</w:t>
        <w:br/>
        <w:t>Господарю скажу, що ти небіжчик.&lt;br /&gt;</w:t>
        <w:br/>
        <w:t>Чи ні. Пристойніше, гадаю, буде, [375]&lt;br /&gt;</w:t>
        <w:br/>
        <w:t>Коли скажу. "Мосьпане, вірний Уго,&lt;br /&gt;</w:t>
        <w:br/>
        <w:t>Слуга достойний ваш, ще не помер,&lt;br /&gt;</w:t>
        <w:br/>
        <w:t>Ще не небіжчик, він ще не сконав,&lt;br /&gt;</w:t>
        <w:br/>
        <w:t>Але, на лихо, як би вам сказати,&lt;br /&gt;</w:t>
        <w:br/>
        <w:t>Наклав на себе руки і пішов".&lt;br /&gt;</w:t>
        <w:br/>
        <w:t>УГО&lt;br /&gt;</w:t>
        <w:br/>
        <w:t>Так, пане, і скажіть. Поміркувавши,&lt;br /&gt;</w:t>
        <w:br/>
        <w:t>Я вже гадаю, що пішов з життя.&lt;br /&gt;</w:t>
        <w:br/>
        <w:t>САНОЦЦО&lt;br /&gt;</w:t>
        <w:br/>
        <w:t>Авжеж, скажу. Я повідомлю графа.&lt;br /&gt;</w:t>
        <w:br/>
        <w:t>А втім, стривай. Негарно так, не личить&lt;br /&gt;</w:t>
        <w:br/>
        <w:t>І зовсім проти правил етикету.&lt;br /&gt;</w:t>
        <w:br/>
        <w:t>Потрібно ще продумати, мій Уго,&lt;br /&gt;</w:t>
        <w:br/>
        <w:t>Одну важливу річ. Як ти гадаєш,-&lt;br /&gt;</w:t>
        <w:br/>
        <w:t>Отут я покладаюся на тебе,-&lt;br /&gt;</w:t>
        <w:br/>
        <w:t>Як ти гадаєш, може, більше личить,&lt;br /&gt;</w:t>
        <w:br/>
        <w:t>Пристойніше... ти знаєш... розумієш?&lt;br /&gt;</w:t>
        <w:br/>
        <w:t>Ну, делікатніше, слушніше тощо,&lt;br /&gt;</w:t>
        <w:br/>
        <w:t>Щоб ти про цю подію повідомив&lt;br /&gt;</w:t>
        <w:br/>
        <w:t>Належним чином графа сам. Розчовпав?&lt;br /&gt;</w:t>
        <w:br/>
        <w:t>Це ліпший план, не так?&lt;br /&gt;</w:t>
        <w:br/>
        <w:t>УГО&lt;br /&gt;</w:t>
        <w:br/>
        <w:t>А звісно, так.&lt;br /&gt;</w:t>
        <w:br/>
        <w:t>САНОЦЦО&lt;br /&gt;</w:t>
        <w:br/>
        <w:t>Так, безперечно, так,— ти правду кажеш.&lt;br /&gt;</w:t>
        <w:br/>
        <w:t>Тепер не гайся, швидше підведися!&lt;br /&gt;</w:t>
        <w:br/>
        <w:t>УГО&lt;br /&gt;</w:t>
        <w:br/>
        <w:t>Не можу, пане, бо годину цілу&lt;br /&gt;</w:t>
        <w:br/>
        <w:t>Я вже небіжчик — трохи задубів.&lt;br /&gt;</w:t>
        <w:br/>
        <w:t>САНОЦЦО&lt;br /&gt;</w:t>
        <w:br/>
        <w:t>Ах, правда, правда... трохи задубів.&lt;br /&gt;</w:t>
        <w:br/>
        <w:t>Шкодую щиро, пане... не змогли б ви&lt;br /&gt;</w:t>
        <w:br/>
        <w:t>Напружитися трохи й ворухнутись?&lt;br /&gt;</w:t>
        <w:br/>
        <w:t>Допоможу, дозвольте! Ні, не йде!&lt;br /&gt;</w:t>
        <w:br/>
        <w:t>А може, ви не знаєте, що... що...&lt;br /&gt;</w:t>
        <w:br/>
        <w:t>Коротше кажучи, надворі спека,&lt;br /&gt;</w:t>
        <w:br/>
        <w:t>І труп — мізкуєш? — довго не лежить.&lt;br /&gt;</w:t>
        <w:br/>
        <w:t>У мене витончений нюх,— ви ж просто&lt;br /&gt;</w:t>
        <w:br/>
        <w:t>Тхнете! Отож не гайте ні хвилини! [376]&lt;br /&gt;</w:t>
        <w:br/>
        <w:t>А я відповідати не бажаю&lt;br /&gt;</w:t>
        <w:br/>
        <w:t>За наслідки такого зволікання.&lt;br /&gt;</w:t>
        <w:br/>
        <w:t>Ви, пане, розкладаєтесь!&lt;br /&gt;</w:t>
        <w:br/>
        <w:t>УГО&lt;br /&gt;</w:t>
        <w:br/>
        <w:t>А так!&lt;br /&gt;</w:t>
        <w:br/>
        <w:t>Подайте ж вашу руку!&lt;br /&gt;</w:t>
        <w:br/>
        <w:t>САНОЦЦО&lt;br /&gt;</w:t>
        <w:br/>
        <w:t>Так, гаразд!&lt;br /&gt;</w:t>
        <w:br/>
        <w:t>Прекрасна спроба! Пане, дуже радий,&lt;br /&gt;</w:t>
        <w:br/>
        <w:t>Що ви звелись на ноги. Трохи ще&lt;br /&gt;</w:t>
        <w:br/>
        <w:t>Не розім'ялись, та не так погано,&lt;br /&gt;</w:t>
        <w:br/>
        <w:t>Не так уже й незграбно як на трупа.&lt;br /&gt;</w:t>
        <w:br/>
        <w:t>Так, пане, ногу, трохи далі, та-ак!&lt;br /&gt;</w:t>
        <w:br/>
        <w:t>Чудесно! Дивовижно! Пане, ліву!&lt;br /&gt;</w:t>
        <w:br/>
        <w:t>З ногами в тебе, Уго, знаменито.&lt;br /&gt;</w:t>
        <w:br/>
        <w:t>Благаю, далі, ще! Ну, неймовірно!&lt;br /&gt;</w:t>
        <w:br/>
        <w:t>Оце, я розумію, так хода!&lt;br /&gt;</w:t>
        <w:br/>
        <w:t>Прекрасно, пане, трохи далі, так!&lt;br /&gt;</w:t>
        <w:br/>
        <w:t>Вперед! Вперед! Ну, Уго, не забудь,&lt;br /&gt;</w:t>
        <w:br/>
        <w:t>Як я учив доповідати графу:&lt;br /&gt;</w:t>
        <w:br/>
        <w:t>Ти вже пішов з життя, помер, небіжчик,&lt;br /&gt;</w:t>
        <w:br/>
        <w:t>Наклав на себе руки! Ха-ха-ха!</w:t>
      </w:r>
    </w:p>
    <w:p>
      <w:r>
        <w:br/>
        <w:t>ЯВА ОДИНАДЦЯТА&lt;br /&gt;</w:t>
        <w:br/>
        <w:t>Всередині Колізею. З глибини сцени виходить ПОЛІЦІАН. Місячно.&lt;br /&gt;</w:t>
        <w:br/>
        <w:t>ПОЛІЦІАН&lt;br /&gt;</w:t>
        <w:br/>
        <w:t>Зустрінемося з нею в Колізеї!&lt;br /&gt;</w:t>
        <w:br/>
        <w:t>Старого Риму символе — гробнице&lt;br /&gt;</w:t>
        <w:br/>
        <w:t>Високих дум, залишених вікам&lt;br /&gt;</w:t>
        <w:br/>
        <w:t>Століттями величності і влади!&lt;br /&gt;</w:t>
        <w:br/>
        <w:t>Нарешті після довгих, довгих днів&lt;br /&gt;</w:t>
        <w:br/>
        <w:t>Прийшов сюди, утомлений і спраглий,&lt;br /&gt;</w:t>
        <w:br/>
        <w:t>До джерела притаєних наук.&lt;br /&gt;</w:t>
        <w:br/>
        <w:t>Стою отут, очищений і скромний,&lt;br /&gt;</w:t>
        <w:br/>
        <w:t>Між тіней цих, впиваючи жадібно&lt;br /&gt;</w:t>
        <w:br/>
        <w:t>Душею все: пишноту, славу, смуток.&lt;br /&gt;</w:t>
        <w:br/>
        <w:t>Вона не йде, і дух оцього місця&lt;br /&gt;</w:t>
        <w:br/>
        <w:t>Мене гнітить!&lt;br /&gt;</w:t>
        <w:br/>
        <w:t>Громаддя, вічність, пам'ять давнини, [377]&lt;br /&gt;</w:t>
        <w:br/>
        <w:t>Спустошення і тиша, темна ніч,&lt;br /&gt;</w:t>
        <w:br/>
        <w:t>На галереях з'юрмилися тіні.&lt;br /&gt;</w:t>
        <w:br/>
        <w:t>Я відчуваю непоборну силу&lt;br /&gt;</w:t>
        <w:br/>
        <w:t>Цієї магії — юдейський цар&lt;br /&gt;</w:t>
        <w:br/>
        <w:t>Такої не навчав у Гетсимані;&lt;br /&gt;</w:t>
        <w:br/>
        <w:t>Незвіданих таїн — халдейські маги&lt;br /&gt;</w:t>
        <w:br/>
        <w:t>Таких не прочитали у зірках!&lt;br /&gt;</w:t>
        <w:br/>
        <w:t>Вона не йде, а місяць вище й вище!&lt;br /&gt;</w:t>
        <w:br/>
        <w:t>Де впав герой, руйнується колона!&lt;br /&gt;</w:t>
        <w:br/>
        <w:t>Де променився золотом орел,&lt;br /&gt;</w:t>
        <w:br/>
        <w:t>Тепер кажан чатує сірокрилий!&lt;br /&gt;</w:t>
        <w:br/>
        <w:t>Де вітер пестив римлянкам волосся,&lt;br /&gt;</w:t>
        <w:br/>
        <w:t>Колишеться осот і очерет;&lt;br /&gt;</w:t>
        <w:br/>
        <w:t>Отам, де Цезар возсідав колись,&lt;br /&gt;</w:t>
        <w:br/>
        <w:t>Скрутилася кільцем бридка гадюка,&lt;br /&gt;</w:t>
        <w:br/>
        <w:t>А де монарх на троні золотому&lt;br /&gt;</w:t>
        <w:br/>
        <w:t>Недбало ніжився, там, наче тінь&lt;br /&gt;</w:t>
        <w:br/>
        <w:t>У місячному тьмяному промінні,&lt;br /&gt;</w:t>
        <w:br/>
        <w:t>Нечутно ящірка прудка ковзне!&lt;br /&gt;</w:t>
        <w:br/>
        <w:t>Ці мури поруйновані, аркади,&lt;br /&gt;</w:t>
        <w:br/>
        <w:t>Карнизи вищерблені, ці колони,&lt;br /&gt;</w:t>
        <w:br/>
        <w:t>Цей ветхий фриз, оця сумна руїна,&lt;br /&gt;</w:t>
        <w:br/>
        <w:t>Ці камені! Невже вони — то все,&lt;br /&gt;</w:t>
        <w:br/>
        <w:t>Що залишив від гордого громаддя&lt;br /&gt;</w:t>
        <w:br/>
        <w:t>Нещадний час майбутньому й мені?&lt;br /&gt;</w:t>
        <w:br/>
        <w:t>"Не все,— луна озвалася,— не все!&lt;br /&gt;</w:t>
        <w:br/>
        <w:t>Пророцтва голосного вічні звуки&lt;br /&gt;</w:t>
        <w:br/>
        <w:t>До мудреців підносяться з руїн —&lt;br /&gt;</w:t>
        <w:br/>
        <w:t>Так Мемнон зустрічає сонце співом.&lt;br /&gt;</w:t>
        <w:br/>
        <w:t>Врядуємо жорстоко і всевладно&lt;br /&gt;</w:t>
        <w:br/>
        <w:t>Ми помислами й душами титанів.&lt;br /&gt;</w:t>
        <w:br/>
        <w:t>Ні, не знесиліло бліде каміння,&lt;br /&gt;</w:t>
        <w:br/>
        <w:t>Ні, не розвіялися влада й міць,&lt;br /&gt;</w:t>
        <w:br/>
        <w:t>І ні урочість голосної слави,&lt;br /&gt;</w:t>
        <w:br/>
        <w:t>Ні сховані під нами таємниці,&lt;br /&gt;</w:t>
        <w:br/>
        <w:t>Ні дивовижні чари і легенди,&lt;br /&gt;</w:t>
        <w:br/>
        <w:t>Ні спогади, які нас угорнули&lt;br /&gt;</w:t>
        <w:br/>
        <w:t>В нетлінні віковічні пишні шати,&lt;br /&gt;</w:t>
        <w:br/>
        <w:t>Вагоміші за проминулу славу".&lt;br /&gt;</w:t>
        <w:br/>
        <w:t>Входить у нестямі ЛАЛАГА.&lt;br /&gt;</w:t>
        <w:br/>
        <w:t>Вона прийшла. [378]&lt;br /&gt;</w:t>
        <w:br/>
        <w:t>ЛАЛАГА&lt;br /&gt;</w:t>
        <w:br/>
        <w:t>Прийшла. Прийшла година,&lt;br /&gt;</w:t>
        <w:br/>
        <w:t>Година помсти. Іншої не буде.&lt;br /&gt;</w:t>
        <w:br/>
        <w:t>Священик вже при олтарі, у ризах!&lt;br /&gt;</w:t>
        <w:br/>
        <w:t>І перед ним... прекрасна... наречена...&lt;br /&gt;</w:t>
        <w:br/>
        <w:t>В фаті вінчальній! Поруч, біля неї&lt;br /&gt;</w:t>
        <w:br/>
        <w:t>Жених. Де ж ти?&lt;br /&gt;</w:t>
        <w:br/>
        <w:t>ПОЛІЦІАН&lt;br /&gt;</w:t>
        <w:br/>
        <w:t>Це правда, де ж це я?&lt;br /&gt;</w:t>
        <w:br/>
        <w:t>Не там, де треба? Господи всевладний,&lt;br /&gt;</w:t>
        <w:br/>
        <w:t>Під час вінчання біля олтаря&lt;br /&gt;</w:t>
        <w:br/>
        <w:t>Умер жених. (Виходить).&lt;br /&gt;</w:t>
        <w:br/>
        <w:t>ЛАЛАГА&lt;br /&gt;</w:t>
        <w:br/>
        <w:t>Іди! Іди! Прощай!&lt;br /&gt;</w:t>
        <w:br/>
        <w:t>Прощай і Кастільйоне, і прощай,&lt;br /&gt;</w:t>
        <w:br/>
        <w:t>На Рай надіє! (Виходить).</w:t>
      </w:r>
    </w:p>
    <w:p>
      <w:r>
        <w:br/>
        <w:t>Примітки&lt;br /&gt;</w:t>
        <w:br/>
        <w:t>С. 337. "Поліціан" — незавершена драма Едгара По, уривок з якої без цієї назви було надруковано 1835 р. у журналі "Сатерн літерері мессенджер". В основі твору лежить так звана "кентуккська трагедія", події якої перенесено в Рим доби Відродження. Реальна історія була такою. Багатий військовий звів дівчину і покинув її. Згодом дівчина вийшла заміж, узявши з чоловіка обіцянку помститися тому, хто її знеславив. Чоловік виконав присягу і вбив спокусника. Він і його дружина опинилися у в'язниці, жінка в камері наклала на себе руки, а чоловіка стратили. Ця романтична трагедія стала основою багатьох творів американської літератури. П'єса По задумувалась як драматична поема, на сцені її вперше поставлено через сто років після написання.&lt;br /&gt;</w:t>
        <w:br/>
        <w:t>С. 352. Ейрос, Харміон — такі імена мають у По також учасниці діалогу в оповіданні "Розмова Ейрос і Харміони". Мабуть, їх По запозичив у Шекспіра з "Антонія і Клеопатри".&lt;br /&gt;</w:t>
        <w:br/>
        <w:t>С. 377. Колізей — що латиною означає "величезний" — амфітеатр у стародавньому Римі, де перед 50 тисячами глядачів відбувалися всілякі видовища: бої гладіаторів, спортивні змагання тощо. Його руїни збереглися й донині.&lt;br /&gt;</w:t>
        <w:br/>
        <w:t>С. 378. Фриз — частина архітектурного оздоблення верху будівлі, а також зображення чи орнамент нагорі стіни, кайма на килимі тощо.&lt;br /&gt;</w:t>
        <w:br/>
        <w:t>Мемнон — у грецькій міфології цар Ефіопії, союзник троянців у Троянській війні, загинув від меча Ахілла. Величезна статуя Мемнона, поставлена за часів фараона Аменхотепа III й повалена землетрусом, видавала на світанку звуки, що сприймались як привітання сина Мемнона своїй матері Еос — богині вранішньої зорі&lt;br /&gt;</w:t>
        <w:br/>
        <w:t>Кіра Шахова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Поліціан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