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Полум'ярем горю між вас храмовики...</w:t>
      </w:r>
    </w:p>
    <w:p>
      <w:r>
        <w:br/>
        <w:t xml:space="preserve"> Полум'ярем горю між вас храмовики&lt;br /&gt;</w:t>
        <w:br/>
        <w:t>Пророкуватимем разом як хоч магістре&lt;br /&gt;</w:t>
        <w:br/>
        <w:t>Я любий вам огонь жертовний і палкий&lt;br /&gt;</w:t>
        <w:br/>
        <w:t>О ніч розцвічена в ракет шугастих іскри</w:t>
      </w:r>
    </w:p>
    <w:p>
      <w:r>
        <w:br/>
        <w:t>О вільний пломінь уз рушителю О пал&lt;br /&gt;</w:t>
        <w:br/>
        <w:t>Що схочу те й задму О згубо логомаха&lt;br /&gt;</w:t>
        <w:br/>
        <w:t>В своєї смерті муть і славу я б попав&lt;br /&gt;</w:t>
        <w:br/>
        <w:t>Як у вертку мішень мальованого птаха</w:t>
      </w:r>
    </w:p>
    <w:p>
      <w:r>
        <w:br/>
        <w:t>О птах непевності коли тебе я збив&lt;br /&gt;</w:t>
        <w:br/>
        <w:t>Любов і сонце закружлялися в екстазі&lt;br /&gt;</w:t>
        <w:br/>
        <w:t>А гречний виводок твоїх осінчуків&lt;br /&gt;</w:t>
        <w:br/>
        <w:t>Спорудив цей костер гніздо моїй одвазі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Полум'ярем горю між вас храмовики...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