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Прагнення (Що надить так серце і з хати жене?)</w:t>
      </w:r>
    </w:p>
    <w:p>
      <w:r>
        <w:br/>
        <w:t xml:space="preserve"> Що надить так серце і з хати жене?&lt;br /&gt;</w:t>
        <w:br/>
        <w:t>Що вітром на простір виносить мене?&lt;br /&gt;</w:t>
        <w:br/>
        <w:t>Там хмари клубами край гострих шпилів!..&lt;br /&gt;</w:t>
        <w:br/>
        <w:t>Туди б я полинув, туди б полетів!</w:t>
      </w:r>
    </w:p>
    <w:p>
      <w:r>
        <w:br/>
        <w:t>У небі чорніють граки ланцюгом.&lt;br /&gt;</w:t>
        <w:br/>
        <w:t>Ах, я поміж ними над долом-селом!&lt;br /&gt;</w:t>
        <w:br/>
        <w:t>Над гори, над мури подаймось, брати!&lt;br /&gt;</w:t>
        <w:br/>
        <w:t>Де ти, моя мила? Кохана, де ти?</w:t>
      </w:r>
    </w:p>
    <w:p>
      <w:r>
        <w:br/>
        <w:t>Іде вона гаєм, в густих деревaх,&lt;br /&gt;</w:t>
        <w:br/>
        <w:t>До неї назустріч, співучий я птах.&lt;br /&gt;</w:t>
        <w:br/>
        <w:t>I слухає спів мій, дивує вона:&lt;br /&gt;</w:t>
        <w:br/>
        <w:t>"О, що то за пісня така чарівна? "</w:t>
      </w:r>
    </w:p>
    <w:p>
      <w:r>
        <w:br/>
        <w:t>Вже сонце червоне у плетиві віт...&lt;br /&gt;</w:t>
        <w:br/>
        <w:t>Тобі, моя мила, прощальний привіт!&lt;br /&gt;</w:t>
        <w:br/>
        <w:t>Над струменем темним по луках ти йдеш,&lt;br /&gt;</w:t>
        <w:br/>
        <w:t>I ніч за собою, і сутінь ведеш.</w:t>
      </w:r>
    </w:p>
    <w:p>
      <w:r>
        <w:br/>
        <w:t>Блискуча у небі зоря мерехтить.&lt;br /&gt;</w:t>
        <w:br/>
        <w:t>"Яким же то дивом розквітла блакить? "&lt;br /&gt;</w:t>
        <w:br/>
        <w:t>I погляд твій тоне в глибинах ясних...&lt;br /&gt;</w:t>
        <w:br/>
        <w:t>Який я щасливий край ніжок твоїх...</w:t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Прагнення (Що надить так серце і з хати жене?)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