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Примара</w:t>
      </w:r>
    </w:p>
    <w:p>
      <w:r>
        <w:br/>
        <w:t xml:space="preserve"> Примара</w:t>
      </w:r>
    </w:p>
    <w:p>
      <w:r>
        <w:br/>
        <w:t>I&lt;br /&gt;</w:t>
        <w:br/>
        <w:t>Темрява&lt;br /&gt;</w:t>
        <w:br/>
        <w:t>У склепі невимовної печалі,&lt;br /&gt;</w:t>
        <w:br/>
        <w:t>Куди зла Доля вислала мене,&lt;br /&gt;</w:t>
        <w:br/>
        <w:t>Де радісне проміння не сяйне,&lt;br /&gt;</w:t>
        <w:br/>
        <w:t>Де вічна Ніч трима скрижалі,</w:t>
      </w:r>
    </w:p>
    <w:p>
      <w:r>
        <w:br/>
        <w:t>Художник, Богом проклятий своїм,&lt;br /&gt;</w:t>
        <w:br/>
        <w:t>Творю в пітьмі й творінь моїх не видко;&lt;br /&gt;</w:t>
        <w:br/>
        <w:t>Тут куховарю цвинтарні наїдки,&lt;br /&gt;</w:t>
        <w:br/>
        <w:t>Тут, скип'ятивши, власне серце їм.</w:t>
      </w:r>
    </w:p>
    <w:p>
      <w:r>
        <w:br/>
        <w:t>Та враз просвітить, заіскриться, зблисне&lt;br /&gt;</w:t>
        <w:br/>
        <w:t>Розкішний промінь — марево краси.&lt;br /&gt;</w:t>
        <w:br/>
        <w:t>Коли ж у нім щось східне й беззахисне</w:t>
      </w:r>
    </w:p>
    <w:p>
      <w:r>
        <w:br/>
        <w:t>Сягне своїх непереборних сил,&lt;br /&gt;</w:t>
        <w:br/>
        <w:t>Я пізнаю — ввіходить величава&lt;br /&gt;</w:t>
        <w:br/>
        <w:t>Вона! Вся — з ночі, та яка яскрава!</w:t>
      </w:r>
    </w:p>
    <w:p>
      <w:r>
        <w:br/>
        <w:t>II&lt;br /&gt;</w:t>
        <w:br/>
        <w:t>Рама&lt;br /&gt;</w:t>
        <w:br/>
        <w:t>Як пишна рама дивно увінчала&lt;br /&gt;</w:t>
        <w:br/>
        <w:t>Майстерним пензлем зроблену картину,&lt;br /&gt;</w:t>
        <w:br/>
        <w:t>В якій природа в осяйну хвилину&lt;br /&gt;</w:t>
        <w:br/>
        <w:t>Незвичне і прекрасне поєднала,</w:t>
      </w:r>
    </w:p>
    <w:p>
      <w:r>
        <w:br/>
        <w:t>Так меблі, одяг, мідь, разки корала&lt;br /&gt;</w:t>
        <w:br/>
        <w:t>Несли її чарівності данину;&lt;br /&gt;</w:t>
        <w:br/>
        <w:t>Здавалося, красу її єдину&lt;br /&gt;</w:t>
        <w:br/>
        <w:t>Уся та дивовижа обрамляла.</w:t>
      </w:r>
    </w:p>
    <w:p>
      <w:r>
        <w:br/>
        <w:t>Коханою всіма себе в'являла,&lt;br /&gt;</w:t>
        <w:br/>
        <w:t>Вчарована ж собою, дозволяла&lt;br /&gt;</w:t>
        <w:br/>
        <w:t>Принадливість розпещеного тіла</w:t>
      </w:r>
    </w:p>
    <w:p>
      <w:r>
        <w:br/>
        <w:t>Лиш атласній білизні цілувати,&lt;br /&gt;</w:t>
        <w:br/>
        <w:t>Та в жоднім русі приховать не вміла&lt;br /&gt;</w:t>
        <w:br/>
        <w:t>Зрадливу пустотливість мавпеняти.</w:t>
      </w:r>
    </w:p>
    <w:p>
      <w:r>
        <w:br/>
        <w:t>III&lt;br /&gt;</w:t>
        <w:br/>
        <w:t>Портрет&lt;br /&gt;</w:t>
        <w:br/>
        <w:t>Хвороба й Смерть за попелом гірким&lt;br /&gt;</w:t>
        <w:br/>
        <w:t>Розвіють полум'я, що в нас палало,&lt;br /&gt;</w:t>
        <w:br/>
        <w:t>Ці ніжні очі з поглядом палким,&lt;br /&gt;</w:t>
        <w:br/>
        <w:t>Вуста, де серце в щасті потопало,</w:t>
      </w:r>
    </w:p>
    <w:p>
      <w:r>
        <w:br/>
        <w:t>Цілунки всемогутні, як бальзам,&lt;br /&gt;</w:t>
        <w:br/>
        <w:t>В нестямності жагучій хміль крилатий,&lt;br /&gt;</w:t>
        <w:br/>
        <w:t>Що лишать по собі? — Чужим вікам&lt;br /&gt;</w:t>
        <w:br/>
        <w:t>В три олівці малюнок бліднуватий,</w:t>
      </w:r>
    </w:p>
    <w:p>
      <w:r>
        <w:br/>
        <w:t>Та й він, як я, на самоті вмирає,&lt;br /&gt;</w:t>
        <w:br/>
        <w:t>Де сивий Час, байдужий дідуган,&lt;br /&gt;</w:t>
        <w:br/>
        <w:t>Крилом жорстоким дні мої стирає:..</w:t>
      </w:r>
    </w:p>
    <w:p>
      <w:r>
        <w:br/>
        <w:t>Життя й Мистецтва винищивши лан,&lt;br /&gt;</w:t>
        <w:br/>
        <w:t>В душі моїй не вб'є рука лукава&lt;br /&gt;</w:t>
        <w:br/>
        <w:t>Тієї, хто для мене втіха й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