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Признание</w:t>
      </w:r>
    </w:p>
    <w:p>
      <w:r>
        <w:br/>
        <w:t xml:space="preserve"> Порою я мрачен, печален, угрюмый,&lt;br /&gt;</w:t>
        <w:br/>
        <w:t>С мечтой одинокой сижу&lt;br /&gt;</w:t>
        <w:br/>
        <w:t>И, скован какою-то грустною думой,&lt;br /&gt;</w:t>
        <w:br/>
        <w:t>На юг ненаглядный гляжу.</w:t>
      </w:r>
    </w:p>
    <w:p>
      <w:r>
        <w:br/>
        <w:t>Друзей и родимых, и предков могилы&lt;br /&gt;</w:t>
        <w:br/>
        <w:t>Покинул на родине я;&lt;br /&gt;</w:t>
        <w:br/>
        <w:t>Там, полная прелести, девственной силы,&lt;br /&gt;</w:t>
        <w:br/>
        <w:t>Осталась коханка моя.</w:t>
      </w:r>
    </w:p>
    <w:p>
      <w:r>
        <w:br/>
        <w:t>Глаза ее смотрят небесной эмалью,&lt;br /&gt;</w:t>
        <w:br/>
        <w:t>И зелень одежды в рубинах горит,&lt;br /&gt;</w:t>
        <w:br/>
        <w:t>И поясом синим, как сизою сталью,&lt;br /&gt;</w:t>
        <w:br/>
        <w:t>Красавицы стан перевит.</w:t>
      </w:r>
    </w:p>
    <w:p>
      <w:r>
        <w:br/>
        <w:t>Как золото, светло-блестящей волною&lt;br /&gt;</w:t>
        <w:br/>
        <w:t>Роскошные кудри на плечи бегут;&lt;br /&gt;</w:t>
        <w:br/>
        <w:t>Уста ее тихой вечерней порою&lt;br /&gt;</w:t>
        <w:br/>
        <w:t>Унылую песню поют.</w:t>
      </w:r>
    </w:p>
    <w:p>
      <w:r>
        <w:br/>
        <w:t>И эта чудесная дева — не тайна,&lt;br /&gt;</w:t>
        <w:br/>
        <w:t>Я высказать душу готов:&lt;br /&gt;</w:t>
        <w:br/>
        <w:t>Красавица эта — родная Украйна!&lt;br /&gt;</w:t>
        <w:br/>
        <w:t>Ей всё — моя песнь и любовь!</w:t>
      </w:r>
    </w:p>
    <w:p>
      <w:r>
        <w:br/>
        <w:t>Как девы прелестной лазурные очи,&lt;br /&gt;</w:t>
        <w:br/>
        <w:t>Украйны глядят небеса;&lt;br /&gt;</w:t>
        <w:br/>
        <w:t>Как поясом синим, на юг от полночи&lt;br /&gt;</w:t>
        <w:br/>
        <w:t>Днепром перевита краса;</w:t>
      </w:r>
    </w:p>
    <w:p>
      <w:r>
        <w:br/>
        <w:t>Как шелком зеленым, покрыта степями,&lt;br /&gt;</w:t>
        <w:br/>
        <w:t>И степи в цветах, как в рубинах, горят;&lt;br /&gt;</w:t>
        <w:br/>
        <w:t>И стелются нивы, как кудри, волнами,&lt;br /&gt;</w:t>
        <w:br/>
        <w:t>И золотом светлым шумят.</w:t>
      </w:r>
    </w:p>
    <w:p>
      <w:r>
        <w:br/>
        <w:t>Как тяжкие вздохи печали глубокой,&lt;br /&gt;</w:t>
        <w:br/>
        <w:t>Как матери вопли над гробом детей,&lt;br /&gt;</w:t>
        <w:br/>
        <w:t>Мне в душу запали далеко, далеко&lt;br /&gt;</w:t>
        <w:br/>
        <w:t>Украйны песни моей.</w:t>
      </w:r>
    </w:p>
    <w:p>
      <w:r>
        <w:br/>
        <w:t>1839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Признание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