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доблесті, про подвиги, про славу</w:t>
      </w:r>
    </w:p>
    <w:p>
      <w:r>
        <w:br/>
        <w:t xml:space="preserve"> Олександр Блок&lt;br /&gt;</w:t>
        <w:br/>
        <w:t>Про доблесті, про подвиги, про славу. Переклад Марка Зісмана</w:t>
      </w:r>
    </w:p>
    <w:p>
      <w:r>
        <w:br/>
        <w:t>Перекладач: Марк Зісман</w:t>
      </w:r>
    </w:p>
    <w:p>
      <w:r>
        <w:br/>
        <w:t>* * *</w:t>
      </w:r>
    </w:p>
    <w:p>
      <w:r>
        <w:br/>
        <w:t>Про доблесті, про подвиги, про славу&lt;br /&gt;</w:t>
        <w:br/>
        <w:t>Я забував на страдницькій землі,&lt;br /&gt;</w:t>
        <w:br/>
        <w:t>Коли твоє лице в простій оправі&lt;br /&gt;</w:t>
        <w:br/>
        <w:t>Світилося у мене на столі.</w:t>
      </w:r>
    </w:p>
    <w:p>
      <w:r>
        <w:br/>
        <w:t>Та час настав, і ти пішла із дому.&lt;br /&gt;</w:t>
        <w:br/>
        <w:t>У ніч жбурнув я перстень пам'ятний.&lt;br /&gt;</w:t>
        <w:br/>
        <w:t>Ти віддала своє життя чужому,&lt;br /&gt;</w:t>
        <w:br/>
        <w:t>І я забув прекрасний образ твій.</w:t>
      </w:r>
    </w:p>
    <w:p>
      <w:r>
        <w:br/>
        <w:t>Летіли дні, кружляли клятим роєм.&lt;br /&gt;</w:t>
        <w:br/>
        <w:t>Вино й любов були мої кати...&lt;br /&gt;</w:t>
        <w:br/>
        <w:t>Згадав тебе я перед аналоєм&lt;br /&gt;</w:t>
        <w:br/>
        <w:t>І кликав, ніби молодість, прийти...</w:t>
      </w:r>
    </w:p>
    <w:p>
      <w:r>
        <w:br/>
        <w:t>Я кликав — тільки ти не озирнулась,&lt;br /&gt;</w:t>
        <w:br/>
        <w:t>Я сльози лив — ти ж очі відвела.&lt;br /&gt;</w:t>
        <w:br/>
        <w:t>Ти в синій плащ журливо загорнулась,&lt;br /&gt;</w:t>
        <w:br/>
        <w:t>У вогку ніч із дому геть пішла...</w:t>
      </w:r>
    </w:p>
    <w:p>
      <w:r>
        <w:br/>
        <w:t>Не знаю, мила, де своїй гордині&lt;br /&gt;</w:t>
        <w:br/>
        <w:t>Ти в цьому світі захисток знайшла...&lt;br /&gt;</w:t>
        <w:br/>
        <w:t>Я міцно сплю, і сниться плащ твій синій,&lt;br /&gt;</w:t>
        <w:br/>
        <w:t>В якому ти у вогку ніч пішла...</w:t>
      </w:r>
    </w:p>
    <w:p>
      <w:r>
        <w:br/>
        <w:t>Не мрію вже про ніжність і про славу,&lt;br /&gt;</w:t>
        <w:br/>
        <w:t>Минуло все, і молодість пройшла!&lt;br /&gt;</w:t>
        <w:br/>
        <w:t>Твоє лице в його простій оправі&lt;br /&gt;</w:t>
        <w:br/>
        <w:t>Я сам прийняв з письмового стола.</w:t>
      </w:r>
    </w:p>
    <w:p>
      <w:r>
        <w:br/>
        <w:t>Олександр Блок&lt;br /&gt;</w:t>
        <w:br/>
        <w:t>Про доблесті, про подвиги, про славу.</w:t>
      </w:r>
    </w:p>
    <w:p>
      <w:r>
        <w:br/>
        <w:t>Перекладач: Степан Пінчук</w:t>
      </w:r>
    </w:p>
    <w:p>
      <w:r>
        <w:br/>
        <w:t>* * *</w:t>
      </w:r>
    </w:p>
    <w:p>
      <w:r>
        <w:br/>
        <w:t>Про доблесті, про подвиги, про славу&lt;br /&gt;</w:t>
        <w:br/>
        <w:t>Я забував на цій гіркій землі,&lt;br /&gt;</w:t>
        <w:br/>
        <w:t>Коли твоє лице в простій оправі&lt;br /&gt;</w:t>
        <w:br/>
        <w:t>У мене сяйвом грало на столі.</w:t>
      </w:r>
    </w:p>
    <w:p>
      <w:r>
        <w:br/>
        <w:t>Та час настав, і ти пішла із хати.&lt;br /&gt;</w:t>
        <w:br/>
        <w:t>Я кинув перстень заповітний в ніч.&lt;br /&gt;</w:t>
        <w:br/>
        <w:t>Ти долю іншому наважилась віддати,&lt;br /&gt;</w:t>
        <w:br/>
        <w:t>І я забув вогонь чудових віч.</w:t>
      </w:r>
    </w:p>
    <w:p>
      <w:r>
        <w:br/>
        <w:t>Летіли дні, проклятим мчали роєм...&lt;br /&gt;</w:t>
        <w:br/>
        <w:t>Вино й жага стрясали суть мою...&lt;br /&gt;</w:t>
        <w:br/>
        <w:t>Згадав тебе я перед аналоєм,&lt;br /&gt;</w:t>
        <w:br/>
        <w:t>І кликав, наче молодість свою.</w:t>
      </w:r>
    </w:p>
    <w:p>
      <w:r>
        <w:br/>
        <w:t>Тебе я кликав, ти ж не озирнулась,&lt;br /&gt;</w:t>
        <w:br/>
        <w:t>Ти в синій плащ печально загорнулась,&lt;br /&gt;</w:t>
        <w:br/>
        <w:t>Я сльози лив, до них ти не зійшла.&lt;br /&gt;</w:t>
        <w:br/>
        <w:t>У ніч сиру з домівки ти пішла.</w:t>
      </w:r>
    </w:p>
    <w:p>
      <w:r>
        <w:br/>
        <w:t>Не знаю я, де захисток гордині&lt;br /&gt;</w:t>
        <w:br/>
        <w:t>Своїй ти, ніжна, дорога, знайшла...&lt;br /&gt;</w:t>
        <w:br/>
        <w:t>Я міцно сплю і сню про плащ твій синій,&lt;br /&gt;</w:t>
        <w:br/>
        <w:t>В якому ти у ніч сиру пішла...</w:t>
      </w:r>
    </w:p>
    <w:p>
      <w:r>
        <w:br/>
        <w:t>І вже не мріяти про ніжність, славу,&lt;br /&gt;</w:t>
        <w:br/>
        <w:t>Минуло все, час юності пропав!&lt;br /&gt;</w:t>
        <w:br/>
        <w:t>Твоє обличчя у простій оправі&lt;br /&gt;</w:t>
        <w:br/>
        <w:t>Рукою власною зі столу я прибрав.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доблесті, про подвиги, про славу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