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</w:t>
      </w:r>
    </w:p>
    <w:p>
      <w:r>
        <w:br/>
        <w:t xml:space="preserve"> Були вони друзі від юних днів,&lt;br /&gt;</w:t>
        <w:br/>
        <w:t>Та дружбу зміїний язик отруїв,&lt;br /&gt;</w:t>
        <w:br/>
        <w:t>І вірність на небі лиш можна зустріти,&lt;br /&gt;</w:t>
        <w:br/>
        <w:t>І юність — марнота, й життя — лиш тягар,&lt;br /&gt;</w:t>
        <w:br/>
        <w:t>І кривду від тих, кого любиш, терпіти —&lt;br /&gt;</w:t>
        <w:br/>
        <w:t>Вже краще дістать божевілля у дар.&lt;br /&gt;</w:t>
        <w:br/>
        <w:t>. . . . . . . . . . . . . . . . . . . . . . . . . . . . . . . . . .</w:t>
      </w:r>
    </w:p>
    <w:p>
      <w:r>
        <w:br/>
        <w:t>Вже їм не зійтися після розлуки,&lt;br /&gt;</w:t>
        <w:br/>
        <w:t>Щоб серця охололі звільнити від муки.&lt;br /&gt;</w:t>
        <w:br/>
        <w:t>Вони — мов роз'єднані урвищем в скелях,—&lt;br /&gt;</w:t>
        <w:br/>
        <w:t>Вкруг — море вороже та пасма хмар.&lt;br /&gt;</w:t>
        <w:br/>
        <w:t>Але хай у цій водяній пустелі&lt;br /&gt;</w:t>
        <w:br/>
        <w:t>Стояти судилось їм безліч літ,&lt;br /&gt;</w:t>
        <w:br/>
        <w:t>Хай спека їх сушить, хай сковує лід —&lt;br /&gt;</w:t>
        <w:br/>
        <w:t>На них від минулого лишиться слід.</w:t>
      </w:r>
    </w:p>
    <w:p>
      <w:r>
        <w:br/>
        <w:t>Колдрідж Крістабел</w:t>
      </w:r>
    </w:p>
    <w:p>
      <w:r>
        <w:br/>
        <w:t>Прощавай! Я ждав розлуки.&lt;br /&gt;</w:t>
        <w:br/>
        <w:t>Будь здорова. Назавжди!&lt;br /&gt;</w:t>
        <w:br/>
        <w:t>Моє серце, повне муки,&lt;br /&gt;</w:t>
        <w:br/>
        <w:t>Все прощав. Зла не жди.</w:t>
      </w:r>
    </w:p>
    <w:p>
      <w:r>
        <w:br/>
        <w:t>Хай колись ти засипала&lt;br /&gt;</w:t>
        <w:br/>
        <w:t>На цих грудях, та дарма!&lt;br /&gt;</w:t>
        <w:br/>
        <w:t>Все зухвало на поталу&lt;br /&gt;</w:t>
        <w:br/>
        <w:t>Нині кинула сама.</w:t>
      </w:r>
    </w:p>
    <w:p>
      <w:r>
        <w:br/>
        <w:t>Глянь, чи в серці в мене мало&lt;br /&gt;</w:t>
        <w:br/>
        <w:t>Давніх ніжності й тепла?&lt;br /&gt;</w:t>
        <w:br/>
        <w:t>Як же ти його недбало&lt;br /&gt;</w:t>
        <w:br/>
        <w:t>Так відкинути могла?</w:t>
      </w:r>
    </w:p>
    <w:p>
      <w:r>
        <w:br/>
        <w:t>Хвалить світ тебе, що друга&lt;br /&gt;</w:t>
        <w:br/>
        <w:t>Віддала на глум юрбі,&lt;br /&gt;</w:t>
        <w:br/>
        <w:t>Та в хвалі отій — наруга&lt;br /&gt;</w:t>
        <w:br/>
        <w:t>І тавро навік тобі.</w:t>
      </w:r>
    </w:p>
    <w:p>
      <w:r>
        <w:br/>
        <w:t>Хай у мене вад немало,&lt;br /&gt;</w:t>
        <w:br/>
        <w:t>Хай я вартий всіх доган,&lt;br /&gt;</w:t>
        <w:br/>
        <w:t>Та не з рук, що обіймали,&lt;br /&gt;</w:t>
        <w:br/>
        <w:t>Заслужив пекучих ран.</w:t>
      </w:r>
    </w:p>
    <w:p>
      <w:r>
        <w:br/>
        <w:t>Хоч згаса чуття поволі,&lt;br /&gt;</w:t>
        <w:br/>
        <w:t>Вщент розбите, все одно&lt;br /&gt;</w:t>
        <w:br/>
        <w:t>Не розлучимо без болю&lt;br /&gt;</w:t>
        <w:br/>
        <w:t>Серць, поєднаних давно!</w:t>
      </w:r>
    </w:p>
    <w:p>
      <w:r>
        <w:br/>
        <w:t>Твоє змучене журбою,&lt;br /&gt;</w:t>
        <w:br/>
        <w:t>Моє зранене щемить,&lt;br /&gt;</w:t>
        <w:br/>
        <w:t>Бо ніколи вже з тобою&lt;br /&gt;</w:t>
        <w:br/>
        <w:t>Не зустрітися й на мить.</w:t>
      </w:r>
    </w:p>
    <w:p>
      <w:r>
        <w:br/>
        <w:t>Ці думки такі ж скорботні,&lt;br /&gt;</w:t>
        <w:br/>
        <w:t>Як над мрущими слова.&lt;br /&gt;</w:t>
        <w:br/>
        <w:t>Ми живем, проте, сьогодні —&lt;br /&gt;</w:t>
        <w:br/>
        <w:t>Я вдівець, а ти вдова.</w:t>
      </w:r>
    </w:p>
    <w:p>
      <w:r>
        <w:br/>
        <w:t>...Стане доня вимовляти&lt;br /&gt;</w:t>
        <w:br/>
        <w:t>Слово "тато" вже сама,&lt;br /&gt;</w:t>
        <w:br/>
        <w:t>Що їй скажеш — де той тато&lt;br /&gt;</w:t>
        <w:br/>
        <w:t>І чому його нема?</w:t>
      </w:r>
    </w:p>
    <w:p>
      <w:r>
        <w:br/>
        <w:t>Як, бува, простягти руки,&lt;br /&gt;</w:t>
        <w:br/>
        <w:t>Обійма тебе дитя,&lt;br /&gt;</w:t>
        <w:br/>
        <w:t>Знай: тим часом я од муки&lt;br /&gt;</w:t>
        <w:br/>
        <w:t>Тут кляну своє життя.</w:t>
      </w:r>
    </w:p>
    <w:p>
      <w:r>
        <w:br/>
        <w:t>А як в личеньку дитячім&lt;br /&gt;</w:t>
        <w:br/>
        <w:t>Образ батька промайне,&lt;br /&gt;</w:t>
        <w:br/>
        <w:t>Твоє серце, теж тремтячи,&lt;br /&gt;</w:t>
        <w:br/>
        <w:t>Буде згадувать мене.</w:t>
      </w:r>
    </w:p>
    <w:p>
      <w:r>
        <w:br/>
        <w:t>Хай діла мої негідні,&lt;br /&gt;</w:t>
        <w:br/>
        <w:t>І пороків знаєш сто,&lt;br /&gt;</w:t>
        <w:br/>
        <w:t>До моїх шаленств безодні&lt;br /&gt;</w:t>
        <w:br/>
        <w:t>Не заглянув ще ніхто.</w:t>
      </w:r>
    </w:p>
    <w:p>
      <w:r>
        <w:br/>
        <w:t>18 березня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