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Рідна мова</w:t>
      </w:r>
    </w:p>
    <w:p>
      <w:r>
        <w:br/>
        <w:t xml:space="preserve"> М о в о р і д н а !&lt;br /&gt;</w:t>
        <w:br/>
        <w:t>Колискова&lt;br /&gt;</w:t>
        <w:br/>
        <w:t>Материнська ніжна мово!&lt;br /&gt;</w:t>
        <w:br/>
        <w:t>Мово сили й простоти, —&lt;br /&gt;</w:t>
        <w:br/>
        <w:t>Гей, яка ж прекрасна Ти!</w:t>
      </w:r>
    </w:p>
    <w:p>
      <w:r>
        <w:br/>
        <w:t>Перше слово — крик любови,&lt;br /&gt;</w:t>
        <w:br/>
        <w:t>Сміх і радість немовляти —&lt;br /&gt;</w:t>
        <w:br/>
        <w:t>Неповторне слово "М а т и" —&lt;br /&gt;</w:t>
        <w:br/>
        <w:t>Про життя найперше слово...</w:t>
      </w:r>
    </w:p>
    <w:p>
      <w:r>
        <w:br/>
        <w:t>Друге слово — гімн величний,&lt;br /&gt;</w:t>
        <w:br/>
        <w:t>Грім звитяг і клекіт орлій, —&lt;br /&gt;</w:t>
        <w:br/>
        <w:t>Звук "В і т ч и з н и" неповторний&lt;br /&gt;</w:t>
        <w:br/>
        <w:t>І простий, і предковічний...</w:t>
      </w:r>
    </w:p>
    <w:p>
      <w:r>
        <w:br/>
        <w:t>Ну, а третє слово — "М и л а" —&lt;br /&gt;</w:t>
        <w:br/>
        <w:t>Буря крови, пісня рвійна&lt;br /&gt;</w:t>
        <w:br/>
        <w:t>І така, як пах любистку,&lt;br /&gt;</w:t>
        <w:br/>
        <w:t>І така, як мрійка мрійна...</w:t>
      </w:r>
    </w:p>
    <w:p>
      <w:r>
        <w:br/>
        <w:t>Перейшов усі світи я —&lt;br /&gt;</w:t>
        <w:br/>
        <w:t>Є прекрасних мов багато,&lt;br /&gt;</w:t>
        <w:br/>
        <w:t>Але п е р ш о ю, як Мати,&lt;br /&gt;</w:t>
        <w:br/>
        <w:t>Серед мов одна лиш ти є.</w:t>
      </w:r>
    </w:p>
    <w:p>
      <w:r>
        <w:br/>
        <w:t>Ти велична і проста.&lt;br /&gt;</w:t>
        <w:br/>
        <w:t>Ти стара і вічно нова.&lt;br /&gt;</w:t>
        <w:br/>
        <w:t>Ти могутня, р і д н а м о в о !&lt;br /&gt;</w:t>
        <w:br/>
        <w:t>Мово — пісня колискова.&lt;br /&gt;</w:t>
        <w:br/>
        <w:t>Мова —&lt;br /&gt;</w:t>
        <w:br/>
        <w:t>м а т е р і у с т а.</w:t>
      </w:r>
    </w:p>
    <w:p>
      <w:r>
        <w:br/>
        <w:t>Хабаровськ, 1937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Рідна 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