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Розмова, звана Алфавіт, чи Буквар світу</w:t>
      </w:r>
    </w:p>
    <w:p>
      <w:r>
        <w:br/>
        <w:t xml:space="preserve"> &lt;p&gt;...Моя розмова стосується лише людинолюбних душ, чесних станів і благословенних видів промислу, які не суперечать божому і людському законові, а складають плодоносний церкви, ясніше кажучи, суспільства, сад, як окремі частини складають годинниковий механізм.</w:t>
      </w:r>
    </w:p>
    <w:p>
      <w:r>
        <w:br/>
        <w:t>Мова моя тоді спокійніша, коли кожна людина не лише добра, але і споріднену собі всіма сторонами знаходить роботу. Се і є бути щасливим, пізнати себе чи свою природу, взятися за своє споріднене діло і бути з ним у злагоді з загальною потребою. Така потреба — се благодійство і послуга. Не дивно, що в стародавніх римлян як потреба, так і благодійство означалося словом officium, тобто моральний обов'язок.</w:t>
      </w:r>
    </w:p>
    <w:p>
      <w:r>
        <w:br/>
        <w:t>Найдобріша людина тим неспокійніша і нещасніша, чим більшу посаду вона займає, але до неї не народжена. Та й як їй не бути нещасною, коли загубила той скарб, що дорожчий за все на світі: "Веселощі серця — життя для людини, і радість людська — є довгоденність" (Сірах).</w:t>
      </w:r>
    </w:p>
    <w:p>
      <w:r>
        <w:br/>
        <w:t>Як же не згубити, коли замість добрих послуг лише ображає друзів і родичів, близьких і далеких, співвітчизників і чужоземців? Як не ображати, коли вона суспільству приносить шкоду? Як не зашкодити, коли погано виконувати обов'язки? Як не буде погано, коли немає завзятості і невтомної праці? Звідки ж з'явиться працелюбність, коли немає бажання і старанності? Де ж візьмеш бажання без природи? Природа — всьому початкова причина і рушійна сила. Вона і є матір'ю бажання. Бажання ж — започаткування, схильність і рух. Бажання, за приказкою, сильніше неволі. Воно прагне до праці і радіє з неї, як зі свого сина. Праця — живий і невсипущий рух усієї машини, доки не довершиться справа, що сплітає творцеві своєму вінець радості. Коротко кажучи, природа наснажує до діла і зміцнює до праці, роблячи її солодкою...</w:t>
      </w:r>
    </w:p>
    <w:p>
      <w:r>
        <w:br/>
        <w:t>Скажу тобі: коли бажаєш, щоб син твій охоче й безпомилково виконував свої обов'язки, мусиш сприяти йому під час вибору звання, відповідно до його якостей. Сто спорідненостей — сто звань, а всі почесні, як законні.</w:t>
      </w:r>
    </w:p>
    <w:p>
      <w:r>
        <w:br/>
        <w:t>Хіба не знаєш, що маєтність — від чесно виконаних обов'язків, а не обов'язки від маєтності залежать? Чи не бачиш, що низьке звання часто віднаходить маєтність, а високе — губить?</w:t>
      </w:r>
    </w:p>
    <w:p>
      <w:r>
        <w:br/>
        <w:t>Не дивись, хто вище і хто нижче, хто видніше і незнатніше, багатше й убогіше, але дивись на те, що з тобою споріднене. Вже ми казали, що без спорідненості все ніщо...</w:t>
      </w:r>
    </w:p>
    <w:p>
      <w:r>
        <w:br/>
        <w:t>Коли володар маєтків живе щасливо, не тому він щасливий, що володіє ними: щастя до маєтків не прив'язане.</w:t>
      </w:r>
    </w:p>
    <w:p>
      <w:r>
        <w:br/>
        <w:t>Коли казати про володіння за спорідненістю, слід розуміти і види всіх зовнішностей. Зовнішнє те, що лежить поза людиною: грунт, рід, чин тощо. Шукай, що хочеш, але не загуби світу. Шляхетний список лежить поза тобою, а ти поза ним цілком можеш бути щасливий. Він без світу ніщо, а світ без нього — щось, без чого не можна бути щасливим і в едемськім раю.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Розмова, звана Алфавіт, чи Буквар світу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