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Сад</w:t>
      </w:r>
    </w:p>
    <w:p>
      <w:r>
        <w:br/>
        <w:t xml:space="preserve"> В огні нестримної навали&lt;br /&gt;</w:t>
        <w:br/>
        <w:t>рубали, різали наш сад...&lt;br /&gt;</w:t>
        <w:br/>
        <w:t>А ми дивилися назад&lt;br /&gt;</w:t>
        <w:br/>
        <w:t>і за минулим сумували...</w:t>
      </w:r>
    </w:p>
    <w:p>
      <w:r>
        <w:br/>
        <w:t>Руками власними тюрму&lt;br /&gt;</w:t>
        <w:br/>
        <w:t>творили ми собі одвічну...&lt;br /&gt;</w:t>
        <w:br/>
        <w:t>О будьте прокляті,— кому&lt;br /&gt;</w:t>
        <w:br/>
        <w:t>назад повернуте обличчя!</w:t>
      </w:r>
    </w:p>
    <w:p>
      <w:r>
        <w:br/>
        <w:t>Кати нас брали на штики&lt;br /&gt;</w:t>
        <w:br/>
        <w:t>за слово, правдою повите...&lt;br /&gt;</w:t>
        <w:br/>
        <w:t>Ви ж розумієте?! Віки&lt;br /&gt;</w:t>
        <w:br/>
        <w:t>не знали ми, чиї ми діти!..</w:t>
      </w:r>
    </w:p>
    <w:p>
      <w:r>
        <w:br/>
        <w:t>Хтось застромив у серце шило&lt;br /&gt;</w:t>
        <w:br/>
        <w:t>в чеканні марному весни...&lt;br /&gt;</w:t>
        <w:br/>
        <w:t>В саду розкішному лишились&lt;br /&gt;</w:t>
        <w:br/>
        <w:t>одні пеньки та бур'яни.</w:t>
      </w:r>
    </w:p>
    <w:p>
      <w:r>
        <w:br/>
        <w:t>Кати на струни наші жили&lt;br /&gt;</w:t>
        <w:br/>
        <w:t>тягли із рук, як сон, блідих...&lt;br /&gt;</w:t>
        <w:br/>
        <w:t>І з нас співців собі купили,&lt;br /&gt;</w:t>
        <w:br/>
        <w:t>щоб грали їм на струнах тих.</w:t>
      </w:r>
    </w:p>
    <w:p>
      <w:r>
        <w:br/>
        <w:t>Ми йшли кривавими стежками,&lt;br /&gt;</w:t>
        <w:br/>
        <w:t>нам тільки снився волі гук.&lt;br /&gt;</w:t>
        <w:br/>
        <w:t>І похоронно над полями&lt;br /&gt;</w:t>
        <w:br/>
        <w:t>кричав і плакав чорний крук...</w:t>
      </w:r>
    </w:p>
    <w:p>
      <w:r>
        <w:br/>
        <w:t>Він нам кричав про волі гнів,&lt;br /&gt;</w:t>
        <w:br/>
        <w:t>щоб ми повстали, захотіли!..&lt;br /&gt;</w:t>
        <w:br/>
        <w:t>Й кривавий дзюб об струни-жили&lt;br /&gt;</w:t>
        <w:br/>
        <w:t>в безкраїм розпачі точив...</w:t>
      </w:r>
    </w:p>
    <w:p>
      <w:r>
        <w:br/>
        <w:t>Коли ж приходили раби&lt;br /&gt;</w:t>
        <w:br/>
        <w:t>володарям на струнах грати,&lt;br /&gt;</w:t>
        <w:br/>
        <w:t>серця не тисло від журби&lt;br /&gt;</w:t>
        <w:br/>
        <w:t>і не обурювали грати...</w:t>
      </w:r>
    </w:p>
    <w:p>
      <w:r>
        <w:br/>
        <w:t>А струни плакали... Не в бій —&lt;br /&gt;</w:t>
        <w:br/>
        <w:t>вони нас кликали в утому...&lt;br /&gt;</w:t>
        <w:br/>
        <w:t>Та от прийшов співець новий&lt;br /&gt;</w:t>
        <w:br/>
        <w:t>і в струни вдарив по-новому.</w:t>
      </w:r>
    </w:p>
    <w:p>
      <w:r>
        <w:br/>
        <w:t>І ми здригнули!.. Душі громом&lt;br /&gt;</w:t>
        <w:br/>
        <w:t>залив музичний буревій,&lt;br /&gt;</w:t>
        <w:br/>
        <w:t>що мчав, мов рокоти ріки,&lt;br /&gt;</w:t>
        <w:br/>
        <w:t>що рвався вдаль крізь піну шалу!&lt;br /&gt;</w:t>
        <w:br/>
        <w:t>І розцвіли старі пеньки,&lt;br /&gt;</w:t>
        <w:br/>
        <w:t>і бур'яни травою стали...</w:t>
      </w:r>
    </w:p>
    <w:p>
      <w:r>
        <w:br/>
        <w:t>Це вдень було, коли той спів&lt;br /&gt;</w:t>
        <w:br/>
        <w:t>так схвилював серця всім хорі...&lt;br /&gt;</w:t>
        <w:br/>
        <w:t>А уночі вже сад шумів&lt;br /&gt;</w:t>
        <w:br/>
        <w:t>і крізь гілля сміялись зорі...&lt;br /&gt;</w:t>
        <w:br/>
        <w:t>Так несподівано і скоро&lt;br /&gt;</w:t>
        <w:br/>
        <w:t>наш сад постав і зашумів...</w:t>
      </w:r>
    </w:p>
    <w:p>
      <w:r>
        <w:br/>
        <w:t>Його рубали, а він ріс!&lt;br /&gt;</w:t>
        <w:br/>
        <w:t>На місці зрубаного дуба&lt;br /&gt;</w:t>
        <w:br/>
        <w:t>росли нові!.. І навіть хмиз&lt;br /&gt;</w:t>
        <w:br/>
        <w:t>угору дерся!.. Краю любий!..</w:t>
      </w:r>
    </w:p>
    <w:p>
      <w:r>
        <w:br/>
        <w:t>Ми дочекалися весни,&lt;br /&gt;</w:t>
        <w:br/>
        <w:t>ми вже підходимо до брами!..&lt;br /&gt;</w:t>
        <w:br/>
        <w:t>Це ти той сад, о краю мій,&lt;br /&gt;</w:t>
        <w:br/>
        <w:t>колись порубаний катами!..&lt;br /&gt;</w:t>
        <w:br/>
        <w:t>Над золотими берегами&lt;br /&gt;</w:t>
        <w:br/>
        <w:t>ти знов шумиш, такий рясний...</w:t>
      </w:r>
    </w:p>
    <w:p>
      <w:r>
        <w:br/>
        <w:t>1928, Харків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